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4DEC6" w14:textId="16B45B48" w:rsidR="00F95D60" w:rsidRDefault="00717CCC">
      <w:pPr>
        <w:rPr>
          <w:b/>
          <w:color w:val="0A3161"/>
          <w:sz w:val="32"/>
        </w:rPr>
      </w:pPr>
      <w:r w:rsidRPr="00D43DAE">
        <w:rPr>
          <w:rStyle w:val="01TitlePage"/>
          <w:rFonts w:asciiTheme="minorHAnsi" w:hAnsiTheme="minorHAnsi" w:cstheme="minorHAnsi"/>
          <w:noProof/>
          <w:sz w:val="40"/>
          <w:szCs w:val="14"/>
        </w:rPr>
        <w:drawing>
          <wp:anchor distT="0" distB="0" distL="114300" distR="114300" simplePos="0" relativeHeight="251658240" behindDoc="0" locked="0" layoutInCell="1" allowOverlap="1" wp14:anchorId="6DE7710B" wp14:editId="01361588">
            <wp:simplePos x="0" y="0"/>
            <wp:positionH relativeFrom="page">
              <wp:posOffset>19050</wp:posOffset>
            </wp:positionH>
            <wp:positionV relativeFrom="paragraph">
              <wp:posOffset>-379095</wp:posOffset>
            </wp:positionV>
            <wp:extent cx="7760970" cy="10194925"/>
            <wp:effectExtent l="0" t="0" r="0" b="0"/>
            <wp:wrapNone/>
            <wp:docPr id="174240683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0970" cy="1019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6B05"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394FE17E" wp14:editId="465A4413">
                <wp:simplePos x="0" y="0"/>
                <wp:positionH relativeFrom="column">
                  <wp:posOffset>-142875</wp:posOffset>
                </wp:positionH>
                <wp:positionV relativeFrom="paragraph">
                  <wp:posOffset>0</wp:posOffset>
                </wp:positionV>
                <wp:extent cx="6629400" cy="1404620"/>
                <wp:effectExtent l="0" t="0" r="0" b="8255"/>
                <wp:wrapSquare wrapText="bothSides"/>
                <wp:docPr id="12773006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0EC7A7" w14:textId="77777777" w:rsidR="00552D96" w:rsidRPr="00E9168A" w:rsidRDefault="00552D96" w:rsidP="00552D96">
                            <w:pPr>
                              <w:pStyle w:val="Title"/>
                              <w:rPr>
                                <w:rFonts w:ascii="Aptos Display" w:hAnsi="Aptos Display"/>
                                <w:color w:val="000000" w:themeColor="text1"/>
                                <w:sz w:val="54"/>
                                <w:szCs w:val="54"/>
                              </w:rPr>
                            </w:pPr>
                            <w:r w:rsidRPr="00E9168A">
                              <w:rPr>
                                <w:rFonts w:ascii="Aptos Display" w:hAnsi="Aptos Display"/>
                                <w:color w:val="000000" w:themeColor="text1"/>
                                <w:sz w:val="54"/>
                                <w:szCs w:val="54"/>
                              </w:rPr>
                              <w:t>New Jersey Office of Broadband Connectivity</w:t>
                            </w:r>
                          </w:p>
                          <w:p w14:paraId="65C9E7F7" w14:textId="36385B0F" w:rsidR="00552D96" w:rsidRPr="00717CCC" w:rsidRDefault="00552D96" w:rsidP="001B2036">
                            <w:pPr>
                              <w:pStyle w:val="Subtitle"/>
                              <w:numPr>
                                <w:ilvl w:val="0"/>
                                <w:numId w:val="0"/>
                              </w:numPr>
                              <w:spacing w:after="0" w:line="240" w:lineRule="auto"/>
                              <w:rPr>
                                <w:i w:val="0"/>
                                <w:iCs w:val="0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 w:rsidRPr="00717CCC">
                              <w:rPr>
                                <w:i w:val="0"/>
                                <w:iCs w:val="0"/>
                                <w:color w:val="595959" w:themeColor="text1" w:themeTint="A6"/>
                                <w:sz w:val="28"/>
                                <w:szCs w:val="28"/>
                              </w:rPr>
                              <w:t>Project Template for Subgrantees to Upload into SAGE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94FE17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1.25pt;margin-top:0;width:522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" stroked="f">
                <v:textbox style="mso-fit-shape-to-text:t">
                  <w:txbxContent>
                    <w:p w14:paraId="6E0EC7A7" w14:textId="77777777" w:rsidR="00552D96" w:rsidRPr="00E9168A" w:rsidRDefault="00552D96" w:rsidP="00552D96">
                      <w:pPr>
                        <w:pStyle w:val="Title"/>
                        <w:rPr>
                          <w:rFonts w:ascii="Aptos Display" w:hAnsi="Aptos Display"/>
                          <w:color w:val="000000" w:themeColor="text1"/>
                          <w:sz w:val="54"/>
                          <w:szCs w:val="54"/>
                        </w:rPr>
                      </w:pPr>
                      <w:r w:rsidRPr="00E9168A">
                        <w:rPr>
                          <w:rFonts w:ascii="Aptos Display" w:hAnsi="Aptos Display"/>
                          <w:color w:val="000000" w:themeColor="text1"/>
                          <w:sz w:val="54"/>
                          <w:szCs w:val="54"/>
                        </w:rPr>
                        <w:t>New Jersey Office of Broadband Connectivity</w:t>
                      </w:r>
                    </w:p>
                    <w:p w14:paraId="65C9E7F7" w14:textId="36385B0F" w:rsidR="00552D96" w:rsidRPr="00717CCC" w:rsidRDefault="00552D96" w:rsidP="001B2036">
                      <w:pPr>
                        <w:pStyle w:val="Subtitle"/>
                        <w:numPr>
                          <w:ilvl w:val="0"/>
                          <w:numId w:val="0"/>
                        </w:numPr>
                        <w:spacing w:after="0" w:line="240" w:lineRule="auto"/>
                        <w:rPr>
                          <w:i w:val="0"/>
                          <w:iCs w:val="0"/>
                          <w:color w:val="595959" w:themeColor="text1" w:themeTint="A6"/>
                          <w:sz w:val="28"/>
                          <w:szCs w:val="28"/>
                        </w:rPr>
                      </w:pPr>
                      <w:r w:rsidRPr="00717CCC">
                        <w:rPr>
                          <w:i w:val="0"/>
                          <w:iCs w:val="0"/>
                          <w:color w:val="595959" w:themeColor="text1" w:themeTint="A6"/>
                          <w:sz w:val="28"/>
                          <w:szCs w:val="28"/>
                        </w:rPr>
                        <w:t>Project Template for Subgrantees to Upload into SAGE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58EA761" w14:textId="5167FF5A" w:rsidR="00F95D60" w:rsidRDefault="00F95D60">
      <w:pPr>
        <w:rPr>
          <w:b/>
          <w:color w:val="0A3161"/>
          <w:sz w:val="32"/>
        </w:rPr>
      </w:pPr>
    </w:p>
    <w:p w14:paraId="30A6F166" w14:textId="77777777" w:rsidR="00F95D60" w:rsidRDefault="00F95D60">
      <w:pPr>
        <w:rPr>
          <w:b/>
          <w:color w:val="0A3161"/>
          <w:sz w:val="32"/>
        </w:rPr>
      </w:pPr>
    </w:p>
    <w:p w14:paraId="60AAD5EF" w14:textId="1B1B0304" w:rsidR="00F95D60" w:rsidRDefault="00F95D60">
      <w:pPr>
        <w:rPr>
          <w:b/>
          <w:color w:val="0A3161"/>
          <w:sz w:val="32"/>
        </w:rPr>
      </w:pPr>
    </w:p>
    <w:p w14:paraId="290FE0CA" w14:textId="77777777" w:rsidR="00F95D60" w:rsidRDefault="00F95D60">
      <w:pPr>
        <w:rPr>
          <w:b/>
          <w:color w:val="0A3161"/>
          <w:sz w:val="32"/>
        </w:rPr>
      </w:pPr>
    </w:p>
    <w:p w14:paraId="72BB2735" w14:textId="77777777" w:rsidR="00F95D60" w:rsidRDefault="00F95D60">
      <w:pPr>
        <w:rPr>
          <w:b/>
          <w:color w:val="0A3161"/>
          <w:sz w:val="32"/>
        </w:rPr>
      </w:pPr>
    </w:p>
    <w:p w14:paraId="67A9C156" w14:textId="77777777" w:rsidR="00F95D60" w:rsidRDefault="00F95D60">
      <w:pPr>
        <w:rPr>
          <w:b/>
          <w:color w:val="0A3161"/>
          <w:sz w:val="32"/>
        </w:rPr>
      </w:pPr>
    </w:p>
    <w:p w14:paraId="7CBE837A" w14:textId="77777777" w:rsidR="00F95D60" w:rsidRDefault="00F95D60">
      <w:pPr>
        <w:rPr>
          <w:b/>
          <w:color w:val="0A3161"/>
          <w:sz w:val="32"/>
        </w:rPr>
      </w:pPr>
    </w:p>
    <w:p w14:paraId="705FDF14" w14:textId="77777777" w:rsidR="00F95D60" w:rsidRDefault="00F95D60">
      <w:pPr>
        <w:rPr>
          <w:b/>
          <w:color w:val="0A3161"/>
          <w:sz w:val="32"/>
        </w:rPr>
      </w:pPr>
    </w:p>
    <w:p w14:paraId="3141C37B" w14:textId="77777777" w:rsidR="00F95D60" w:rsidRDefault="00F95D60">
      <w:pPr>
        <w:rPr>
          <w:b/>
          <w:color w:val="0A3161"/>
          <w:sz w:val="32"/>
        </w:rPr>
      </w:pPr>
    </w:p>
    <w:p w14:paraId="4ED5DFB9" w14:textId="77777777" w:rsidR="00F95D60" w:rsidRDefault="00F95D60">
      <w:pPr>
        <w:rPr>
          <w:b/>
          <w:color w:val="0A3161"/>
          <w:sz w:val="32"/>
        </w:rPr>
      </w:pPr>
    </w:p>
    <w:p w14:paraId="2E775624" w14:textId="77777777" w:rsidR="00F95D60" w:rsidRDefault="00F95D60">
      <w:pPr>
        <w:rPr>
          <w:b/>
          <w:color w:val="0A3161"/>
          <w:sz w:val="32"/>
        </w:rPr>
      </w:pPr>
    </w:p>
    <w:p w14:paraId="636C351D" w14:textId="2162BB8D" w:rsidR="00F95D60" w:rsidRDefault="00F95D60">
      <w:pPr>
        <w:rPr>
          <w:b/>
          <w:color w:val="0A3161"/>
          <w:sz w:val="32"/>
        </w:rPr>
      </w:pPr>
    </w:p>
    <w:p w14:paraId="7F7A91E6" w14:textId="2AC82EB9" w:rsidR="00F95D60" w:rsidRDefault="00F95D60">
      <w:pPr>
        <w:rPr>
          <w:b/>
          <w:color w:val="0A3161"/>
          <w:sz w:val="32"/>
        </w:rPr>
      </w:pPr>
    </w:p>
    <w:p w14:paraId="4CA55DD7" w14:textId="013ABD56" w:rsidR="00F95D60" w:rsidRDefault="00F95D60">
      <w:pPr>
        <w:rPr>
          <w:b/>
          <w:color w:val="0A3161"/>
          <w:sz w:val="32"/>
        </w:rPr>
      </w:pPr>
    </w:p>
    <w:p w14:paraId="530DD6A5" w14:textId="118B94AA" w:rsidR="00F95D60" w:rsidRDefault="00F95D60">
      <w:pPr>
        <w:rPr>
          <w:b/>
          <w:color w:val="0A3161"/>
          <w:sz w:val="32"/>
        </w:rPr>
      </w:pPr>
    </w:p>
    <w:p w14:paraId="22057CC3" w14:textId="22780ED5" w:rsidR="00F95D60" w:rsidRDefault="00F95D60">
      <w:pPr>
        <w:rPr>
          <w:b/>
          <w:color w:val="0A3161"/>
          <w:sz w:val="32"/>
        </w:rPr>
      </w:pPr>
    </w:p>
    <w:p w14:paraId="7C15EBFD" w14:textId="628D4C68" w:rsidR="00F95D60" w:rsidRDefault="00F95D60">
      <w:pPr>
        <w:rPr>
          <w:b/>
          <w:color w:val="0A3161"/>
          <w:sz w:val="32"/>
        </w:rPr>
      </w:pPr>
    </w:p>
    <w:p w14:paraId="790F912A" w14:textId="77777777" w:rsidR="00F95D60" w:rsidRDefault="00F95D60">
      <w:pPr>
        <w:rPr>
          <w:b/>
          <w:color w:val="0A3161"/>
          <w:sz w:val="32"/>
        </w:rPr>
      </w:pPr>
    </w:p>
    <w:p w14:paraId="049A85E2" w14:textId="77777777" w:rsidR="00F95D60" w:rsidRDefault="00F95D60">
      <w:pPr>
        <w:rPr>
          <w:b/>
          <w:color w:val="0A3161"/>
          <w:sz w:val="32"/>
        </w:rPr>
      </w:pPr>
    </w:p>
    <w:p w14:paraId="086B79B3" w14:textId="77777777" w:rsidR="00DD362E" w:rsidRDefault="00DD362E">
      <w:pPr>
        <w:rPr>
          <w:b/>
          <w:color w:val="0A3161"/>
          <w:sz w:val="32"/>
        </w:rPr>
      </w:pPr>
    </w:p>
    <w:p w14:paraId="2C0A4B8E" w14:textId="04D9CAED" w:rsidR="0094237A" w:rsidRPr="00472B5F" w:rsidRDefault="00DD362E" w:rsidP="00DD362E">
      <w:pPr>
        <w:jc w:val="center"/>
        <w:rPr>
          <w:color w:val="0D0D0D" w:themeColor="text1" w:themeTint="F2"/>
          <w:u w:val="single"/>
        </w:rPr>
      </w:pPr>
      <w:r w:rsidRPr="00472B5F">
        <w:rPr>
          <w:b/>
          <w:color w:val="0D0D0D" w:themeColor="text1" w:themeTint="F2"/>
          <w:sz w:val="32"/>
          <w:u w:val="single"/>
        </w:rPr>
        <w:t xml:space="preserve">NJ Office of Broadband Connectivity: </w:t>
      </w:r>
      <w:r w:rsidR="00472B5F" w:rsidRPr="00472B5F">
        <w:rPr>
          <w:b/>
          <w:color w:val="0D0D0D" w:themeColor="text1" w:themeTint="F2"/>
          <w:sz w:val="32"/>
          <w:u w:val="single"/>
        </w:rPr>
        <w:br/>
      </w:r>
      <w:r w:rsidRPr="00472B5F">
        <w:rPr>
          <w:b/>
          <w:color w:val="0D0D0D" w:themeColor="text1" w:themeTint="F2"/>
          <w:sz w:val="32"/>
          <w:u w:val="single"/>
        </w:rPr>
        <w:t>SAGE Project Information Template</w:t>
      </w:r>
    </w:p>
    <w:p w14:paraId="0958407B" w14:textId="77777777" w:rsidR="00CA48D2" w:rsidRPr="00CA48D2" w:rsidRDefault="00CA48D2" w:rsidP="00CA48D2">
      <w:pPr>
        <w:pStyle w:val="Subtitle"/>
        <w:numPr>
          <w:ilvl w:val="0"/>
          <w:numId w:val="0"/>
        </w:numPr>
        <w:spacing w:after="0" w:line="240" w:lineRule="auto"/>
        <w:jc w:val="center"/>
        <w:rPr>
          <w:rFonts w:cstheme="majorHAnsi"/>
          <w:b/>
          <w:bCs/>
          <w:i w:val="0"/>
          <w:iCs w:val="0"/>
          <w:color w:val="000000" w:themeColor="text1"/>
          <w:sz w:val="28"/>
          <w:szCs w:val="28"/>
          <w:u w:val="single"/>
        </w:rPr>
      </w:pPr>
      <w:r w:rsidRPr="00CA48D2">
        <w:rPr>
          <w:rFonts w:cstheme="majorHAnsi"/>
          <w:b/>
          <w:bCs/>
          <w:i w:val="0"/>
          <w:iCs w:val="0"/>
          <w:color w:val="000000" w:themeColor="text1"/>
          <w:sz w:val="28"/>
          <w:szCs w:val="28"/>
          <w:u w:val="single"/>
        </w:rPr>
        <w:lastRenderedPageBreak/>
        <w:t>Project Template for Subgrantees to Upload into SAGE</w:t>
      </w:r>
    </w:p>
    <w:p w14:paraId="509D62DA" w14:textId="77777777" w:rsidR="00806F8E" w:rsidRDefault="00806F8E">
      <w:pPr>
        <w:rPr>
          <w:i/>
          <w:color w:val="595959"/>
          <w:sz w:val="20"/>
        </w:rPr>
      </w:pPr>
    </w:p>
    <w:p w14:paraId="26FD2861" w14:textId="40E6343D" w:rsidR="0094237A" w:rsidRDefault="00A34991">
      <w:r>
        <w:rPr>
          <w:b/>
        </w:rPr>
        <w:t>How to use this template:</w:t>
      </w:r>
    </w:p>
    <w:p w14:paraId="5902D772" w14:textId="3E810895" w:rsidR="0094237A" w:rsidRDefault="005604BD">
      <w:r>
        <w:t xml:space="preserve">Please complete one separate version of this </w:t>
      </w:r>
      <w:r w:rsidR="00806F8E">
        <w:t xml:space="preserve">template </w:t>
      </w:r>
      <w:r>
        <w:t xml:space="preserve">for each project in your award and upload it under the </w:t>
      </w:r>
      <w:r w:rsidR="00DE785A">
        <w:t>“</w:t>
      </w:r>
      <w:r>
        <w:t>BPU Additional Program Requirements</w:t>
      </w:r>
      <w:r w:rsidR="00DE785A">
        <w:t>”</w:t>
      </w:r>
      <w:r>
        <w:t xml:space="preserve"> tab</w:t>
      </w:r>
      <w:r w:rsidR="005023EA">
        <w:t xml:space="preserve">, using the following naming convention: </w:t>
      </w:r>
    </w:p>
    <w:p w14:paraId="5D1011D2" w14:textId="61E553CF" w:rsidR="0094237A" w:rsidRDefault="00A34991">
      <w:r w:rsidRPr="00472B5F">
        <w:rPr>
          <w:b/>
        </w:rPr>
        <w:t>File naming</w:t>
      </w:r>
      <w:r w:rsidR="0079742E">
        <w:rPr>
          <w:b/>
        </w:rPr>
        <w:t xml:space="preserve"> convention</w:t>
      </w:r>
      <w:r w:rsidRPr="00472B5F">
        <w:rPr>
          <w:b/>
        </w:rPr>
        <w:t xml:space="preserve">: </w:t>
      </w:r>
      <w:r w:rsidR="004F4404" w:rsidRPr="00472B5F">
        <w:rPr>
          <w:b/>
        </w:rPr>
        <w:t>SubgranteeName_ProjectID_CompletedTemplate.</w:t>
      </w:r>
    </w:p>
    <w:p w14:paraId="48D06046" w14:textId="35CD1B8B" w:rsidR="004240F9" w:rsidRDefault="00A34991">
      <w:r>
        <w:rPr>
          <w:i/>
          <w:color w:val="595959"/>
          <w:sz w:val="19"/>
        </w:rPr>
        <w:t xml:space="preserve">Complete every section below. Type your answer in the box next to or beneath each item. The italic grey text is </w:t>
      </w:r>
      <w:r w:rsidR="00930283">
        <w:rPr>
          <w:i/>
          <w:color w:val="595959"/>
          <w:sz w:val="19"/>
        </w:rPr>
        <w:t>guidance.</w:t>
      </w:r>
    </w:p>
    <w:p w14:paraId="7D0A4C05" w14:textId="73E351D5" w:rsidR="004240F9" w:rsidRDefault="00A34991">
      <w:pPr>
        <w:pStyle w:val="Heading1"/>
      </w:pPr>
      <w:r>
        <w:t>1</w:t>
      </w:r>
      <w:r w:rsidR="008B517A">
        <w:t>. Project</w:t>
      </w:r>
      <w:r>
        <w:t xml:space="preserve"> Identification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85"/>
        <w:gridCol w:w="5465"/>
      </w:tblGrid>
      <w:tr w:rsidR="004240F9" w14:paraId="6F57A448" w14:textId="77777777">
        <w:trPr>
          <w:trHeight w:val="489"/>
        </w:trPr>
        <w:tc>
          <w:tcPr>
            <w:tcW w:w="3888" w:type="dxa"/>
            <w:shd w:val="clear" w:color="auto" w:fill="EAEFF5"/>
          </w:tcPr>
          <w:p w14:paraId="0F135FEB" w14:textId="10B0808B" w:rsidR="004240F9" w:rsidRDefault="00A34991">
            <w:pPr>
              <w:spacing w:after="20"/>
            </w:pPr>
            <w:r>
              <w:rPr>
                <w:b/>
                <w:sz w:val="20"/>
              </w:rPr>
              <w:t>Subgrantee name</w:t>
            </w:r>
          </w:p>
          <w:p w14:paraId="755376D6" w14:textId="77777777" w:rsidR="004240F9" w:rsidRDefault="00A34991">
            <w:pPr>
              <w:spacing w:after="20"/>
            </w:pPr>
            <w:r>
              <w:rPr>
                <w:i/>
                <w:color w:val="595959"/>
                <w:sz w:val="17"/>
              </w:rPr>
              <w:t>Legal name of the subgrantee — same as the SAGE application.</w:t>
            </w:r>
          </w:p>
        </w:tc>
        <w:tc>
          <w:tcPr>
            <w:tcW w:w="5472" w:type="dxa"/>
          </w:tcPr>
          <w:p w14:paraId="1E02DFFD" w14:textId="77777777" w:rsidR="004240F9" w:rsidRDefault="004240F9"/>
        </w:tc>
      </w:tr>
      <w:tr w:rsidR="004240F9" w14:paraId="037EA7A5" w14:textId="77777777">
        <w:trPr>
          <w:trHeight w:val="489"/>
        </w:trPr>
        <w:tc>
          <w:tcPr>
            <w:tcW w:w="3888" w:type="dxa"/>
            <w:shd w:val="clear" w:color="auto" w:fill="EAEFF5"/>
          </w:tcPr>
          <w:p w14:paraId="104640EA" w14:textId="77777777" w:rsidR="004240F9" w:rsidRDefault="00A34991">
            <w:pPr>
              <w:spacing w:after="20"/>
            </w:pPr>
            <w:r>
              <w:rPr>
                <w:b/>
                <w:sz w:val="20"/>
              </w:rPr>
              <w:t>Project name / title</w:t>
            </w:r>
          </w:p>
          <w:p w14:paraId="72351411" w14:textId="77777777" w:rsidR="004240F9" w:rsidRDefault="00A34991">
            <w:pPr>
              <w:spacing w:after="20"/>
            </w:pPr>
            <w:r>
              <w:rPr>
                <w:i/>
                <w:color w:val="595959"/>
                <w:sz w:val="17"/>
              </w:rPr>
              <w:t>Short, descriptive name for this specific project.</w:t>
            </w:r>
          </w:p>
        </w:tc>
        <w:tc>
          <w:tcPr>
            <w:tcW w:w="5472" w:type="dxa"/>
          </w:tcPr>
          <w:p w14:paraId="794FBFD1" w14:textId="77777777" w:rsidR="004240F9" w:rsidRDefault="004240F9"/>
        </w:tc>
      </w:tr>
      <w:tr w:rsidR="004240F9" w14:paraId="1C7B576D" w14:textId="77777777">
        <w:trPr>
          <w:trHeight w:val="489"/>
        </w:trPr>
        <w:tc>
          <w:tcPr>
            <w:tcW w:w="3888" w:type="dxa"/>
            <w:shd w:val="clear" w:color="auto" w:fill="EAEFF5"/>
          </w:tcPr>
          <w:p w14:paraId="2CF21C04" w14:textId="77777777" w:rsidR="004240F9" w:rsidRDefault="00A34991">
            <w:pPr>
              <w:spacing w:after="20"/>
            </w:pPr>
            <w:r>
              <w:rPr>
                <w:b/>
                <w:sz w:val="20"/>
              </w:rPr>
              <w:t>Project ID</w:t>
            </w:r>
          </w:p>
          <w:p w14:paraId="5F298C55" w14:textId="5825BCA6" w:rsidR="004240F9" w:rsidRDefault="00425C23">
            <w:pPr>
              <w:spacing w:after="20"/>
            </w:pPr>
            <w:r>
              <w:rPr>
                <w:i/>
                <w:color w:val="595959"/>
                <w:sz w:val="17"/>
              </w:rPr>
              <w:t>P</w:t>
            </w:r>
            <w:r w:rsidR="00A34991">
              <w:rPr>
                <w:i/>
                <w:color w:val="595959"/>
                <w:sz w:val="17"/>
              </w:rPr>
              <w:t>roject ID for this project.</w:t>
            </w:r>
          </w:p>
        </w:tc>
        <w:tc>
          <w:tcPr>
            <w:tcW w:w="5472" w:type="dxa"/>
          </w:tcPr>
          <w:p w14:paraId="57F992A3" w14:textId="77777777" w:rsidR="004240F9" w:rsidRDefault="004240F9"/>
        </w:tc>
      </w:tr>
      <w:tr w:rsidR="004240F9" w14:paraId="2AC59F7E" w14:textId="77777777">
        <w:trPr>
          <w:trHeight w:val="489"/>
        </w:trPr>
        <w:tc>
          <w:tcPr>
            <w:tcW w:w="3888" w:type="dxa"/>
            <w:shd w:val="clear" w:color="auto" w:fill="EAEFF5"/>
          </w:tcPr>
          <w:p w14:paraId="42D5ACC4" w14:textId="77777777" w:rsidR="004240F9" w:rsidRDefault="00A34991">
            <w:pPr>
              <w:spacing w:after="20"/>
            </w:pPr>
            <w:r>
              <w:rPr>
                <w:b/>
                <w:sz w:val="20"/>
              </w:rPr>
              <w:t>Technology type</w:t>
            </w:r>
          </w:p>
          <w:p w14:paraId="1A51AF93" w14:textId="7DAB29CB" w:rsidR="004240F9" w:rsidRDefault="00C82804">
            <w:pPr>
              <w:spacing w:after="20"/>
            </w:pPr>
            <w:r>
              <w:rPr>
                <w:i/>
                <w:color w:val="595959"/>
                <w:sz w:val="17"/>
              </w:rPr>
              <w:t xml:space="preserve">E.g., </w:t>
            </w:r>
            <w:r w:rsidR="00A34991">
              <w:rPr>
                <w:i/>
                <w:color w:val="595959"/>
                <w:sz w:val="17"/>
              </w:rPr>
              <w:t>Fiber / Cable (HFC) / Fixed wireless / satellite</w:t>
            </w:r>
          </w:p>
        </w:tc>
        <w:tc>
          <w:tcPr>
            <w:tcW w:w="5472" w:type="dxa"/>
          </w:tcPr>
          <w:p w14:paraId="4AC9621C" w14:textId="77777777" w:rsidR="004240F9" w:rsidRDefault="004240F9"/>
        </w:tc>
      </w:tr>
    </w:tbl>
    <w:p w14:paraId="7A847E03" w14:textId="77777777" w:rsidR="004240F9" w:rsidRDefault="004240F9"/>
    <w:p w14:paraId="47E31FBE" w14:textId="64257A3C" w:rsidR="004240F9" w:rsidRDefault="00A34991">
      <w:pPr>
        <w:pStyle w:val="Heading1"/>
      </w:pPr>
      <w:r>
        <w:t>2</w:t>
      </w:r>
      <w:r w:rsidR="008B517A">
        <w:t>. Project</w:t>
      </w:r>
      <w:r>
        <w:t xml:space="preserve"> Contact</w:t>
      </w:r>
    </w:p>
    <w:p w14:paraId="6F45902A" w14:textId="27FEB1B8" w:rsidR="004240F9" w:rsidRDefault="00A34991">
      <w:pPr>
        <w:spacing w:after="40"/>
      </w:pPr>
      <w:r>
        <w:rPr>
          <w:i/>
          <w:color w:val="595959"/>
          <w:sz w:val="18"/>
        </w:rPr>
        <w:t>Provide a point of contact for this specific project</w:t>
      </w:r>
      <w:r w:rsidR="00C82804">
        <w:rPr>
          <w:i/>
          <w:color w:val="595959"/>
          <w:sz w:val="18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84"/>
        <w:gridCol w:w="5466"/>
      </w:tblGrid>
      <w:tr w:rsidR="004240F9" w14:paraId="3E5C7703" w14:textId="77777777">
        <w:trPr>
          <w:trHeight w:val="489"/>
        </w:trPr>
        <w:tc>
          <w:tcPr>
            <w:tcW w:w="3888" w:type="dxa"/>
            <w:shd w:val="clear" w:color="auto" w:fill="EAEFF5"/>
          </w:tcPr>
          <w:p w14:paraId="5AB89AC9" w14:textId="77777777" w:rsidR="004240F9" w:rsidRDefault="00A34991">
            <w:pPr>
              <w:spacing w:after="20"/>
            </w:pPr>
            <w:r>
              <w:rPr>
                <w:b/>
                <w:sz w:val="20"/>
              </w:rPr>
              <w:t>Project contact name</w:t>
            </w:r>
          </w:p>
          <w:p w14:paraId="7716F0DA" w14:textId="77777777" w:rsidR="004240F9" w:rsidRDefault="00A34991">
            <w:pPr>
              <w:spacing w:after="20"/>
            </w:pPr>
            <w:r>
              <w:rPr>
                <w:i/>
                <w:color w:val="595959"/>
                <w:sz w:val="17"/>
              </w:rPr>
              <w:t>Person OBC should contact with questions about this project.</w:t>
            </w:r>
          </w:p>
        </w:tc>
        <w:tc>
          <w:tcPr>
            <w:tcW w:w="5472" w:type="dxa"/>
          </w:tcPr>
          <w:p w14:paraId="4622C13F" w14:textId="77777777" w:rsidR="004240F9" w:rsidRDefault="004240F9"/>
        </w:tc>
      </w:tr>
      <w:tr w:rsidR="004240F9" w14:paraId="43EF52C5" w14:textId="77777777">
        <w:trPr>
          <w:trHeight w:val="489"/>
        </w:trPr>
        <w:tc>
          <w:tcPr>
            <w:tcW w:w="3888" w:type="dxa"/>
            <w:shd w:val="clear" w:color="auto" w:fill="EAEFF5"/>
          </w:tcPr>
          <w:p w14:paraId="7C4E81DB" w14:textId="77777777" w:rsidR="004240F9" w:rsidRDefault="00A34991">
            <w:pPr>
              <w:spacing w:after="20"/>
            </w:pPr>
            <w:r>
              <w:rPr>
                <w:b/>
                <w:sz w:val="20"/>
              </w:rPr>
              <w:t>Title / role</w:t>
            </w:r>
          </w:p>
          <w:p w14:paraId="6AD8B19B" w14:textId="77777777" w:rsidR="004240F9" w:rsidRDefault="00A34991">
            <w:pPr>
              <w:spacing w:after="20"/>
            </w:pPr>
            <w:r>
              <w:rPr>
                <w:i/>
                <w:color w:val="595959"/>
                <w:sz w:val="17"/>
              </w:rPr>
              <w:t>This person’s title or role.</w:t>
            </w:r>
          </w:p>
        </w:tc>
        <w:tc>
          <w:tcPr>
            <w:tcW w:w="5472" w:type="dxa"/>
          </w:tcPr>
          <w:p w14:paraId="16227BAD" w14:textId="77777777" w:rsidR="004240F9" w:rsidRDefault="004240F9"/>
        </w:tc>
      </w:tr>
      <w:tr w:rsidR="004240F9" w14:paraId="6C652995" w14:textId="77777777">
        <w:trPr>
          <w:trHeight w:val="489"/>
        </w:trPr>
        <w:tc>
          <w:tcPr>
            <w:tcW w:w="3888" w:type="dxa"/>
            <w:shd w:val="clear" w:color="auto" w:fill="EAEFF5"/>
          </w:tcPr>
          <w:p w14:paraId="4F472EE0" w14:textId="77777777" w:rsidR="004240F9" w:rsidRDefault="00A34991">
            <w:pPr>
              <w:spacing w:after="20"/>
            </w:pPr>
            <w:r>
              <w:rPr>
                <w:b/>
                <w:sz w:val="20"/>
              </w:rPr>
              <w:t>Email</w:t>
            </w:r>
          </w:p>
          <w:p w14:paraId="78DE2302" w14:textId="77777777" w:rsidR="004240F9" w:rsidRDefault="00A34991">
            <w:pPr>
              <w:spacing w:after="20"/>
            </w:pPr>
            <w:r>
              <w:rPr>
                <w:i/>
                <w:color w:val="595959"/>
                <w:sz w:val="17"/>
              </w:rPr>
              <w:t>Best email for project questions.</w:t>
            </w:r>
          </w:p>
        </w:tc>
        <w:tc>
          <w:tcPr>
            <w:tcW w:w="5472" w:type="dxa"/>
          </w:tcPr>
          <w:p w14:paraId="7CF2098C" w14:textId="77777777" w:rsidR="004240F9" w:rsidRDefault="004240F9"/>
        </w:tc>
      </w:tr>
      <w:tr w:rsidR="004240F9" w14:paraId="12DD4307" w14:textId="77777777">
        <w:trPr>
          <w:trHeight w:val="489"/>
        </w:trPr>
        <w:tc>
          <w:tcPr>
            <w:tcW w:w="3888" w:type="dxa"/>
            <w:shd w:val="clear" w:color="auto" w:fill="EAEFF5"/>
          </w:tcPr>
          <w:p w14:paraId="7FF91E5A" w14:textId="77777777" w:rsidR="004240F9" w:rsidRDefault="00A34991">
            <w:pPr>
              <w:spacing w:after="20"/>
            </w:pPr>
            <w:r>
              <w:rPr>
                <w:b/>
                <w:sz w:val="20"/>
              </w:rPr>
              <w:t>Phone</w:t>
            </w:r>
          </w:p>
          <w:p w14:paraId="130E7230" w14:textId="77777777" w:rsidR="004240F9" w:rsidRDefault="00A34991">
            <w:pPr>
              <w:spacing w:after="20"/>
            </w:pPr>
            <w:r>
              <w:rPr>
                <w:i/>
                <w:color w:val="595959"/>
                <w:sz w:val="17"/>
              </w:rPr>
              <w:t>Best phone number.</w:t>
            </w:r>
          </w:p>
        </w:tc>
        <w:tc>
          <w:tcPr>
            <w:tcW w:w="5472" w:type="dxa"/>
          </w:tcPr>
          <w:p w14:paraId="2C3F48EC" w14:textId="77777777" w:rsidR="004240F9" w:rsidRDefault="004240F9"/>
        </w:tc>
      </w:tr>
    </w:tbl>
    <w:p w14:paraId="4D612D59" w14:textId="77777777" w:rsidR="004240F9" w:rsidRDefault="004240F9"/>
    <w:p w14:paraId="241585F3" w14:textId="0404124D" w:rsidR="004240F9" w:rsidRDefault="00A34991">
      <w:pPr>
        <w:pStyle w:val="Heading1"/>
      </w:pPr>
      <w:r>
        <w:t>3</w:t>
      </w:r>
      <w:r w:rsidR="008B517A">
        <w:t>. Project</w:t>
      </w:r>
      <w:r>
        <w:t xml:space="preserve"> Location and Area Served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85"/>
        <w:gridCol w:w="5465"/>
      </w:tblGrid>
      <w:tr w:rsidR="004240F9" w14:paraId="7E95D2C0" w14:textId="77777777">
        <w:trPr>
          <w:trHeight w:val="489"/>
        </w:trPr>
        <w:tc>
          <w:tcPr>
            <w:tcW w:w="3888" w:type="dxa"/>
            <w:shd w:val="clear" w:color="auto" w:fill="EAEFF5"/>
          </w:tcPr>
          <w:p w14:paraId="68C09437" w14:textId="77777777" w:rsidR="004240F9" w:rsidRDefault="00A34991">
            <w:pPr>
              <w:spacing w:after="20"/>
            </w:pPr>
            <w:r>
              <w:rPr>
                <w:b/>
                <w:sz w:val="20"/>
              </w:rPr>
              <w:t>County / counties served</w:t>
            </w:r>
          </w:p>
          <w:p w14:paraId="3F02F31F" w14:textId="77777777" w:rsidR="004240F9" w:rsidRDefault="00A34991">
            <w:pPr>
              <w:spacing w:after="20"/>
            </w:pPr>
            <w:r>
              <w:rPr>
                <w:i/>
                <w:color w:val="595959"/>
                <w:sz w:val="17"/>
              </w:rPr>
              <w:t>List every county this project serves.</w:t>
            </w:r>
          </w:p>
        </w:tc>
        <w:tc>
          <w:tcPr>
            <w:tcW w:w="5472" w:type="dxa"/>
          </w:tcPr>
          <w:p w14:paraId="6F35D0BD" w14:textId="77777777" w:rsidR="004240F9" w:rsidRDefault="004240F9"/>
        </w:tc>
      </w:tr>
      <w:tr w:rsidR="004240F9" w14:paraId="264AF9AF" w14:textId="77777777">
        <w:trPr>
          <w:trHeight w:val="489"/>
        </w:trPr>
        <w:tc>
          <w:tcPr>
            <w:tcW w:w="3888" w:type="dxa"/>
            <w:shd w:val="clear" w:color="auto" w:fill="EAEFF5"/>
          </w:tcPr>
          <w:p w14:paraId="54C305C3" w14:textId="77777777" w:rsidR="004240F9" w:rsidRDefault="00A34991">
            <w:pPr>
              <w:spacing w:after="20"/>
            </w:pPr>
            <w:r>
              <w:rPr>
                <w:b/>
                <w:sz w:val="20"/>
              </w:rPr>
              <w:t>Municipalities / project area</w:t>
            </w:r>
          </w:p>
          <w:p w14:paraId="58C0E6F9" w14:textId="77777777" w:rsidR="004240F9" w:rsidRDefault="00A34991">
            <w:pPr>
              <w:spacing w:after="20"/>
            </w:pPr>
            <w:r>
              <w:rPr>
                <w:i/>
                <w:color w:val="595959"/>
                <w:sz w:val="17"/>
              </w:rPr>
              <w:t>List the municipalities or project-area name(s) covered.</w:t>
            </w:r>
          </w:p>
        </w:tc>
        <w:tc>
          <w:tcPr>
            <w:tcW w:w="5472" w:type="dxa"/>
          </w:tcPr>
          <w:p w14:paraId="7B69D630" w14:textId="77777777" w:rsidR="004240F9" w:rsidRDefault="004240F9"/>
        </w:tc>
      </w:tr>
      <w:tr w:rsidR="004240F9" w14:paraId="2BE9FB50" w14:textId="77777777">
        <w:trPr>
          <w:trHeight w:val="489"/>
        </w:trPr>
        <w:tc>
          <w:tcPr>
            <w:tcW w:w="3888" w:type="dxa"/>
            <w:shd w:val="clear" w:color="auto" w:fill="EAEFF5"/>
          </w:tcPr>
          <w:p w14:paraId="255966FF" w14:textId="77777777" w:rsidR="004240F9" w:rsidRDefault="00A34991">
            <w:pPr>
              <w:spacing w:after="20"/>
            </w:pPr>
            <w:r>
              <w:rPr>
                <w:b/>
                <w:sz w:val="20"/>
              </w:rPr>
              <w:t>Number of BSLs served</w:t>
            </w:r>
          </w:p>
          <w:p w14:paraId="71D115DB" w14:textId="77777777" w:rsidR="004240F9" w:rsidRDefault="00A34991">
            <w:pPr>
              <w:spacing w:after="20"/>
            </w:pPr>
            <w:r>
              <w:rPr>
                <w:i/>
                <w:color w:val="595959"/>
                <w:sz w:val="17"/>
              </w:rPr>
              <w:t>Count of broadband serviceable locations in this project.</w:t>
            </w:r>
          </w:p>
        </w:tc>
        <w:tc>
          <w:tcPr>
            <w:tcW w:w="5472" w:type="dxa"/>
          </w:tcPr>
          <w:p w14:paraId="7D406EDC" w14:textId="77777777" w:rsidR="004240F9" w:rsidRDefault="004240F9"/>
        </w:tc>
      </w:tr>
      <w:tr w:rsidR="004240F9" w14:paraId="7EFEF7F7" w14:textId="77777777">
        <w:trPr>
          <w:trHeight w:val="489"/>
        </w:trPr>
        <w:tc>
          <w:tcPr>
            <w:tcW w:w="3888" w:type="dxa"/>
            <w:shd w:val="clear" w:color="auto" w:fill="EAEFF5"/>
          </w:tcPr>
          <w:p w14:paraId="4A5AFC9C" w14:textId="77777777" w:rsidR="004240F9" w:rsidRDefault="00A34991">
            <w:pPr>
              <w:spacing w:after="20"/>
            </w:pPr>
            <w:r>
              <w:rPr>
                <w:b/>
                <w:sz w:val="20"/>
              </w:rPr>
              <w:t>Number of CAIs served</w:t>
            </w:r>
          </w:p>
          <w:p w14:paraId="1F99D0A1" w14:textId="77777777" w:rsidR="004240F9" w:rsidRDefault="00A34991">
            <w:pPr>
              <w:spacing w:after="20"/>
            </w:pPr>
            <w:r>
              <w:rPr>
                <w:i/>
                <w:color w:val="595959"/>
                <w:sz w:val="17"/>
              </w:rPr>
              <w:t>Community anchor institutions, if any (enter 0 / NA if none).</w:t>
            </w:r>
          </w:p>
        </w:tc>
        <w:tc>
          <w:tcPr>
            <w:tcW w:w="5472" w:type="dxa"/>
          </w:tcPr>
          <w:p w14:paraId="6AE56FCD" w14:textId="77777777" w:rsidR="004240F9" w:rsidRDefault="004240F9"/>
        </w:tc>
      </w:tr>
    </w:tbl>
    <w:p w14:paraId="167BBF89" w14:textId="77777777" w:rsidR="004240F9" w:rsidRDefault="004240F9"/>
    <w:p w14:paraId="246FA78A" w14:textId="24A3FF5D" w:rsidR="004240F9" w:rsidRDefault="00A34991">
      <w:pPr>
        <w:pStyle w:val="Heading1"/>
      </w:pPr>
      <w:r>
        <w:lastRenderedPageBreak/>
        <w:t>4</w:t>
      </w:r>
      <w:r w:rsidR="008B517A">
        <w:t>. Project</w:t>
      </w:r>
      <w:r>
        <w:t xml:space="preserve"> Description and Need</w:t>
      </w:r>
    </w:p>
    <w:p w14:paraId="6A7B1885" w14:textId="01D6C030" w:rsidR="004240F9" w:rsidRDefault="008B517A">
      <w:pPr>
        <w:spacing w:before="80" w:after="40"/>
      </w:pPr>
      <w:r>
        <w:rPr>
          <w:b/>
        </w:rPr>
        <w:t>4.1 Describe this project — what you will build, where, and how.</w:t>
      </w:r>
    </w:p>
    <w:p w14:paraId="0F6899C9" w14:textId="77777777" w:rsidR="004240F9" w:rsidRDefault="00A34991">
      <w:pPr>
        <w:spacing w:after="40"/>
        <w:ind w:left="360"/>
      </w:pPr>
      <w:r>
        <w:rPr>
          <w:i/>
          <w:color w:val="595959"/>
          <w:sz w:val="18"/>
        </w:rPr>
        <w:t>•  What is being deployed (technology, scope) and the area it covers;</w:t>
      </w:r>
    </w:p>
    <w:p w14:paraId="4D682AE3" w14:textId="088245AA" w:rsidR="004240F9" w:rsidRDefault="00A34991" w:rsidP="006D1399">
      <w:pPr>
        <w:spacing w:after="40"/>
        <w:ind w:left="360"/>
      </w:pPr>
      <w:r>
        <w:rPr>
          <w:i/>
          <w:color w:val="595959"/>
          <w:sz w:val="18"/>
        </w:rPr>
        <w:t>•  How the project will be carried out (high-level approach and build method);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240F9" w14:paraId="7414BF8C" w14:textId="77777777">
        <w:trPr>
          <w:trHeight w:val="1584"/>
        </w:trPr>
        <w:tc>
          <w:tcPr>
            <w:tcW w:w="9360" w:type="dxa"/>
          </w:tcPr>
          <w:p w14:paraId="304221BB" w14:textId="77777777" w:rsidR="004240F9" w:rsidRDefault="004240F9"/>
        </w:tc>
      </w:tr>
    </w:tbl>
    <w:p w14:paraId="5B055C0A" w14:textId="77777777" w:rsidR="004240F9" w:rsidRDefault="004240F9"/>
    <w:p w14:paraId="77A8C0F9" w14:textId="219BC253" w:rsidR="004240F9" w:rsidRDefault="008B517A">
      <w:pPr>
        <w:spacing w:before="80" w:after="40"/>
      </w:pPr>
      <w:r>
        <w:rPr>
          <w:b/>
        </w:rPr>
        <w:t>4.2 Explain the specific problem this project solves — the gap in service being closed.</w:t>
      </w:r>
    </w:p>
    <w:p w14:paraId="20000C64" w14:textId="77777777" w:rsidR="004240F9" w:rsidRDefault="00A34991">
      <w:pPr>
        <w:spacing w:after="40"/>
        <w:ind w:left="360"/>
      </w:pPr>
      <w:r>
        <w:rPr>
          <w:i/>
          <w:color w:val="595959"/>
          <w:sz w:val="18"/>
        </w:rPr>
        <w:t>•  Current service status of the area (unserved / underserved) and the evidence for it;</w:t>
      </w:r>
    </w:p>
    <w:p w14:paraId="3CE81C97" w14:textId="77777777" w:rsidR="004240F9" w:rsidRDefault="00A34991">
      <w:pPr>
        <w:spacing w:after="40"/>
        <w:ind w:left="360"/>
      </w:pPr>
      <w:r>
        <w:rPr>
          <w:i/>
          <w:color w:val="595959"/>
          <w:sz w:val="18"/>
        </w:rPr>
        <w:t>•  Why these locations are a priority (e.g., lack of 100/20 Mbps service, affordability, geography).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240F9" w14:paraId="4B0B8F20" w14:textId="77777777">
        <w:trPr>
          <w:trHeight w:val="1584"/>
        </w:trPr>
        <w:tc>
          <w:tcPr>
            <w:tcW w:w="9360" w:type="dxa"/>
          </w:tcPr>
          <w:p w14:paraId="2F9D928A" w14:textId="77777777" w:rsidR="004240F9" w:rsidRDefault="004240F9"/>
        </w:tc>
      </w:tr>
    </w:tbl>
    <w:p w14:paraId="157E940C" w14:textId="77777777" w:rsidR="004240F9" w:rsidRDefault="004240F9"/>
    <w:p w14:paraId="34024689" w14:textId="7A9041CF" w:rsidR="004240F9" w:rsidRDefault="006D1399">
      <w:pPr>
        <w:spacing w:before="80" w:after="40"/>
      </w:pPr>
      <w:r>
        <w:rPr>
          <w:b/>
        </w:rPr>
        <w:t>4.3 Target population and area benefiting.</w:t>
      </w:r>
    </w:p>
    <w:p w14:paraId="5658B5C2" w14:textId="77777777" w:rsidR="004240F9" w:rsidRDefault="00A34991">
      <w:pPr>
        <w:spacing w:after="40"/>
      </w:pPr>
      <w:r>
        <w:rPr>
          <w:i/>
          <w:color w:val="595959"/>
          <w:sz w:val="18"/>
        </w:rPr>
        <w:t>Briefly describe who and where this project serves. Include counties/municipalities and the types of locations served.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240F9" w14:paraId="07550615" w14:textId="77777777">
        <w:trPr>
          <w:trHeight w:val="1296"/>
        </w:trPr>
        <w:tc>
          <w:tcPr>
            <w:tcW w:w="9360" w:type="dxa"/>
          </w:tcPr>
          <w:p w14:paraId="2441B1F7" w14:textId="77777777" w:rsidR="004240F9" w:rsidRDefault="004240F9"/>
        </w:tc>
      </w:tr>
    </w:tbl>
    <w:p w14:paraId="63D713B1" w14:textId="77777777" w:rsidR="004240F9" w:rsidRDefault="004240F9"/>
    <w:p w14:paraId="4D1B52C1" w14:textId="3B23F1AB" w:rsidR="004240F9" w:rsidRDefault="00A34991">
      <w:pPr>
        <w:pStyle w:val="Heading1"/>
      </w:pPr>
      <w:r>
        <w:t>5</w:t>
      </w:r>
      <w:r w:rsidR="006D1399">
        <w:t>. Milestones</w:t>
      </w:r>
      <w:r>
        <w:t xml:space="preserve"> and Timeline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85"/>
        <w:gridCol w:w="5465"/>
      </w:tblGrid>
      <w:tr w:rsidR="004240F9" w14:paraId="671B4548" w14:textId="77777777">
        <w:trPr>
          <w:trHeight w:val="489"/>
        </w:trPr>
        <w:tc>
          <w:tcPr>
            <w:tcW w:w="3888" w:type="dxa"/>
            <w:shd w:val="clear" w:color="auto" w:fill="EAEFF5"/>
          </w:tcPr>
          <w:p w14:paraId="2C428DB5" w14:textId="77777777" w:rsidR="004240F9" w:rsidRDefault="00A34991">
            <w:pPr>
              <w:spacing w:after="20"/>
            </w:pPr>
            <w:r>
              <w:rPr>
                <w:b/>
                <w:sz w:val="20"/>
              </w:rPr>
              <w:t>Estimated project start date</w:t>
            </w:r>
          </w:p>
          <w:p w14:paraId="10431932" w14:textId="77777777" w:rsidR="004240F9" w:rsidRDefault="00A34991">
            <w:pPr>
              <w:spacing w:after="20"/>
            </w:pPr>
            <w:r>
              <w:rPr>
                <w:i/>
                <w:color w:val="595959"/>
                <w:sz w:val="17"/>
              </w:rPr>
              <w:t>Estimated performance start date for this project.</w:t>
            </w:r>
          </w:p>
        </w:tc>
        <w:tc>
          <w:tcPr>
            <w:tcW w:w="5472" w:type="dxa"/>
          </w:tcPr>
          <w:p w14:paraId="792A4EBB" w14:textId="77777777" w:rsidR="004240F9" w:rsidRDefault="004240F9"/>
        </w:tc>
      </w:tr>
      <w:tr w:rsidR="004240F9" w14:paraId="4E94A522" w14:textId="77777777">
        <w:trPr>
          <w:trHeight w:val="489"/>
        </w:trPr>
        <w:tc>
          <w:tcPr>
            <w:tcW w:w="3888" w:type="dxa"/>
            <w:shd w:val="clear" w:color="auto" w:fill="EAEFF5"/>
          </w:tcPr>
          <w:p w14:paraId="1C3DC3FC" w14:textId="77777777" w:rsidR="004240F9" w:rsidRDefault="00A34991">
            <w:pPr>
              <w:spacing w:after="20"/>
            </w:pPr>
            <w:r>
              <w:rPr>
                <w:b/>
                <w:sz w:val="20"/>
              </w:rPr>
              <w:t>Estimated project end date</w:t>
            </w:r>
          </w:p>
          <w:p w14:paraId="08945272" w14:textId="77777777" w:rsidR="004240F9" w:rsidRDefault="00A34991">
            <w:pPr>
              <w:spacing w:after="20"/>
            </w:pPr>
            <w:r>
              <w:rPr>
                <w:i/>
                <w:color w:val="595959"/>
                <w:sz w:val="17"/>
              </w:rPr>
              <w:t>Estimated performance end / completion date for this project.</w:t>
            </w:r>
          </w:p>
        </w:tc>
        <w:tc>
          <w:tcPr>
            <w:tcW w:w="5472" w:type="dxa"/>
          </w:tcPr>
          <w:p w14:paraId="3D2BA639" w14:textId="77777777" w:rsidR="004240F9" w:rsidRDefault="004240F9"/>
        </w:tc>
      </w:tr>
    </w:tbl>
    <w:p w14:paraId="5F16DAFD" w14:textId="77777777" w:rsidR="00E67E16" w:rsidRDefault="00A34991">
      <w:pPr>
        <w:spacing w:after="40"/>
      </w:pPr>
      <w:r>
        <w:rPr>
          <w:i/>
          <w:color w:val="595959"/>
          <w:sz w:val="18"/>
        </w:rPr>
        <w:t>Complete the milestone table that matches your project’s technology: use 5A for non-LEO projects (fiber, cable/HFC, or fixed wireless) or 5B for LEO projects (NGSO / low-earth-orbit satellite). Complete only the sub-section that applies to this project.</w:t>
      </w:r>
    </w:p>
    <w:p w14:paraId="0ADC093C" w14:textId="77777777" w:rsidR="00E67E16" w:rsidRDefault="00A34991">
      <w:pPr>
        <w:pStyle w:val="Heading2"/>
      </w:pPr>
      <w:r>
        <w:t>5A.  Deployment milestones — non-LEO projects (fiber, cable/HFC, fixed wireless)</w:t>
      </w:r>
    </w:p>
    <w:p w14:paraId="50CFC74D" w14:textId="77777777" w:rsidR="00605EAF" w:rsidRDefault="00605EAF" w:rsidP="00605EAF">
      <w:pPr>
        <w:spacing w:after="40"/>
      </w:pPr>
      <w:r>
        <w:rPr>
          <w:i/>
          <w:color w:val="595959"/>
          <w:sz w:val="18"/>
        </w:rPr>
        <w:t>For non-LEO project, please provide the project’s expected deployment milestones. For each build stage below — 20%, 40%, 60%, 80%, and 100% of the project’s locations served — enter the target date you expect to reach it and how completion will be verified (e.g., locations passed / proof of passing). Add rows for any additional project-specific milestones.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03"/>
        <w:gridCol w:w="1870"/>
        <w:gridCol w:w="2877"/>
      </w:tblGrid>
      <w:tr w:rsidR="00E67E16" w14:paraId="43D36B6E" w14:textId="77777777">
        <w:tc>
          <w:tcPr>
            <w:tcW w:w="4608" w:type="dxa"/>
            <w:shd w:val="clear" w:color="auto" w:fill="0A3161"/>
          </w:tcPr>
          <w:p w14:paraId="5ABACC32" w14:textId="77777777" w:rsidR="00E67E16" w:rsidRDefault="00A34991">
            <w:r>
              <w:rPr>
                <w:b/>
                <w:color w:val="FFFFFF"/>
                <w:sz w:val="19"/>
              </w:rPr>
              <w:t>Objective / milestone</w:t>
            </w:r>
          </w:p>
        </w:tc>
        <w:tc>
          <w:tcPr>
            <w:tcW w:w="1872" w:type="dxa"/>
            <w:shd w:val="clear" w:color="auto" w:fill="0A3161"/>
          </w:tcPr>
          <w:p w14:paraId="4B387D12" w14:textId="77777777" w:rsidR="00E67E16" w:rsidRDefault="00A34991">
            <w:r>
              <w:rPr>
                <w:b/>
                <w:color w:val="FFFFFF"/>
                <w:sz w:val="19"/>
              </w:rPr>
              <w:t>Target date</w:t>
            </w:r>
          </w:p>
        </w:tc>
        <w:tc>
          <w:tcPr>
            <w:tcW w:w="2880" w:type="dxa"/>
            <w:shd w:val="clear" w:color="auto" w:fill="0A3161"/>
          </w:tcPr>
          <w:p w14:paraId="5122EC63" w14:textId="77777777" w:rsidR="00E67E16" w:rsidRDefault="00A34991">
            <w:r>
              <w:rPr>
                <w:b/>
                <w:color w:val="FFFFFF"/>
                <w:sz w:val="19"/>
              </w:rPr>
              <w:t>How measured</w:t>
            </w:r>
          </w:p>
        </w:tc>
      </w:tr>
      <w:tr w:rsidR="00E67E16" w14:paraId="1FEAFF1C" w14:textId="77777777">
        <w:trPr>
          <w:trHeight w:val="432"/>
        </w:trPr>
        <w:tc>
          <w:tcPr>
            <w:tcW w:w="4608" w:type="dxa"/>
          </w:tcPr>
          <w:p w14:paraId="20CD3028" w14:textId="77777777" w:rsidR="00E67E16" w:rsidRDefault="00A34991">
            <w:r>
              <w:rPr>
                <w:sz w:val="19"/>
              </w:rPr>
              <w:t>20% of project locations served</w:t>
            </w:r>
          </w:p>
        </w:tc>
        <w:tc>
          <w:tcPr>
            <w:tcW w:w="1872" w:type="dxa"/>
          </w:tcPr>
          <w:p w14:paraId="7ABD3629" w14:textId="77777777" w:rsidR="00E67E16" w:rsidRDefault="00E67E16"/>
        </w:tc>
        <w:tc>
          <w:tcPr>
            <w:tcW w:w="2880" w:type="dxa"/>
          </w:tcPr>
          <w:p w14:paraId="47D3B59C" w14:textId="77777777" w:rsidR="00E67E16" w:rsidRDefault="00E67E16"/>
        </w:tc>
      </w:tr>
      <w:tr w:rsidR="00E67E16" w14:paraId="7265BB5B" w14:textId="77777777">
        <w:trPr>
          <w:trHeight w:val="432"/>
        </w:trPr>
        <w:tc>
          <w:tcPr>
            <w:tcW w:w="4608" w:type="dxa"/>
          </w:tcPr>
          <w:p w14:paraId="15499C0F" w14:textId="77777777" w:rsidR="00E67E16" w:rsidRDefault="00A34991">
            <w:r>
              <w:rPr>
                <w:sz w:val="19"/>
              </w:rPr>
              <w:lastRenderedPageBreak/>
              <w:t>40% of project locations served</w:t>
            </w:r>
          </w:p>
        </w:tc>
        <w:tc>
          <w:tcPr>
            <w:tcW w:w="1872" w:type="dxa"/>
          </w:tcPr>
          <w:p w14:paraId="43F4987B" w14:textId="77777777" w:rsidR="00E67E16" w:rsidRDefault="00E67E16"/>
        </w:tc>
        <w:tc>
          <w:tcPr>
            <w:tcW w:w="2880" w:type="dxa"/>
          </w:tcPr>
          <w:p w14:paraId="198A86E5" w14:textId="77777777" w:rsidR="00E67E16" w:rsidRDefault="00E67E16"/>
        </w:tc>
      </w:tr>
      <w:tr w:rsidR="00E67E16" w14:paraId="008C63E4" w14:textId="77777777">
        <w:trPr>
          <w:trHeight w:val="432"/>
        </w:trPr>
        <w:tc>
          <w:tcPr>
            <w:tcW w:w="4608" w:type="dxa"/>
          </w:tcPr>
          <w:p w14:paraId="43D18CCB" w14:textId="77777777" w:rsidR="00E67E16" w:rsidRDefault="00A34991">
            <w:r>
              <w:rPr>
                <w:sz w:val="19"/>
              </w:rPr>
              <w:t>60% of project locations served</w:t>
            </w:r>
          </w:p>
        </w:tc>
        <w:tc>
          <w:tcPr>
            <w:tcW w:w="1872" w:type="dxa"/>
          </w:tcPr>
          <w:p w14:paraId="59130F9A" w14:textId="77777777" w:rsidR="00E67E16" w:rsidRDefault="00E67E16"/>
        </w:tc>
        <w:tc>
          <w:tcPr>
            <w:tcW w:w="2880" w:type="dxa"/>
          </w:tcPr>
          <w:p w14:paraId="4B4A6834" w14:textId="77777777" w:rsidR="00E67E16" w:rsidRDefault="00E67E16"/>
        </w:tc>
      </w:tr>
      <w:tr w:rsidR="00E67E16" w14:paraId="032E46F0" w14:textId="77777777">
        <w:trPr>
          <w:trHeight w:val="432"/>
        </w:trPr>
        <w:tc>
          <w:tcPr>
            <w:tcW w:w="4608" w:type="dxa"/>
          </w:tcPr>
          <w:p w14:paraId="24E0E2DE" w14:textId="77777777" w:rsidR="00E67E16" w:rsidRDefault="00A34991">
            <w:r>
              <w:rPr>
                <w:sz w:val="19"/>
              </w:rPr>
              <w:t>80% of project locations served</w:t>
            </w:r>
          </w:p>
        </w:tc>
        <w:tc>
          <w:tcPr>
            <w:tcW w:w="1872" w:type="dxa"/>
          </w:tcPr>
          <w:p w14:paraId="626C2B99" w14:textId="77777777" w:rsidR="00E67E16" w:rsidRDefault="00E67E16"/>
        </w:tc>
        <w:tc>
          <w:tcPr>
            <w:tcW w:w="2880" w:type="dxa"/>
          </w:tcPr>
          <w:p w14:paraId="6AD186D3" w14:textId="77777777" w:rsidR="00E67E16" w:rsidRDefault="00E67E16"/>
        </w:tc>
      </w:tr>
      <w:tr w:rsidR="00E67E16" w14:paraId="62BD2CA3" w14:textId="77777777">
        <w:trPr>
          <w:trHeight w:val="432"/>
        </w:trPr>
        <w:tc>
          <w:tcPr>
            <w:tcW w:w="4608" w:type="dxa"/>
          </w:tcPr>
          <w:p w14:paraId="21642973" w14:textId="77777777" w:rsidR="00E67E16" w:rsidRDefault="00A34991">
            <w:r>
              <w:rPr>
                <w:sz w:val="19"/>
              </w:rPr>
              <w:t>100% of project locations served</w:t>
            </w:r>
          </w:p>
        </w:tc>
        <w:tc>
          <w:tcPr>
            <w:tcW w:w="1872" w:type="dxa"/>
          </w:tcPr>
          <w:p w14:paraId="1A96E677" w14:textId="77777777" w:rsidR="00E67E16" w:rsidRDefault="00E67E16"/>
        </w:tc>
        <w:tc>
          <w:tcPr>
            <w:tcW w:w="2880" w:type="dxa"/>
          </w:tcPr>
          <w:p w14:paraId="2A142ADD" w14:textId="77777777" w:rsidR="00E67E16" w:rsidRDefault="00E67E16"/>
        </w:tc>
      </w:tr>
    </w:tbl>
    <w:p w14:paraId="0E664694" w14:textId="77777777" w:rsidR="00E67E16" w:rsidRDefault="00E67E16"/>
    <w:p w14:paraId="04AE5BAF" w14:textId="77777777" w:rsidR="00E67E16" w:rsidRDefault="00A34991">
      <w:pPr>
        <w:pStyle w:val="Heading2"/>
      </w:pPr>
      <w:r>
        <w:t>5B.  Disbursement milestones — LEO projects (NGSO / low-earth-orbit satellite)</w:t>
      </w:r>
    </w:p>
    <w:p w14:paraId="09FB9DC2" w14:textId="1EB037E5" w:rsidR="00560113" w:rsidRDefault="00560113" w:rsidP="00560113">
      <w:pPr>
        <w:spacing w:after="40"/>
      </w:pPr>
      <w:r>
        <w:rPr>
          <w:i/>
          <w:color w:val="595959"/>
          <w:sz w:val="18"/>
        </w:rPr>
        <w:t>For LEO projects, please enter the dates you expect to reach the milestones below. Add rows for any additional project-specific milestones.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03"/>
        <w:gridCol w:w="1870"/>
        <w:gridCol w:w="2877"/>
      </w:tblGrid>
      <w:tr w:rsidR="00E67E16" w14:paraId="41603BF3" w14:textId="77777777" w:rsidTr="00146085">
        <w:tc>
          <w:tcPr>
            <w:tcW w:w="4603" w:type="dxa"/>
            <w:shd w:val="clear" w:color="auto" w:fill="0A3161"/>
          </w:tcPr>
          <w:p w14:paraId="0A1C3468" w14:textId="77777777" w:rsidR="00E67E16" w:rsidRDefault="00A34991">
            <w:r>
              <w:rPr>
                <w:b/>
                <w:color w:val="FFFFFF"/>
                <w:sz w:val="19"/>
              </w:rPr>
              <w:t>Milestone</w:t>
            </w:r>
          </w:p>
        </w:tc>
        <w:tc>
          <w:tcPr>
            <w:tcW w:w="1870" w:type="dxa"/>
            <w:shd w:val="clear" w:color="auto" w:fill="0A3161"/>
          </w:tcPr>
          <w:p w14:paraId="77133978" w14:textId="77777777" w:rsidR="00E67E16" w:rsidRDefault="00A34991">
            <w:r>
              <w:rPr>
                <w:b/>
                <w:color w:val="FFFFFF"/>
                <w:sz w:val="19"/>
              </w:rPr>
              <w:t>Target date</w:t>
            </w:r>
          </w:p>
        </w:tc>
        <w:tc>
          <w:tcPr>
            <w:tcW w:w="2877" w:type="dxa"/>
            <w:shd w:val="clear" w:color="auto" w:fill="0A3161"/>
          </w:tcPr>
          <w:p w14:paraId="37909992" w14:textId="77777777" w:rsidR="00E67E16" w:rsidRDefault="00A34991">
            <w:r>
              <w:rPr>
                <w:b/>
                <w:color w:val="FFFFFF"/>
                <w:sz w:val="19"/>
              </w:rPr>
              <w:t>How measured</w:t>
            </w:r>
          </w:p>
        </w:tc>
      </w:tr>
      <w:tr w:rsidR="00146085" w14:paraId="6199443C" w14:textId="77777777" w:rsidTr="00146085">
        <w:trPr>
          <w:trHeight w:val="432"/>
        </w:trPr>
        <w:tc>
          <w:tcPr>
            <w:tcW w:w="4603" w:type="dxa"/>
          </w:tcPr>
          <w:p w14:paraId="23E89ED0" w14:textId="4392166B" w:rsidR="00146085" w:rsidRDefault="00146085" w:rsidP="00146085">
            <w:r>
              <w:rPr>
                <w:sz w:val="19"/>
              </w:rPr>
              <w:t xml:space="preserve">Qualifying broadband service available to all BSLs in the project area </w:t>
            </w:r>
          </w:p>
        </w:tc>
        <w:tc>
          <w:tcPr>
            <w:tcW w:w="1870" w:type="dxa"/>
          </w:tcPr>
          <w:p w14:paraId="2E215A9E" w14:textId="77777777" w:rsidR="00146085" w:rsidRDefault="00146085" w:rsidP="00146085"/>
        </w:tc>
        <w:tc>
          <w:tcPr>
            <w:tcW w:w="2877" w:type="dxa"/>
          </w:tcPr>
          <w:p w14:paraId="509E3D0F" w14:textId="77777777" w:rsidR="00146085" w:rsidRDefault="00146085" w:rsidP="00146085"/>
        </w:tc>
      </w:tr>
      <w:tr w:rsidR="00146085" w14:paraId="02B512B6" w14:textId="77777777" w:rsidTr="00146085">
        <w:trPr>
          <w:trHeight w:val="432"/>
        </w:trPr>
        <w:tc>
          <w:tcPr>
            <w:tcW w:w="4603" w:type="dxa"/>
          </w:tcPr>
          <w:p w14:paraId="4FDB9F31" w14:textId="77777777" w:rsidR="00146085" w:rsidRDefault="00146085" w:rsidP="00146085">
            <w:r>
              <w:rPr>
                <w:sz w:val="19"/>
              </w:rPr>
              <w:t>50% of locations in the project area subscribed</w:t>
            </w:r>
          </w:p>
        </w:tc>
        <w:tc>
          <w:tcPr>
            <w:tcW w:w="1870" w:type="dxa"/>
          </w:tcPr>
          <w:p w14:paraId="3776FC22" w14:textId="77777777" w:rsidR="00146085" w:rsidRDefault="00146085" w:rsidP="00146085"/>
        </w:tc>
        <w:tc>
          <w:tcPr>
            <w:tcW w:w="2877" w:type="dxa"/>
          </w:tcPr>
          <w:p w14:paraId="6AB37C51" w14:textId="77777777" w:rsidR="00146085" w:rsidRDefault="00146085" w:rsidP="00146085"/>
        </w:tc>
      </w:tr>
    </w:tbl>
    <w:p w14:paraId="42C1639A" w14:textId="77777777" w:rsidR="00E67E16" w:rsidRDefault="00E67E16"/>
    <w:p w14:paraId="1016F19A" w14:textId="7BE49E26" w:rsidR="00E67E16" w:rsidRDefault="00A34991">
      <w:pPr>
        <w:pStyle w:val="Heading1"/>
      </w:pPr>
      <w:r>
        <w:t>6</w:t>
      </w:r>
      <w:r w:rsidR="00AA0232">
        <w:t>. EHP</w:t>
      </w:r>
      <w:r>
        <w:t xml:space="preserve"> and Permitting</w:t>
      </w:r>
    </w:p>
    <w:p w14:paraId="5B3F4E93" w14:textId="77777777" w:rsidR="00E67E16" w:rsidRDefault="00A34991">
      <w:pPr>
        <w:spacing w:before="80" w:after="40"/>
      </w:pPr>
      <w:r>
        <w:rPr>
          <w:b/>
        </w:rPr>
        <w:t>What EHP and other permitting needs are you aware of for this project?</w:t>
      </w:r>
    </w:p>
    <w:p w14:paraId="4BE05957" w14:textId="77777777" w:rsidR="00D1525D" w:rsidRDefault="00D1525D" w:rsidP="00D1525D">
      <w:pPr>
        <w:spacing w:after="40"/>
      </w:pPr>
      <w:r>
        <w:rPr>
          <w:i/>
          <w:color w:val="595959"/>
          <w:sz w:val="18"/>
        </w:rPr>
        <w:t>Describe the permitting needs you’re currently aware of, along with any relevant context. Potential details to include: your build method and any expected ground disturbance (e.g., trenching, boring, new poles, or towers); any known wetlands, floodplains, waterways, or historic, tribal, or protected sites in or near the project area; and a summary of the permits you anticipate needing (state, local, railroad, or right-of-way).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67E16" w14:paraId="3C21D1E5" w14:textId="77777777">
        <w:trPr>
          <w:trHeight w:val="1728"/>
        </w:trPr>
        <w:tc>
          <w:tcPr>
            <w:tcW w:w="9360" w:type="dxa"/>
          </w:tcPr>
          <w:p w14:paraId="3B014E33" w14:textId="77777777" w:rsidR="00E67E16" w:rsidRDefault="00E67E16"/>
        </w:tc>
      </w:tr>
    </w:tbl>
    <w:p w14:paraId="787E1016" w14:textId="77777777" w:rsidR="00E67E16" w:rsidRDefault="00E67E16"/>
    <w:p w14:paraId="173C0A4A" w14:textId="77777777" w:rsidR="00E67E16" w:rsidRDefault="00A34991">
      <w:pPr>
        <w:pStyle w:val="Heading1"/>
      </w:pPr>
      <w:r>
        <w:t>7.  Project-Specific Notes</w:t>
      </w:r>
    </w:p>
    <w:p w14:paraId="75637ABE" w14:textId="77777777" w:rsidR="00E67E16" w:rsidRDefault="00A34991">
      <w:pPr>
        <w:spacing w:after="40"/>
      </w:pPr>
      <w:r>
        <w:rPr>
          <w:i/>
          <w:color w:val="595959"/>
          <w:sz w:val="18"/>
        </w:rPr>
        <w:t>List any project-specific documentation or notes you would like to include.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67E16" w14:paraId="4157F844" w14:textId="77777777">
        <w:trPr>
          <w:trHeight w:val="1296"/>
        </w:trPr>
        <w:tc>
          <w:tcPr>
            <w:tcW w:w="9360" w:type="dxa"/>
          </w:tcPr>
          <w:p w14:paraId="0468BE44" w14:textId="77777777" w:rsidR="00E67E16" w:rsidRDefault="00E67E16"/>
        </w:tc>
      </w:tr>
    </w:tbl>
    <w:p w14:paraId="66DC2011" w14:textId="77777777" w:rsidR="00E67E16" w:rsidRDefault="00E67E16"/>
    <w:sectPr w:rsidR="00E67E16" w:rsidSect="00DD36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FF544" w14:textId="77777777" w:rsidR="00705751" w:rsidRDefault="00705751" w:rsidP="00373EC0">
      <w:pPr>
        <w:spacing w:after="0" w:line="240" w:lineRule="auto"/>
      </w:pPr>
      <w:r>
        <w:separator/>
      </w:r>
    </w:p>
  </w:endnote>
  <w:endnote w:type="continuationSeparator" w:id="0">
    <w:p w14:paraId="3BB78F71" w14:textId="77777777" w:rsidR="00705751" w:rsidRDefault="00705751" w:rsidP="00373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Karla">
    <w:charset w:val="00"/>
    <w:family w:val="auto"/>
    <w:pitch w:val="variable"/>
    <w:sig w:usb0="A00000EF" w:usb1="4000205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1E772" w14:textId="77777777" w:rsidR="00705751" w:rsidRDefault="00705751" w:rsidP="00373EC0">
      <w:pPr>
        <w:spacing w:after="0" w:line="240" w:lineRule="auto"/>
      </w:pPr>
      <w:r>
        <w:separator/>
      </w:r>
    </w:p>
  </w:footnote>
  <w:footnote w:type="continuationSeparator" w:id="0">
    <w:p w14:paraId="57840372" w14:textId="77777777" w:rsidR="00705751" w:rsidRDefault="00705751" w:rsidP="00373E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0B93F9B"/>
    <w:multiLevelType w:val="multilevel"/>
    <w:tmpl w:val="BC9A1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35642E"/>
    <w:multiLevelType w:val="multilevel"/>
    <w:tmpl w:val="1348F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4108849">
    <w:abstractNumId w:val="8"/>
  </w:num>
  <w:num w:numId="2" w16cid:durableId="108017351">
    <w:abstractNumId w:val="6"/>
  </w:num>
  <w:num w:numId="3" w16cid:durableId="1566063537">
    <w:abstractNumId w:val="5"/>
  </w:num>
  <w:num w:numId="4" w16cid:durableId="152065315">
    <w:abstractNumId w:val="4"/>
  </w:num>
  <w:num w:numId="5" w16cid:durableId="979771914">
    <w:abstractNumId w:val="7"/>
  </w:num>
  <w:num w:numId="6" w16cid:durableId="1988315532">
    <w:abstractNumId w:val="3"/>
  </w:num>
  <w:num w:numId="7" w16cid:durableId="9770298">
    <w:abstractNumId w:val="2"/>
  </w:num>
  <w:num w:numId="8" w16cid:durableId="1559517206">
    <w:abstractNumId w:val="1"/>
  </w:num>
  <w:num w:numId="9" w16cid:durableId="642471250">
    <w:abstractNumId w:val="0"/>
  </w:num>
  <w:num w:numId="10" w16cid:durableId="2130588682">
    <w:abstractNumId w:val="10"/>
  </w:num>
  <w:num w:numId="11" w16cid:durableId="74029950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6D2E"/>
    <w:rsid w:val="0004513A"/>
    <w:rsid w:val="0006063C"/>
    <w:rsid w:val="00067BE6"/>
    <w:rsid w:val="000D27C8"/>
    <w:rsid w:val="000E6D2B"/>
    <w:rsid w:val="000F3A1D"/>
    <w:rsid w:val="0010542F"/>
    <w:rsid w:val="00106F9A"/>
    <w:rsid w:val="00146085"/>
    <w:rsid w:val="0015074B"/>
    <w:rsid w:val="001B1A8F"/>
    <w:rsid w:val="001B2036"/>
    <w:rsid w:val="001B32CC"/>
    <w:rsid w:val="001D01CD"/>
    <w:rsid w:val="00214281"/>
    <w:rsid w:val="00243108"/>
    <w:rsid w:val="0026701D"/>
    <w:rsid w:val="00272915"/>
    <w:rsid w:val="0028223D"/>
    <w:rsid w:val="0029578F"/>
    <w:rsid w:val="0029639D"/>
    <w:rsid w:val="002A07C8"/>
    <w:rsid w:val="002D4F89"/>
    <w:rsid w:val="00302C51"/>
    <w:rsid w:val="003065DC"/>
    <w:rsid w:val="0032315A"/>
    <w:rsid w:val="00326F90"/>
    <w:rsid w:val="00333B69"/>
    <w:rsid w:val="0034546E"/>
    <w:rsid w:val="00373EC0"/>
    <w:rsid w:val="003948AD"/>
    <w:rsid w:val="003C31E9"/>
    <w:rsid w:val="003C5167"/>
    <w:rsid w:val="003E6390"/>
    <w:rsid w:val="003F5F48"/>
    <w:rsid w:val="004023C1"/>
    <w:rsid w:val="004240F9"/>
    <w:rsid w:val="00425C23"/>
    <w:rsid w:val="00442587"/>
    <w:rsid w:val="0044461E"/>
    <w:rsid w:val="00472B5F"/>
    <w:rsid w:val="00494112"/>
    <w:rsid w:val="004C6B05"/>
    <w:rsid w:val="004D6A30"/>
    <w:rsid w:val="004F1765"/>
    <w:rsid w:val="004F4404"/>
    <w:rsid w:val="005023EA"/>
    <w:rsid w:val="00512970"/>
    <w:rsid w:val="00552D96"/>
    <w:rsid w:val="00560113"/>
    <w:rsid w:val="005604BD"/>
    <w:rsid w:val="00571A0F"/>
    <w:rsid w:val="00573C3E"/>
    <w:rsid w:val="005D73DB"/>
    <w:rsid w:val="005F32C7"/>
    <w:rsid w:val="00605EAF"/>
    <w:rsid w:val="0062013D"/>
    <w:rsid w:val="00626C20"/>
    <w:rsid w:val="00635383"/>
    <w:rsid w:val="00660348"/>
    <w:rsid w:val="006B0512"/>
    <w:rsid w:val="006C2863"/>
    <w:rsid w:val="006D1399"/>
    <w:rsid w:val="006E6207"/>
    <w:rsid w:val="006F582B"/>
    <w:rsid w:val="00705751"/>
    <w:rsid w:val="00717CCC"/>
    <w:rsid w:val="0072072B"/>
    <w:rsid w:val="00731896"/>
    <w:rsid w:val="0079742E"/>
    <w:rsid w:val="007A2650"/>
    <w:rsid w:val="007B1DAD"/>
    <w:rsid w:val="007C1D72"/>
    <w:rsid w:val="007E032B"/>
    <w:rsid w:val="008046A8"/>
    <w:rsid w:val="00806F8E"/>
    <w:rsid w:val="008B517A"/>
    <w:rsid w:val="008F318C"/>
    <w:rsid w:val="00930283"/>
    <w:rsid w:val="0094237A"/>
    <w:rsid w:val="009447CE"/>
    <w:rsid w:val="009B6404"/>
    <w:rsid w:val="00A00286"/>
    <w:rsid w:val="00A21452"/>
    <w:rsid w:val="00A34991"/>
    <w:rsid w:val="00A5429B"/>
    <w:rsid w:val="00A6200E"/>
    <w:rsid w:val="00A62F0F"/>
    <w:rsid w:val="00A6341A"/>
    <w:rsid w:val="00A72CBE"/>
    <w:rsid w:val="00A817CF"/>
    <w:rsid w:val="00AA0232"/>
    <w:rsid w:val="00AA1D8D"/>
    <w:rsid w:val="00AB567C"/>
    <w:rsid w:val="00AC03E7"/>
    <w:rsid w:val="00AC26C7"/>
    <w:rsid w:val="00B20676"/>
    <w:rsid w:val="00B40A1B"/>
    <w:rsid w:val="00B47730"/>
    <w:rsid w:val="00B6611B"/>
    <w:rsid w:val="00B72C26"/>
    <w:rsid w:val="00C36EEF"/>
    <w:rsid w:val="00C74745"/>
    <w:rsid w:val="00C82804"/>
    <w:rsid w:val="00CA48D2"/>
    <w:rsid w:val="00CB0664"/>
    <w:rsid w:val="00CC4DC1"/>
    <w:rsid w:val="00D1081D"/>
    <w:rsid w:val="00D1525D"/>
    <w:rsid w:val="00D42150"/>
    <w:rsid w:val="00DA4A85"/>
    <w:rsid w:val="00DA5561"/>
    <w:rsid w:val="00DD362E"/>
    <w:rsid w:val="00DE785A"/>
    <w:rsid w:val="00E45A58"/>
    <w:rsid w:val="00E54730"/>
    <w:rsid w:val="00E557AC"/>
    <w:rsid w:val="00E56147"/>
    <w:rsid w:val="00E67E16"/>
    <w:rsid w:val="00E84B7E"/>
    <w:rsid w:val="00E9168A"/>
    <w:rsid w:val="00EA5C8C"/>
    <w:rsid w:val="00EC31D6"/>
    <w:rsid w:val="00F1535B"/>
    <w:rsid w:val="00F8571C"/>
    <w:rsid w:val="00F95D60"/>
    <w:rsid w:val="00FC3D0D"/>
    <w:rsid w:val="00FC693F"/>
    <w:rsid w:val="00FF250A"/>
    <w:rsid w:val="00FF3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062061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 w:line="254" w:lineRule="auto"/>
    </w:pPr>
    <w:rPr>
      <w:rFonts w:ascii="Calibri" w:hAnsi="Calibri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80" w:after="60"/>
      <w:outlineLvl w:val="0"/>
    </w:pPr>
    <w:rPr>
      <w:rFonts w:asciiTheme="majorHAnsi" w:eastAsiaTheme="majorEastAsia" w:hAnsiTheme="majorHAnsi" w:cstheme="majorBidi"/>
      <w:b/>
      <w:bCs/>
      <w:color w:val="0A3161"/>
      <w:sz w:val="25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60"/>
      <w:outlineLvl w:val="1"/>
    </w:pPr>
    <w:rPr>
      <w:rFonts w:asciiTheme="majorHAnsi" w:eastAsiaTheme="majorEastAsia" w:hAnsiTheme="majorHAnsi" w:cstheme="majorBidi"/>
      <w:b/>
      <w:bCs/>
      <w:color w:val="0A3161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73C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3C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3C3E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3C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3C3E"/>
    <w:rPr>
      <w:rFonts w:ascii="Calibri" w:hAnsi="Calibri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36EE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6EEF"/>
    <w:rPr>
      <w:color w:val="605E5C"/>
      <w:shd w:val="clear" w:color="auto" w:fill="E1DFDD"/>
    </w:rPr>
  </w:style>
  <w:style w:type="character" w:customStyle="1" w:styleId="01TitlePage">
    <w:name w:val="01 Title Page"/>
    <w:basedOn w:val="Strong"/>
    <w:uiPriority w:val="1"/>
    <w:qFormat/>
    <w:rsid w:val="000F3A1D"/>
    <w:rPr>
      <w:rFonts w:ascii="Karla" w:hAnsi="Karla"/>
      <w:b/>
      <w:bCs/>
      <w:color w:val="4F81BD" w:themeColor="accent1"/>
      <w:sz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2026-07-31T15:54:00Z</dcterms:created>
  <dcterms:modified xsi:type="dcterms:W3CDTF">2026-07-31T15:55:00Z</dcterms:modified>
  <cp:category/>
</cp:coreProperties>
</file>