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1DB22" w14:textId="77777777" w:rsidR="00D635A4" w:rsidRDefault="0015517F" w:rsidP="00501717">
      <w:pPr>
        <w:pStyle w:val="Heading1"/>
        <w:spacing w:before="120"/>
        <w:ind w:left="-720"/>
        <w:jc w:val="center"/>
      </w:pPr>
      <w:r>
        <w:t>School-Based Health Services (SBHS):</w:t>
      </w:r>
      <w:r w:rsidR="001F3BA5">
        <w:t xml:space="preserve"> </w:t>
      </w:r>
    </w:p>
    <w:p w14:paraId="73D27851" w14:textId="05679D15" w:rsidR="001C02DC" w:rsidRDefault="0015517F" w:rsidP="00501717">
      <w:pPr>
        <w:pStyle w:val="Heading1"/>
        <w:spacing w:before="120"/>
        <w:ind w:left="-720"/>
        <w:jc w:val="center"/>
      </w:pPr>
      <w:r>
        <w:t>Frequently Asked Questions</w:t>
      </w:r>
      <w:r w:rsidR="001F3BA5">
        <w:t xml:space="preserve"> for Parents and Caregivers</w:t>
      </w:r>
    </w:p>
    <w:p w14:paraId="6C5EADD7" w14:textId="77777777" w:rsidR="001C02DC" w:rsidRDefault="0015517F" w:rsidP="00845B32">
      <w:pPr>
        <w:pStyle w:val="Heading2"/>
        <w:ind w:left="-720"/>
      </w:pPr>
      <w:r>
        <w:t>What is the School-Based Health Services (SBHS) Program?</w:t>
      </w:r>
    </w:p>
    <w:p w14:paraId="7860763D" w14:textId="2AC23B17" w:rsidR="00116CC1" w:rsidRDefault="0015517F" w:rsidP="00845B32">
      <w:pPr>
        <w:ind w:left="-720"/>
      </w:pPr>
      <w:r>
        <w:t xml:space="preserve">School-Based Health Services (SBHS) is a federal and state-supported program that allows school districts to receive partial Medicaid </w:t>
      </w:r>
      <w:proofErr w:type="gramStart"/>
      <w:r>
        <w:t>reimbursement for certain</w:t>
      </w:r>
      <w:proofErr w:type="gramEnd"/>
      <w:r>
        <w:t xml:space="preserve"> health-related services provided to </w:t>
      </w:r>
      <w:r w:rsidR="00116CC1">
        <w:t xml:space="preserve">Medicaid enrolled </w:t>
      </w:r>
      <w:r>
        <w:t xml:space="preserve">students at school. The purpose of SBHS is to support student access to needed health and related services and </w:t>
      </w:r>
      <w:r w:rsidR="00501717" w:rsidRPr="00501717">
        <w:t>help school districts seek reimbursement for services provided</w:t>
      </w:r>
      <w:r w:rsidR="00501717">
        <w:t>.</w:t>
      </w:r>
    </w:p>
    <w:p w14:paraId="3C417F59" w14:textId="77777777" w:rsidR="001C02DC" w:rsidRDefault="0015517F" w:rsidP="00845B32">
      <w:pPr>
        <w:pStyle w:val="Heading2"/>
        <w:ind w:left="-720"/>
      </w:pPr>
      <w:r>
        <w:t>What types of services may be eligible for Medicaid reimbursement?</w:t>
      </w:r>
    </w:p>
    <w:p w14:paraId="34EC7DCD" w14:textId="55346DF6" w:rsidR="00116CC1" w:rsidRDefault="0015517F" w:rsidP="00845B32">
      <w:pPr>
        <w:ind w:left="-720"/>
      </w:pPr>
      <w:r>
        <w:t xml:space="preserve">Medicaid may reimburse the </w:t>
      </w:r>
      <w:proofErr w:type="gramStart"/>
      <w:r>
        <w:t>district for certain</w:t>
      </w:r>
      <w:proofErr w:type="gramEnd"/>
      <w:r>
        <w:t xml:space="preserve"> medically necessary, health-related services provided in school, including</w:t>
      </w:r>
      <w:r w:rsidR="00116CC1">
        <w:t xml:space="preserve"> but not limited to</w:t>
      </w:r>
      <w:r>
        <w:t xml:space="preserve"> behavioral health services and counseling, nursing services, speech-language therapy, occupational therapy, physical therapy, evaluations and assessments, </w:t>
      </w:r>
      <w:r w:rsidR="00D721EA">
        <w:t xml:space="preserve">and </w:t>
      </w:r>
      <w:r>
        <w:t>assistive technology services</w:t>
      </w:r>
      <w:r w:rsidR="00D721EA">
        <w:t xml:space="preserve"> </w:t>
      </w:r>
      <w:r>
        <w:t xml:space="preserve">related to receiving services. </w:t>
      </w:r>
    </w:p>
    <w:p w14:paraId="36B34A80" w14:textId="1816A194" w:rsidR="00D55FFB" w:rsidRDefault="0015517F" w:rsidP="00D55FFB">
      <w:pPr>
        <w:ind w:left="-720"/>
      </w:pPr>
      <w:r>
        <w:t xml:space="preserve">Not all services </w:t>
      </w:r>
      <w:proofErr w:type="gramStart"/>
      <w:r>
        <w:t xml:space="preserve">are </w:t>
      </w:r>
      <w:r w:rsidR="00D721EA">
        <w:t>reimbursed</w:t>
      </w:r>
      <w:proofErr w:type="gramEnd"/>
      <w:r>
        <w:t>, and only services that meet Medicaid requirements and are provided to Medicaid-eligible students may be considered for reimbursement.</w:t>
      </w:r>
    </w:p>
    <w:p w14:paraId="76034EB1" w14:textId="6C5E5463" w:rsidR="00D55FFB" w:rsidRDefault="00B819C7" w:rsidP="00D55FFB">
      <w:pPr>
        <w:pStyle w:val="Heading2"/>
        <w:ind w:left="-720"/>
      </w:pPr>
      <w:r>
        <w:t xml:space="preserve">What </w:t>
      </w:r>
      <w:r w:rsidR="00D55FFB" w:rsidRPr="00D55FFB">
        <w:t>is a medical Plan of Care</w:t>
      </w:r>
      <w:r w:rsidR="00D55FFB">
        <w:t>?</w:t>
      </w:r>
    </w:p>
    <w:p w14:paraId="113C2C90" w14:textId="3B44D27D" w:rsidR="00D55FFB" w:rsidRDefault="00B819C7" w:rsidP="00D55FFB">
      <w:pPr>
        <w:ind w:left="-720"/>
      </w:pPr>
      <w:r w:rsidRPr="00B819C7">
        <w:t xml:space="preserve">A Medical Plan of Care is a document </w:t>
      </w:r>
      <w:r w:rsidR="00976011">
        <w:t xml:space="preserve">prepared by a specific </w:t>
      </w:r>
      <w:r w:rsidRPr="00B819C7">
        <w:t xml:space="preserve">healthcare provider that describes the services </w:t>
      </w:r>
      <w:r w:rsidR="00413D33">
        <w:t>a student</w:t>
      </w:r>
      <w:r w:rsidRPr="00B819C7">
        <w:t xml:space="preserve"> need</w:t>
      </w:r>
      <w:r w:rsidR="00413D33">
        <w:t>s</w:t>
      </w:r>
      <w:r w:rsidRPr="00B819C7">
        <w:t xml:space="preserve"> and authorizes the school to provide them. For some services, this document may be part of the school's billing record. If applicable to your child's services, it </w:t>
      </w:r>
      <w:proofErr w:type="gramStart"/>
      <w:r w:rsidRPr="00B819C7">
        <w:t>may be shared</w:t>
      </w:r>
      <w:proofErr w:type="gramEnd"/>
      <w:r w:rsidRPr="00B819C7">
        <w:t xml:space="preserve"> with Medicaid for billing or audit purposes. Only the minimum information necessary </w:t>
      </w:r>
      <w:proofErr w:type="gramStart"/>
      <w:r w:rsidRPr="00B819C7">
        <w:t>is shared</w:t>
      </w:r>
      <w:proofErr w:type="gramEnd"/>
      <w:r w:rsidRPr="00B819C7">
        <w:t>, and only with authorized parties</w:t>
      </w:r>
      <w:r w:rsidR="00D55FFB">
        <w:t>.</w:t>
      </w:r>
    </w:p>
    <w:p w14:paraId="41C13256" w14:textId="77777777" w:rsidR="001C02DC" w:rsidRDefault="0015517F" w:rsidP="00845B32">
      <w:pPr>
        <w:pStyle w:val="Heading2"/>
        <w:ind w:left="-720"/>
      </w:pPr>
      <w:r>
        <w:t>Does this apply only to students with IEPs?</w:t>
      </w:r>
    </w:p>
    <w:p w14:paraId="2BB4F5D8" w14:textId="39B566AD" w:rsidR="001C02DC" w:rsidRDefault="3D59AE79" w:rsidP="00845B32">
      <w:pPr>
        <w:ind w:left="-720"/>
      </w:pPr>
      <w:r>
        <w:t xml:space="preserve">No. Medicaid reimbursement may apply to </w:t>
      </w:r>
      <w:r w:rsidR="6F0DCCCE">
        <w:t xml:space="preserve">Medicaid-eligible </w:t>
      </w:r>
      <w:r>
        <w:t xml:space="preserve">students with Individualized Education Programs (IEPs) and Medicaid-eligible students in general education who receive certain qualifying health or behavioral services. </w:t>
      </w:r>
    </w:p>
    <w:p w14:paraId="584828D3" w14:textId="77777777" w:rsidR="001C02DC" w:rsidRDefault="0015517F" w:rsidP="00845B32">
      <w:pPr>
        <w:pStyle w:val="Heading2"/>
        <w:ind w:left="-720"/>
      </w:pPr>
      <w:r>
        <w:t xml:space="preserve">Is there a cost to </w:t>
      </w:r>
      <w:proofErr w:type="gramStart"/>
      <w:r>
        <w:t>me or my family</w:t>
      </w:r>
      <w:proofErr w:type="gramEnd"/>
      <w:r>
        <w:t>?</w:t>
      </w:r>
    </w:p>
    <w:p w14:paraId="6352F9D2" w14:textId="4F4C8F8E" w:rsidR="001C02DC" w:rsidRDefault="2AD054EF" w:rsidP="00845B32">
      <w:pPr>
        <w:ind w:left="-720"/>
      </w:pPr>
      <w:r>
        <w:t xml:space="preserve">No. </w:t>
      </w:r>
      <w:r w:rsidR="1BD09277">
        <w:t xml:space="preserve">Your consent allows the district to </w:t>
      </w:r>
      <w:r w:rsidR="6E79B69A">
        <w:t xml:space="preserve">obtain </w:t>
      </w:r>
      <w:r w:rsidR="1BD09277">
        <w:t xml:space="preserve">Medicaid reimbursement for eligible services. This </w:t>
      </w:r>
      <w:bookmarkStart w:id="0" w:name="_GoBack"/>
      <w:r w:rsidR="1BD09277" w:rsidRPr="00D95535">
        <w:rPr>
          <w:b/>
          <w:bCs/>
        </w:rPr>
        <w:t>will not</w:t>
      </w:r>
      <w:bookmarkEnd w:id="0"/>
      <w:r w:rsidR="1BD09277">
        <w:t xml:space="preserve"> result in any out-of-pocket expense to your family or </w:t>
      </w:r>
      <w:proofErr w:type="gramStart"/>
      <w:r w:rsidR="1BD09277">
        <w:t>impact</w:t>
      </w:r>
      <w:proofErr w:type="gramEnd"/>
      <w:r w:rsidR="1BD09277">
        <w:t xml:space="preserve"> your child’s Medicaid coverage or benefits.</w:t>
      </w:r>
    </w:p>
    <w:p w14:paraId="0146DEF6" w14:textId="77777777" w:rsidR="001C02DC" w:rsidRDefault="0015517F" w:rsidP="00845B32">
      <w:pPr>
        <w:pStyle w:val="Heading2"/>
        <w:ind w:left="-720"/>
      </w:pPr>
      <w:r>
        <w:t>Will this affect my child’s education or services?</w:t>
      </w:r>
    </w:p>
    <w:p w14:paraId="16E4258A" w14:textId="078F648A" w:rsidR="001C02DC" w:rsidRDefault="0015517F" w:rsidP="00845B32">
      <w:pPr>
        <w:ind w:left="-720"/>
      </w:pPr>
      <w:r>
        <w:t>No. Your child will continue to receive all required services at no cost</w:t>
      </w:r>
      <w:r w:rsidR="0032679F">
        <w:t xml:space="preserve"> to you</w:t>
      </w:r>
      <w:r>
        <w:t>, whether or not you give consent.</w:t>
      </w:r>
    </w:p>
    <w:p w14:paraId="4980CC04" w14:textId="77777777" w:rsidR="001C02DC" w:rsidRDefault="0015517F" w:rsidP="00845B32">
      <w:pPr>
        <w:pStyle w:val="Heading2"/>
        <w:ind w:left="-720"/>
      </w:pPr>
      <w:r>
        <w:t>Will this affect my child’s Medicaid benefits?</w:t>
      </w:r>
    </w:p>
    <w:p w14:paraId="6D1F9339" w14:textId="77777777" w:rsidR="001C02DC" w:rsidRDefault="0015517F" w:rsidP="00845B32">
      <w:pPr>
        <w:ind w:left="-720"/>
      </w:pPr>
      <w:r>
        <w:t xml:space="preserve">No. School-based Medicaid billing does not reduce your child’s available Medicaid benefits, does not affect eligibility for Medicaid, and does not </w:t>
      </w:r>
      <w:proofErr w:type="gramStart"/>
      <w:r>
        <w:t>impact</w:t>
      </w:r>
      <w:proofErr w:type="gramEnd"/>
      <w:r>
        <w:t xml:space="preserve"> services your child receives outside of school.</w:t>
      </w:r>
    </w:p>
    <w:p w14:paraId="6F5FEB17" w14:textId="77777777" w:rsidR="001C02DC" w:rsidRDefault="0015517F" w:rsidP="00845B32">
      <w:pPr>
        <w:pStyle w:val="Heading2"/>
        <w:ind w:left="-720"/>
      </w:pPr>
      <w:r>
        <w:lastRenderedPageBreak/>
        <w:t xml:space="preserve">What </w:t>
      </w:r>
      <w:proofErr w:type="gramStart"/>
      <w:r>
        <w:t>am I being asked</w:t>
      </w:r>
      <w:proofErr w:type="gramEnd"/>
      <w:r>
        <w:t xml:space="preserve"> to consent to?</w:t>
      </w:r>
    </w:p>
    <w:p w14:paraId="4DCAB516" w14:textId="0586E3DC" w:rsidR="001C02DC" w:rsidRDefault="0015517F" w:rsidP="00845B32">
      <w:pPr>
        <w:ind w:left="-720"/>
      </w:pPr>
      <w:r>
        <w:t xml:space="preserve">If you provide consent, you are allowing the school district to verify your child’s Medicaid eligibility, </w:t>
      </w:r>
      <w:r w:rsidR="00FA6816" w:rsidRPr="00FA6816">
        <w:t>seek reimbursement from</w:t>
      </w:r>
      <w:r>
        <w:t xml:space="preserve"> Medicaid for eligible services provided at school, and share limited information needed for </w:t>
      </w:r>
      <w:r w:rsidR="00FA6816">
        <w:t>reimbursement</w:t>
      </w:r>
      <w:r>
        <w:t xml:space="preserve"> and audit purposes. Only the minimum necessary information </w:t>
      </w:r>
      <w:proofErr w:type="gramStart"/>
      <w:r>
        <w:t>is shared</w:t>
      </w:r>
      <w:proofErr w:type="gramEnd"/>
      <w:r>
        <w:t>.</w:t>
      </w:r>
    </w:p>
    <w:p w14:paraId="7491DDD6" w14:textId="77777777" w:rsidR="001C02DC" w:rsidRDefault="0015517F" w:rsidP="00845B32">
      <w:pPr>
        <w:pStyle w:val="Heading2"/>
        <w:ind w:left="-720"/>
      </w:pPr>
      <w:r>
        <w:t xml:space="preserve">What information </w:t>
      </w:r>
      <w:proofErr w:type="gramStart"/>
      <w:r>
        <w:t>may be shared</w:t>
      </w:r>
      <w:proofErr w:type="gramEnd"/>
      <w:r>
        <w:t>?</w:t>
      </w:r>
    </w:p>
    <w:p w14:paraId="1AF85A93" w14:textId="59D9A888" w:rsidR="001C02DC" w:rsidRDefault="0015517F" w:rsidP="00845B32">
      <w:pPr>
        <w:ind w:left="-720"/>
      </w:pPr>
      <w:r>
        <w:t>This may include your child’s name, date of birth, and address; Medicaid identification number; information about services provided (type, dates, and duration); and relevant records such as IEPs (if applicable),</w:t>
      </w:r>
      <w:r w:rsidR="00C4335E">
        <w:t xml:space="preserve"> medical plans of care,</w:t>
      </w:r>
      <w:r>
        <w:t xml:space="preserve"> evaluations, or service logs.</w:t>
      </w:r>
    </w:p>
    <w:p w14:paraId="44B76862" w14:textId="77777777" w:rsidR="001C02DC" w:rsidRDefault="0015517F" w:rsidP="00845B32">
      <w:pPr>
        <w:pStyle w:val="Heading2"/>
        <w:ind w:left="-720"/>
      </w:pPr>
      <w:r>
        <w:t>Am I required to give consent?</w:t>
      </w:r>
    </w:p>
    <w:p w14:paraId="4B2C4D2B" w14:textId="55EE83EC" w:rsidR="001C02DC" w:rsidRDefault="0015517F" w:rsidP="00845B32">
      <w:pPr>
        <w:ind w:left="-720"/>
      </w:pPr>
      <w:r>
        <w:t>No. Providing consent is voluntary.</w:t>
      </w:r>
    </w:p>
    <w:p w14:paraId="7D995517" w14:textId="77777777" w:rsidR="001C02DC" w:rsidRDefault="0015517F" w:rsidP="00845B32">
      <w:pPr>
        <w:pStyle w:val="Heading2"/>
        <w:ind w:left="-720"/>
      </w:pPr>
      <w:r>
        <w:t>What happens if I choose not to give consent?</w:t>
      </w:r>
    </w:p>
    <w:p w14:paraId="7E6257D3" w14:textId="3C13DC04" w:rsidR="001C02DC" w:rsidRDefault="0015517F" w:rsidP="00845B32">
      <w:pPr>
        <w:ind w:left="-720"/>
      </w:pPr>
      <w:r>
        <w:t>Nothing changes for your child. They will continue to receive all required services at no cost</w:t>
      </w:r>
      <w:r w:rsidR="00116CC1">
        <w:t xml:space="preserve"> to you</w:t>
      </w:r>
      <w:r>
        <w:t>.</w:t>
      </w:r>
      <w:r w:rsidR="00187C99">
        <w:t xml:space="preserve"> </w:t>
      </w:r>
      <w:r w:rsidR="00EE7045">
        <w:t>However, y</w:t>
      </w:r>
      <w:r w:rsidR="00187C99">
        <w:t xml:space="preserve">our </w:t>
      </w:r>
      <w:r w:rsidR="00EE7045">
        <w:t xml:space="preserve">child’s school district will not be able to seek reimbursement </w:t>
      </w:r>
      <w:r w:rsidR="008F34DE">
        <w:t>from Medicaid for services provided.</w:t>
      </w:r>
      <w:r w:rsidR="00EE7045">
        <w:t xml:space="preserve"> </w:t>
      </w:r>
    </w:p>
    <w:p w14:paraId="1DD03F40" w14:textId="77777777" w:rsidR="001C02DC" w:rsidRDefault="0015517F" w:rsidP="00845B32">
      <w:pPr>
        <w:pStyle w:val="Heading2"/>
        <w:ind w:left="-720"/>
      </w:pPr>
      <w:r>
        <w:t>Can I change my mind later?</w:t>
      </w:r>
    </w:p>
    <w:p w14:paraId="59174EFE" w14:textId="77777777" w:rsidR="001C02DC" w:rsidRDefault="0015517F" w:rsidP="00845B32">
      <w:pPr>
        <w:ind w:left="-720"/>
      </w:pPr>
      <w:r>
        <w:t xml:space="preserve">Yes. You may withdraw your consent at any time by notifying the district in writing. Once withdrawn, no new information </w:t>
      </w:r>
      <w:proofErr w:type="gramStart"/>
      <w:r>
        <w:t>will be shared</w:t>
      </w:r>
      <w:proofErr w:type="gramEnd"/>
      <w:r>
        <w:t xml:space="preserve"> after that date.</w:t>
      </w:r>
    </w:p>
    <w:p w14:paraId="6E3E50D2" w14:textId="77777777" w:rsidR="001C02DC" w:rsidRDefault="0015517F" w:rsidP="00845B32">
      <w:pPr>
        <w:pStyle w:val="Heading2"/>
        <w:ind w:left="-720"/>
      </w:pPr>
      <w:r>
        <w:t>How does this help the school district?</w:t>
      </w:r>
    </w:p>
    <w:p w14:paraId="67AF6D5E" w14:textId="77777777" w:rsidR="001C02DC" w:rsidRDefault="0015517F" w:rsidP="00845B32">
      <w:pPr>
        <w:ind w:left="-720"/>
      </w:pPr>
      <w:r>
        <w:t>Medicaid reimbursement helps the district offset the cost of providing important student services, maintain and expand access to health and behavioral supports, and reduce reliance on local funding sources.</w:t>
      </w:r>
    </w:p>
    <w:p w14:paraId="713A74EA" w14:textId="1FBEEE4D" w:rsidR="000A732F" w:rsidRPr="000A732F" w:rsidRDefault="000A732F" w:rsidP="00845B32">
      <w:pPr>
        <w:pStyle w:val="Heading2"/>
        <w:ind w:left="-720"/>
      </w:pPr>
      <w:r w:rsidRPr="000A732F">
        <w:t>What laws allow schools to bill Medicaid for services</w:t>
      </w:r>
      <w:r w:rsidR="009570BF">
        <w:t xml:space="preserve"> in schools</w:t>
      </w:r>
      <w:r w:rsidRPr="000A732F">
        <w:t>?</w:t>
      </w:r>
    </w:p>
    <w:p w14:paraId="4ABE650B" w14:textId="39D71849" w:rsidR="00F307D2" w:rsidRPr="000A732F" w:rsidRDefault="000A732F" w:rsidP="00845B32">
      <w:pPr>
        <w:ind w:left="-720"/>
      </w:pPr>
      <w:r w:rsidRPr="000A732F">
        <w:t xml:space="preserve">Several federal and state laws allow school districts to seek Medicaid </w:t>
      </w:r>
      <w:proofErr w:type="gramStart"/>
      <w:r w:rsidRPr="000A732F">
        <w:t>reimbursement for certain</w:t>
      </w:r>
      <w:proofErr w:type="gramEnd"/>
      <w:r w:rsidRPr="000A732F">
        <w:t xml:space="preserve"> health-related services provided to students:</w:t>
      </w:r>
    </w:p>
    <w:p w14:paraId="0DF693CF" w14:textId="216141A1" w:rsidR="00F307D2" w:rsidRPr="000A732F" w:rsidRDefault="000A732F" w:rsidP="008E62C6">
      <w:pPr>
        <w:pStyle w:val="ListParagraph"/>
        <w:numPr>
          <w:ilvl w:val="0"/>
          <w:numId w:val="11"/>
        </w:numPr>
      </w:pPr>
      <w:r w:rsidRPr="00F307D2">
        <w:rPr>
          <w:b/>
          <w:bCs/>
        </w:rPr>
        <w:t>Federal Medicaid law (Title XIX of the Social Security Act</w:t>
      </w:r>
      <w:r w:rsidRPr="008E62C6">
        <w:rPr>
          <w:b/>
          <w:bCs/>
        </w:rPr>
        <w:t>)</w:t>
      </w:r>
      <w:r>
        <w:t xml:space="preserve"> allows Medicaid to pay for covered health services provided to eligible children, including services delivered in schools. </w:t>
      </w:r>
      <w:hyperlink r:id="rId6">
        <w:r w:rsidRPr="67FEE8FE">
          <w:rPr>
            <w:rStyle w:val="Hyperlink"/>
          </w:rPr>
          <w:t>https://www.medicaid.gov/federal-policy-guidance/downloads/smd-medicaid-payment-for-services-provided-without-charge-free-care.pdf</w:t>
        </w:r>
      </w:hyperlink>
    </w:p>
    <w:p w14:paraId="0CB65850" w14:textId="64F8A55A" w:rsidR="00F307D2" w:rsidRPr="000A732F" w:rsidRDefault="000A732F" w:rsidP="008E62C6">
      <w:pPr>
        <w:pStyle w:val="ListParagraph"/>
        <w:numPr>
          <w:ilvl w:val="0"/>
          <w:numId w:val="11"/>
        </w:numPr>
      </w:pPr>
      <w:r>
        <w:t xml:space="preserve">In </w:t>
      </w:r>
      <w:hyperlink r:id="rId7">
        <w:r w:rsidRPr="00F307D2">
          <w:rPr>
            <w:rStyle w:val="Hyperlink"/>
            <w:b/>
            <w:bCs/>
          </w:rPr>
          <w:t>2014</w:t>
        </w:r>
      </w:hyperlink>
      <w:r w:rsidRPr="00F307D2">
        <w:rPr>
          <w:b/>
          <w:bCs/>
        </w:rPr>
        <w:t>, the Centers for Medicare &amp; Medicaid Services (CMS)</w:t>
      </w:r>
      <w:r>
        <w:t xml:space="preserve"> clarified that schools may bill Medicaid for covered services provided to </w:t>
      </w:r>
      <w:r w:rsidR="008E62C6">
        <w:t xml:space="preserve">students in special education or general education </w:t>
      </w:r>
      <w:r>
        <w:t>Medicaid-enrolled students</w:t>
      </w:r>
      <w:r w:rsidR="009570BF">
        <w:t>.</w:t>
      </w:r>
      <w:r>
        <w:t xml:space="preserve"> </w:t>
      </w:r>
    </w:p>
    <w:p w14:paraId="40A93A28" w14:textId="71620AF2" w:rsidR="00700FEF" w:rsidRPr="000A732F" w:rsidRDefault="000A732F" w:rsidP="008E62C6">
      <w:pPr>
        <w:pStyle w:val="ListParagraph"/>
        <w:numPr>
          <w:ilvl w:val="0"/>
          <w:numId w:val="11"/>
        </w:numPr>
      </w:pPr>
      <w:r w:rsidRPr="00F307D2">
        <w:rPr>
          <w:b/>
          <w:bCs/>
        </w:rPr>
        <w:t>Federal education law (IDEA – 34 CFR §300.154)</w:t>
      </w:r>
      <w:r w:rsidRPr="000A732F">
        <w:t xml:space="preserve"> requires school districts to obtain parent consent before accessing a student’s Medicaid benefits and ensures that students</w:t>
      </w:r>
      <w:r w:rsidR="00845B32">
        <w:t xml:space="preserve"> with IEPs</w:t>
      </w:r>
      <w:r w:rsidRPr="000A732F">
        <w:t xml:space="preserve"> receive all required services at no cost, regardless of consent. </w:t>
      </w:r>
    </w:p>
    <w:p w14:paraId="0E98BA09" w14:textId="02ED3AE7" w:rsidR="000A732F" w:rsidRPr="000A732F" w:rsidRDefault="000A732F" w:rsidP="008E62C6">
      <w:pPr>
        <w:pStyle w:val="ListParagraph"/>
        <w:numPr>
          <w:ilvl w:val="0"/>
          <w:numId w:val="11"/>
        </w:numPr>
      </w:pPr>
      <w:r w:rsidRPr="000A732F">
        <w:t xml:space="preserve">In </w:t>
      </w:r>
      <w:r w:rsidRPr="00700FEF">
        <w:rPr>
          <w:b/>
          <w:bCs/>
        </w:rPr>
        <w:t xml:space="preserve">New Jersey, </w:t>
      </w:r>
      <w:hyperlink r:id="rId8" w:history="1">
        <w:r w:rsidRPr="00700FEF">
          <w:rPr>
            <w:rStyle w:val="Hyperlink"/>
            <w:b/>
            <w:bCs/>
          </w:rPr>
          <w:t>P.L. 2023, c.108</w:t>
        </w:r>
      </w:hyperlink>
      <w:r w:rsidRPr="000A732F">
        <w:t xml:space="preserve"> requires school districts</w:t>
      </w:r>
      <w:r w:rsidR="00AC2711">
        <w:t xml:space="preserve"> to submit for reimbursement from </w:t>
      </w:r>
      <w:proofErr w:type="gramStart"/>
      <w:r w:rsidR="00AC2711">
        <w:t>Medicaid</w:t>
      </w:r>
      <w:r w:rsidRPr="000A732F">
        <w:t xml:space="preserve"> for certain</w:t>
      </w:r>
      <w:proofErr w:type="gramEnd"/>
      <w:r w:rsidRPr="000A732F">
        <w:t xml:space="preserve"> covered behavioral health services provided to Medicaid-eligible students, including students in general education programs.</w:t>
      </w:r>
      <w:r w:rsidR="00AC2711" w:rsidRPr="000A732F">
        <w:t xml:space="preserve"> </w:t>
      </w:r>
    </w:p>
    <w:p w14:paraId="0403C1C8" w14:textId="0135BAD8" w:rsidR="000A732F" w:rsidRDefault="000A732F" w:rsidP="00845B32">
      <w:pPr>
        <w:ind w:left="-720"/>
      </w:pPr>
      <w:r w:rsidRPr="000A732F">
        <w:t>Together, these laws allow and, in some cases, require school districts to seek Medicaid reimbursement while protecting families by ensuring there is no cost to them and that participation is voluntary.</w:t>
      </w:r>
    </w:p>
    <w:p w14:paraId="50038A56" w14:textId="77777777" w:rsidR="001C02DC" w:rsidRDefault="0015517F" w:rsidP="00845B32">
      <w:pPr>
        <w:pStyle w:val="Heading2"/>
        <w:ind w:left="-720"/>
      </w:pPr>
      <w:proofErr w:type="gramStart"/>
      <w:r>
        <w:t>Who</w:t>
      </w:r>
      <w:proofErr w:type="gramEnd"/>
      <w:r>
        <w:t xml:space="preserve"> can I contact if I have questions?</w:t>
      </w:r>
    </w:p>
    <w:p w14:paraId="32DEE141" w14:textId="2983673A" w:rsidR="001C02DC" w:rsidRDefault="0015517F" w:rsidP="00845B32">
      <w:pPr>
        <w:ind w:left="-720"/>
      </w:pPr>
      <w:r>
        <w:t xml:space="preserve">If you have questions, please contact </w:t>
      </w:r>
      <w:r w:rsidR="00116CC1">
        <w:t>[</w:t>
      </w:r>
      <w:r w:rsidR="00116CC1" w:rsidRPr="67FEE8FE">
        <w:rPr>
          <w:i/>
          <w:iCs/>
          <w:highlight w:val="yellow"/>
        </w:rPr>
        <w:t xml:space="preserve">Insert </w:t>
      </w:r>
      <w:r w:rsidR="00690E9F">
        <w:rPr>
          <w:i/>
          <w:iCs/>
          <w:highlight w:val="yellow"/>
        </w:rPr>
        <w:t>appropriate district contact</w:t>
      </w:r>
      <w:r w:rsidR="004A7FA3">
        <w:t>]</w:t>
      </w:r>
      <w:r>
        <w:t>.</w:t>
      </w:r>
    </w:p>
    <w:sectPr w:rsidR="001C02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00C"/>
    <w:rsid w:val="000A732F"/>
    <w:rsid w:val="000D2D2C"/>
    <w:rsid w:val="00116CC1"/>
    <w:rsid w:val="0015074B"/>
    <w:rsid w:val="00152167"/>
    <w:rsid w:val="0015517F"/>
    <w:rsid w:val="0015534F"/>
    <w:rsid w:val="00187C99"/>
    <w:rsid w:val="001C02DC"/>
    <w:rsid w:val="001C5A8A"/>
    <w:rsid w:val="001F3BA5"/>
    <w:rsid w:val="00256421"/>
    <w:rsid w:val="0029639D"/>
    <w:rsid w:val="002C49F6"/>
    <w:rsid w:val="002D6589"/>
    <w:rsid w:val="0032679F"/>
    <w:rsid w:val="00326F90"/>
    <w:rsid w:val="0039433C"/>
    <w:rsid w:val="00413D33"/>
    <w:rsid w:val="004A3840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E6FFA"/>
    <w:rsid w:val="00830A1E"/>
    <w:rsid w:val="00845B32"/>
    <w:rsid w:val="00853507"/>
    <w:rsid w:val="008E4585"/>
    <w:rsid w:val="008E62C6"/>
    <w:rsid w:val="008F34DE"/>
    <w:rsid w:val="00905EF2"/>
    <w:rsid w:val="00931785"/>
    <w:rsid w:val="009570BF"/>
    <w:rsid w:val="00976011"/>
    <w:rsid w:val="00AA1D8D"/>
    <w:rsid w:val="00AC2711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D413C5"/>
    <w:rsid w:val="00D55FFB"/>
    <w:rsid w:val="00D635A4"/>
    <w:rsid w:val="00D721EA"/>
    <w:rsid w:val="00D95535"/>
    <w:rsid w:val="00D95877"/>
    <w:rsid w:val="00DC3DE0"/>
    <w:rsid w:val="00E11E98"/>
    <w:rsid w:val="00EE7045"/>
    <w:rsid w:val="00EF0C02"/>
    <w:rsid w:val="00EF5BBE"/>
    <w:rsid w:val="00F307D2"/>
    <w:rsid w:val="00F34279"/>
    <w:rsid w:val="00F77210"/>
    <w:rsid w:val="00FA0DF6"/>
    <w:rsid w:val="00FA6816"/>
    <w:rsid w:val="00FB3A40"/>
    <w:rsid w:val="00FC693F"/>
    <w:rsid w:val="0879ECC8"/>
    <w:rsid w:val="09A35F53"/>
    <w:rsid w:val="0A905F6A"/>
    <w:rsid w:val="0CDDC8AE"/>
    <w:rsid w:val="13D050BD"/>
    <w:rsid w:val="1BD09277"/>
    <w:rsid w:val="2AD054EF"/>
    <w:rsid w:val="2DA70B4A"/>
    <w:rsid w:val="3BF7DBFE"/>
    <w:rsid w:val="3D59AE79"/>
    <w:rsid w:val="43AC1B51"/>
    <w:rsid w:val="614FC1F6"/>
    <w:rsid w:val="6602A01F"/>
    <w:rsid w:val="67FEE8FE"/>
    <w:rsid w:val="6CB9BD69"/>
    <w:rsid w:val="6E79B69A"/>
    <w:rsid w:val="6F0DCCCE"/>
    <w:rsid w:val="76F526E3"/>
    <w:rsid w:val="78E0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2478A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732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A73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24D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5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.njleg.state.nj.us/Bills/2022/PL23/108_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cpac.gov/wp-content/uploads/2024/04/School-Based-Services-for-Students-Enrolled-in-Medicaid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edicaid.gov/federal-policy-guidance/downloads/smd-medicaid-payment-for-services-provided-without-charge-free-care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7CFD9D-1D89-40C1-A94D-A6341BC9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4952</Characters>
  <Application>Microsoft Office Word</Application>
  <DocSecurity>0</DocSecurity>
  <Lines>41</Lines>
  <Paragraphs>11</Paragraphs>
  <ScaleCrop>false</ScaleCrop>
  <Manager/>
  <Company/>
  <LinksUpToDate>false</LinksUpToDate>
  <CharactersWithSpaces>5809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Pereira, Luiz</dc:creator>
  <cp:keywords/>
  <dc:description/>
  <cp:lastModifiedBy>Iannacone, Daniel [TREAS]</cp:lastModifiedBy>
  <cp:revision>57</cp:revision>
  <dcterms:created xsi:type="dcterms:W3CDTF">2026-05-28T16:06:00Z</dcterms:created>
  <dcterms:modified xsi:type="dcterms:W3CDTF">2026-10-19T19:28:00Z</dcterms:modified>
  <cp:category/>
</cp:coreProperties>
</file>