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1DB22" w14:textId="568A12AC" w:rsidR="00D635A4" w:rsidRDefault="00FA6E74" w:rsidP="00501717">
      <w:pPr>
        <w:pStyle w:val="Heading1"/>
        <w:spacing w:before="120"/>
        <w:ind w:left="-720"/>
        <w:jc w:val="center"/>
      </w:pPr>
      <w:r>
        <w:rPr>
          <w:rFonts w:ascii="Arial" w:eastAsia="Arial" w:hAnsi="Arial" w:cs="Arial"/>
          <w:color w:val="365F91"/>
          <w:lang w:val="gu-IN"/>
        </w:rPr>
        <w:t>શાળા</w:t>
      </w:r>
      <w:r>
        <w:rPr>
          <w:rFonts w:ascii="Arial" w:eastAsia="Arial" w:hAnsi="Arial" w:cs="Arial"/>
          <w:color w:val="365F91"/>
          <w:lang w:val="gu-IN"/>
        </w:rPr>
        <w:t>-</w:t>
      </w:r>
      <w:r>
        <w:rPr>
          <w:rFonts w:ascii="Arial" w:eastAsia="Arial" w:hAnsi="Arial" w:cs="Arial"/>
          <w:color w:val="365F91"/>
          <w:lang w:val="gu-IN"/>
        </w:rPr>
        <w:t>આધારિત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આરોગ્ય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સેવાઓ</w:t>
      </w:r>
      <w:r>
        <w:rPr>
          <w:rFonts w:ascii="Arial" w:eastAsia="Arial" w:hAnsi="Arial" w:cs="Arial"/>
          <w:color w:val="365F91"/>
          <w:lang w:val="gu-IN"/>
        </w:rPr>
        <w:t xml:space="preserve"> (</w:t>
      </w:r>
      <w:r w:rsidRPr="00FA6E74">
        <w:rPr>
          <w:rFonts w:ascii="Arial" w:eastAsia="Arial" w:hAnsi="Arial" w:cs="Arial"/>
          <w:color w:val="365F91"/>
          <w:lang w:val="gu-IN"/>
        </w:rPr>
        <w:t>School-Based Health Services</w:t>
      </w:r>
      <w:r w:rsidRPr="00FA6E74">
        <w:rPr>
          <w:rFonts w:ascii="Arial" w:eastAsia="Arial" w:hAnsi="Arial" w:cs="Arial"/>
          <w:color w:val="365F91"/>
          <w:lang w:val="gu-IN"/>
        </w:rPr>
        <w:t>,</w:t>
      </w:r>
      <w:r>
        <w:t xml:space="preserve"> </w:t>
      </w:r>
      <w:r>
        <w:rPr>
          <w:rFonts w:ascii="Arial" w:eastAsia="Arial" w:hAnsi="Arial" w:cs="Arial"/>
          <w:color w:val="365F91"/>
          <w:lang w:val="gu-IN"/>
        </w:rPr>
        <w:t xml:space="preserve">SBHS): </w:t>
      </w:r>
    </w:p>
    <w:p w14:paraId="73D27851" w14:textId="05679D15" w:rsidR="001C02DC" w:rsidRDefault="00FA6E74" w:rsidP="00501717">
      <w:pPr>
        <w:pStyle w:val="Heading1"/>
        <w:spacing w:before="120"/>
        <w:ind w:left="-720"/>
        <w:jc w:val="center"/>
      </w:pPr>
      <w:r>
        <w:rPr>
          <w:rFonts w:ascii="Arial" w:eastAsia="Arial" w:hAnsi="Arial" w:cs="Arial"/>
          <w:color w:val="365F91"/>
          <w:lang w:val="gu-IN"/>
        </w:rPr>
        <w:t>માતા</w:t>
      </w:r>
      <w:r>
        <w:rPr>
          <w:rFonts w:ascii="Arial" w:eastAsia="Arial" w:hAnsi="Arial" w:cs="Arial"/>
          <w:color w:val="365F91"/>
          <w:lang w:val="gu-IN"/>
        </w:rPr>
        <w:t>-</w:t>
      </w:r>
      <w:r>
        <w:rPr>
          <w:rFonts w:ascii="Arial" w:eastAsia="Arial" w:hAnsi="Arial" w:cs="Arial"/>
          <w:color w:val="365F91"/>
          <w:lang w:val="gu-IN"/>
        </w:rPr>
        <w:t>પિતા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અને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સંભાળ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રાખનારાઓ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માટે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વારંવાર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પૂછાતા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પ્રશ્નો</w:t>
      </w:r>
    </w:p>
    <w:p w14:paraId="6C5EADD7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શાળા</w:t>
      </w:r>
      <w:r>
        <w:rPr>
          <w:rFonts w:ascii="Arial" w:eastAsia="Arial" w:hAnsi="Arial" w:cs="Arial"/>
          <w:color w:val="365F91"/>
          <w:lang w:val="gu-IN"/>
        </w:rPr>
        <w:t>-</w:t>
      </w:r>
      <w:r>
        <w:rPr>
          <w:rFonts w:ascii="Arial" w:eastAsia="Arial" w:hAnsi="Arial" w:cs="Arial"/>
          <w:color w:val="365F91"/>
          <w:lang w:val="gu-IN"/>
        </w:rPr>
        <w:t>આધારિત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આરોગ્ય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સેવાઓ</w:t>
      </w:r>
      <w:r>
        <w:rPr>
          <w:rFonts w:ascii="Arial" w:eastAsia="Arial" w:hAnsi="Arial" w:cs="Arial"/>
          <w:color w:val="365F91"/>
          <w:lang w:val="gu-IN"/>
        </w:rPr>
        <w:t xml:space="preserve"> (SBHS) </w:t>
      </w:r>
      <w:r>
        <w:rPr>
          <w:rFonts w:ascii="Arial" w:eastAsia="Arial" w:hAnsi="Arial" w:cs="Arial"/>
          <w:color w:val="365F91"/>
          <w:lang w:val="gu-IN"/>
        </w:rPr>
        <w:t>કાર્યક્રમ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7860763D" w14:textId="2AC23B17" w:rsidR="00116CC1" w:rsidRPr="00930C49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>-</w:t>
      </w:r>
      <w:r>
        <w:rPr>
          <w:rFonts w:ascii="Arial" w:eastAsia="Arial" w:hAnsi="Arial" w:cs="Arial"/>
          <w:lang w:val="gu-IN"/>
        </w:rPr>
        <w:t>આધારિત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(SBHS) </w:t>
      </w:r>
      <w:r>
        <w:rPr>
          <w:rFonts w:ascii="Arial" w:eastAsia="Arial" w:hAnsi="Arial" w:cs="Arial"/>
          <w:lang w:val="gu-IN"/>
        </w:rPr>
        <w:t>એ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સંઘીય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રાજ્ય</w:t>
      </w:r>
      <w:r>
        <w:rPr>
          <w:rFonts w:ascii="Arial" w:eastAsia="Arial" w:hAnsi="Arial" w:cs="Arial"/>
          <w:lang w:val="gu-IN"/>
        </w:rPr>
        <w:t>-</w:t>
      </w:r>
      <w:r>
        <w:rPr>
          <w:rFonts w:ascii="Arial" w:eastAsia="Arial" w:hAnsi="Arial" w:cs="Arial"/>
          <w:lang w:val="gu-IN"/>
        </w:rPr>
        <w:t>સમર્થિત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કાર્યક્રમ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જે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Medicaid</w:t>
      </w:r>
      <w:r>
        <w:rPr>
          <w:rFonts w:ascii="Arial" w:eastAsia="Arial" w:hAnsi="Arial" w:cs="Arial"/>
          <w:lang w:val="gu-IN"/>
        </w:rPr>
        <w:t>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નોંધાયેલા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કેટલીક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સંબંધિત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આંશિક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મંજૂરી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>. SBHS</w:t>
      </w:r>
      <w:r>
        <w:rPr>
          <w:rFonts w:ascii="Arial" w:eastAsia="Arial" w:hAnsi="Arial" w:cs="Arial"/>
          <w:lang w:val="gu-IN"/>
        </w:rPr>
        <w:t>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હેતુ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સંબંધિત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મળી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રહે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સહાય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આવેલી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મદદ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>.</w:t>
      </w:r>
    </w:p>
    <w:p w14:paraId="3C417F59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 xml:space="preserve">Medicaid </w:t>
      </w:r>
      <w:r>
        <w:rPr>
          <w:rFonts w:ascii="Arial" w:eastAsia="Arial" w:hAnsi="Arial" w:cs="Arial"/>
          <w:color w:val="365F91"/>
          <w:lang w:val="gu-IN"/>
        </w:rPr>
        <w:t>ભરપાઈ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માટે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કયા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પ્રકારની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સેવાઓ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પાત્ર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હોઈ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શકે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34EC7DCD" w14:textId="55346DF6" w:rsidR="00116CC1" w:rsidRPr="00930C49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 xml:space="preserve">Medicaid </w:t>
      </w:r>
      <w:r>
        <w:rPr>
          <w:rFonts w:ascii="Arial" w:eastAsia="Arial" w:hAnsi="Arial" w:cs="Arial"/>
          <w:lang w:val="gu-IN"/>
        </w:rPr>
        <w:t>શાળામાં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કેટલીક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તબીબી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રીતે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સંબંધિત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જેમાં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વર્તણૂકીય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પરામર્શ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ન</w:t>
      </w:r>
      <w:r>
        <w:rPr>
          <w:rFonts w:ascii="Arial" w:eastAsia="Arial" w:hAnsi="Arial" w:cs="Arial"/>
          <w:lang w:val="gu-IN"/>
        </w:rPr>
        <w:t>ર્સિંગ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વાણી</w:t>
      </w:r>
      <w:r>
        <w:rPr>
          <w:rFonts w:ascii="Arial" w:eastAsia="Arial" w:hAnsi="Arial" w:cs="Arial"/>
          <w:lang w:val="gu-IN"/>
        </w:rPr>
        <w:t>-</w:t>
      </w:r>
      <w:r>
        <w:rPr>
          <w:rFonts w:ascii="Arial" w:eastAsia="Arial" w:hAnsi="Arial" w:cs="Arial"/>
          <w:lang w:val="gu-IN"/>
        </w:rPr>
        <w:t>ભાષા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ઉપચાર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વ્યવસાયિક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ઉપચાર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શારીરિક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ઉપચાર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મૂલ્યાંકનો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આકારણીઓ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તથા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સંબંધિત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સહાયક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તકનીકી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સમાવેશ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થાય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પરંતુ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પૂરતું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મર્યાદિત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નથી</w:t>
      </w:r>
      <w:r>
        <w:rPr>
          <w:rFonts w:ascii="Arial" w:eastAsia="Arial" w:hAnsi="Arial" w:cs="Arial"/>
          <w:lang w:val="gu-IN"/>
        </w:rPr>
        <w:t xml:space="preserve">. </w:t>
      </w:r>
    </w:p>
    <w:p w14:paraId="36B34A80" w14:textId="1816A194" w:rsidR="00D55FFB" w:rsidRPr="00930C49" w:rsidRDefault="00FA6E74" w:rsidP="00D55FFB">
      <w:pPr>
        <w:ind w:left="-720"/>
      </w:pPr>
      <w:r>
        <w:rPr>
          <w:rFonts w:ascii="Arial" w:eastAsia="Arial" w:hAnsi="Arial" w:cs="Arial"/>
          <w:lang w:val="gu-IN"/>
        </w:rPr>
        <w:t>બધી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નથી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એવી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ધ્યા</w:t>
      </w:r>
      <w:r>
        <w:rPr>
          <w:rFonts w:ascii="Arial" w:eastAsia="Arial" w:hAnsi="Arial" w:cs="Arial"/>
          <w:lang w:val="gu-IN"/>
        </w:rPr>
        <w:t>નમાં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લેવામાં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આવશ્યકતાઓ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પૂર્ણ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હોય</w:t>
      </w:r>
      <w:r>
        <w:rPr>
          <w:rFonts w:ascii="Arial" w:eastAsia="Arial" w:hAnsi="Arial" w:cs="Arial"/>
          <w:lang w:val="gu-IN"/>
        </w:rPr>
        <w:t>.</w:t>
      </w:r>
    </w:p>
    <w:p w14:paraId="76034EB1" w14:textId="6C5E5463" w:rsidR="00D55FFB" w:rsidRPr="007809AC" w:rsidRDefault="00FA6E74" w:rsidP="00D55FFB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તબીબી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સંભાળ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યોજના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113C2C90" w14:textId="3B44D27D" w:rsidR="00D55FFB" w:rsidRPr="00930C49" w:rsidRDefault="00FA6E74" w:rsidP="00D55FFB">
      <w:pPr>
        <w:ind w:left="-720"/>
      </w:pPr>
      <w:r>
        <w:rPr>
          <w:rFonts w:ascii="Arial" w:eastAsia="Arial" w:hAnsi="Arial" w:cs="Arial"/>
          <w:lang w:val="gu-IN"/>
        </w:rPr>
        <w:t>તબીબી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સંભાળ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યોજના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એ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ચોક્કસ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આરોગ્યસંભાળ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પ્રદાતા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દ્વારા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તૈયાર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દસ્તાવેજ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જેમાં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સેવાઓનું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વર્ણન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અધિકૃત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કેટલીક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આ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દસ્તાવેજ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બિલિંગ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રેકોર્ડનો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ભાગ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જો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લાગુ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પડતું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હોય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બિલિંગ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અથવા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ઑડિટના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હેતુઓ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</w:t>
      </w:r>
      <w:r>
        <w:rPr>
          <w:rFonts w:ascii="Arial" w:eastAsia="Arial" w:hAnsi="Arial" w:cs="Arial"/>
          <w:lang w:val="gu-IN"/>
        </w:rPr>
        <w:t>ાટે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સાથે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શેર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શકાય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માત્ર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ઓછામાં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ઓછી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માહિતી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શેર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અધિકૃત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પક્ષો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સાથે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</w:t>
      </w:r>
      <w:r>
        <w:rPr>
          <w:rFonts w:ascii="Arial" w:eastAsia="Arial" w:hAnsi="Arial" w:cs="Arial"/>
          <w:lang w:val="gu-IN"/>
        </w:rPr>
        <w:t>.</w:t>
      </w:r>
    </w:p>
    <w:p w14:paraId="41C13256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ફક્ત</w:t>
      </w:r>
      <w:r>
        <w:rPr>
          <w:rFonts w:ascii="Arial" w:eastAsia="Arial" w:hAnsi="Arial" w:cs="Arial"/>
          <w:color w:val="365F91"/>
          <w:lang w:val="gu-IN"/>
        </w:rPr>
        <w:t xml:space="preserve"> IEP </w:t>
      </w:r>
      <w:r>
        <w:rPr>
          <w:rFonts w:ascii="Arial" w:eastAsia="Arial" w:hAnsi="Arial" w:cs="Arial"/>
          <w:color w:val="365F91"/>
          <w:lang w:val="gu-IN"/>
        </w:rPr>
        <w:t>ધરાવતા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વિદ્યાર્થીઓને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જ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લાગુ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પડે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2BB4F5D8" w14:textId="66453B6E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ના</w:t>
      </w:r>
      <w:r>
        <w:rPr>
          <w:rFonts w:ascii="Arial" w:eastAsia="Arial" w:hAnsi="Arial" w:cs="Arial"/>
          <w:lang w:val="gu-IN"/>
        </w:rPr>
        <w:t xml:space="preserve">. Medicaid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વ્યક્તિગત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શિક્ષણ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કાર્યક્રમો</w:t>
      </w:r>
      <w:r>
        <w:rPr>
          <w:rFonts w:ascii="Arial" w:eastAsia="Arial" w:hAnsi="Arial" w:cs="Arial"/>
          <w:lang w:val="gu-IN"/>
        </w:rPr>
        <w:t xml:space="preserve"> (</w:t>
      </w:r>
      <w:r w:rsidRPr="00FA6E74">
        <w:rPr>
          <w:rFonts w:ascii="Arial" w:eastAsia="Arial" w:hAnsi="Arial" w:cs="Arial"/>
          <w:lang w:val="gu-IN"/>
        </w:rPr>
        <w:t>Individualized Education Programs</w:t>
      </w:r>
      <w:r w:rsidRPr="00FA6E74"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 xml:space="preserve">IEP) </w:t>
      </w:r>
      <w:r>
        <w:rPr>
          <w:rFonts w:ascii="Arial" w:eastAsia="Arial" w:hAnsi="Arial" w:cs="Arial"/>
          <w:lang w:val="gu-IN"/>
        </w:rPr>
        <w:t>ધરાવતા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</w:t>
      </w:r>
      <w:r>
        <w:rPr>
          <w:rFonts w:ascii="Arial" w:eastAsia="Arial" w:hAnsi="Arial" w:cs="Arial"/>
          <w:lang w:val="gu-IN"/>
        </w:rPr>
        <w:t>દ્યાર્થીઓ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તેમજ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સામાન્ય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શિક્ષણમાં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અભ્યાસ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કરતા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લાગુ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પડી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જેઓ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ચોક્કસ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લાયકાત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ધરાવતી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અથવા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વર્તણૂકીય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. </w:t>
      </w:r>
    </w:p>
    <w:p w14:paraId="584828D3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મને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અથવા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મારા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પરિવારને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કોઈ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ખર્ચ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થશે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6352F9D2" w14:textId="4F4C8F8E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ના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તમારી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ભરપા</w:t>
      </w:r>
      <w:r>
        <w:rPr>
          <w:rFonts w:ascii="Arial" w:eastAsia="Arial" w:hAnsi="Arial" w:cs="Arial"/>
          <w:lang w:val="gu-IN"/>
        </w:rPr>
        <w:t>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મંજૂરી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આના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પરિણામે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પરિવારને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ખિસ્સામાંથી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ખર્ચ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પડશે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નહીં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બાળકના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કવરેજ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અથવા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લાભો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અસર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થશે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નહીં</w:t>
      </w:r>
      <w:r>
        <w:rPr>
          <w:rFonts w:ascii="Arial" w:eastAsia="Arial" w:hAnsi="Arial" w:cs="Arial"/>
          <w:lang w:val="gu-IN"/>
        </w:rPr>
        <w:t>.</w:t>
      </w:r>
    </w:p>
    <w:p w14:paraId="0146DEF6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lastRenderedPageBreak/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આનાથી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મારા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બાળકના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શિક્ષણ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અથવા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સેવાઓ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પર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અસર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થશે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16E4258A" w14:textId="078F648A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ના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તમે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આપો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તમામ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</w:t>
      </w:r>
      <w:r>
        <w:rPr>
          <w:rFonts w:ascii="Arial" w:eastAsia="Arial" w:hAnsi="Arial" w:cs="Arial"/>
          <w:lang w:val="gu-IN"/>
        </w:rPr>
        <w:t>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કોઈપણ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ખર્ચ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મળતી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રહેશે</w:t>
      </w:r>
      <w:r>
        <w:rPr>
          <w:rFonts w:ascii="Arial" w:eastAsia="Arial" w:hAnsi="Arial" w:cs="Arial"/>
          <w:lang w:val="gu-IN"/>
        </w:rPr>
        <w:t>.</w:t>
      </w:r>
    </w:p>
    <w:p w14:paraId="4980CC04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આનાથી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મારા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બાળકના</w:t>
      </w:r>
      <w:r>
        <w:rPr>
          <w:rFonts w:ascii="Arial" w:eastAsia="Arial" w:hAnsi="Arial" w:cs="Arial"/>
          <w:color w:val="365F91"/>
          <w:lang w:val="gu-IN"/>
        </w:rPr>
        <w:t xml:space="preserve"> Medicaid </w:t>
      </w:r>
      <w:r>
        <w:rPr>
          <w:rFonts w:ascii="Arial" w:eastAsia="Arial" w:hAnsi="Arial" w:cs="Arial"/>
          <w:color w:val="365F91"/>
          <w:lang w:val="gu-IN"/>
        </w:rPr>
        <w:t>લાભો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પર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અસર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થશે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6D1F9339" w14:textId="77777777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ના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>-</w:t>
      </w:r>
      <w:r>
        <w:rPr>
          <w:rFonts w:ascii="Arial" w:eastAsia="Arial" w:hAnsi="Arial" w:cs="Arial"/>
          <w:lang w:val="gu-IN"/>
        </w:rPr>
        <w:t>આધારિત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બિલિંગથી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ઉપલબ્ધ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લાભોમાં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ઘટાડો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થતો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નથી</w:t>
      </w:r>
      <w:r>
        <w:rPr>
          <w:rFonts w:ascii="Arial" w:eastAsia="Arial" w:hAnsi="Arial" w:cs="Arial"/>
          <w:lang w:val="gu-IN"/>
        </w:rPr>
        <w:t xml:space="preserve">, Medicaid </w:t>
      </w:r>
      <w:r>
        <w:rPr>
          <w:rFonts w:ascii="Arial" w:eastAsia="Arial" w:hAnsi="Arial" w:cs="Arial"/>
          <w:lang w:val="gu-IN"/>
        </w:rPr>
        <w:t>માટેની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અસર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થતી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બહાર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મળતી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</w:t>
      </w:r>
      <w:r>
        <w:rPr>
          <w:rFonts w:ascii="Arial" w:eastAsia="Arial" w:hAnsi="Arial" w:cs="Arial"/>
          <w:lang w:val="gu-IN"/>
        </w:rPr>
        <w:t>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અસર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થતી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નથી</w:t>
      </w:r>
      <w:r>
        <w:rPr>
          <w:rFonts w:ascii="Arial" w:eastAsia="Arial" w:hAnsi="Arial" w:cs="Arial"/>
          <w:lang w:val="gu-IN"/>
        </w:rPr>
        <w:t>.</w:t>
      </w:r>
    </w:p>
    <w:p w14:paraId="6F5FEB17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મને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શેના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માટે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સંમતિ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આપવાનું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કહેવામાં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આવી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રહ્યું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4DCAB516" w14:textId="0586E3DC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જો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છો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બાળકની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પાત્રતા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ચકાસવા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શાળામાં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આવેલી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પાસેથી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તથા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ઑડિટના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હેતુઓ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</w:t>
      </w:r>
      <w:r>
        <w:rPr>
          <w:rFonts w:ascii="Arial" w:eastAsia="Arial" w:hAnsi="Arial" w:cs="Arial"/>
          <w:lang w:val="gu-IN"/>
        </w:rPr>
        <w:t>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મર્યાદિત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માહિતી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શેર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મંજૂરી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છો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માત્ર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ઓછામાં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ઓછી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માહિતી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શેર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>.</w:t>
      </w:r>
    </w:p>
    <w:p w14:paraId="7491DDD6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કઈ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માહિતી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શેર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કરવામાં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આવી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શકે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1AF85A93" w14:textId="59D9A888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આમાં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બાળકનું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નામ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જન્મ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તારીખ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સરનામું</w:t>
      </w:r>
      <w:r>
        <w:rPr>
          <w:rFonts w:ascii="Arial" w:eastAsia="Arial" w:hAnsi="Arial" w:cs="Arial"/>
          <w:lang w:val="gu-IN"/>
        </w:rPr>
        <w:t xml:space="preserve">; Medicaid </w:t>
      </w:r>
      <w:r>
        <w:rPr>
          <w:rFonts w:ascii="Arial" w:eastAsia="Arial" w:hAnsi="Arial" w:cs="Arial"/>
          <w:lang w:val="gu-IN"/>
        </w:rPr>
        <w:t>ઓળખ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નંબર</w:t>
      </w:r>
      <w:r>
        <w:rPr>
          <w:rFonts w:ascii="Arial" w:eastAsia="Arial" w:hAnsi="Arial" w:cs="Arial"/>
          <w:lang w:val="gu-IN"/>
        </w:rPr>
        <w:t xml:space="preserve">;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આવેલી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વિશેની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માહિતી</w:t>
      </w:r>
      <w:r>
        <w:rPr>
          <w:rFonts w:ascii="Arial" w:eastAsia="Arial" w:hAnsi="Arial" w:cs="Arial"/>
          <w:lang w:val="gu-IN"/>
        </w:rPr>
        <w:t xml:space="preserve"> (</w:t>
      </w:r>
      <w:r>
        <w:rPr>
          <w:rFonts w:ascii="Arial" w:eastAsia="Arial" w:hAnsi="Arial" w:cs="Arial"/>
          <w:lang w:val="gu-IN"/>
        </w:rPr>
        <w:t>પ્રકાર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તા</w:t>
      </w:r>
      <w:r>
        <w:rPr>
          <w:rFonts w:ascii="Arial" w:eastAsia="Arial" w:hAnsi="Arial" w:cs="Arial"/>
          <w:lang w:val="gu-IN"/>
        </w:rPr>
        <w:t>રીખો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સમયગાળો</w:t>
      </w:r>
      <w:r>
        <w:rPr>
          <w:rFonts w:ascii="Arial" w:eastAsia="Arial" w:hAnsi="Arial" w:cs="Arial"/>
          <w:lang w:val="gu-IN"/>
        </w:rPr>
        <w:t xml:space="preserve">); </w:t>
      </w:r>
      <w:r>
        <w:rPr>
          <w:rFonts w:ascii="Arial" w:eastAsia="Arial" w:hAnsi="Arial" w:cs="Arial"/>
          <w:lang w:val="gu-IN"/>
        </w:rPr>
        <w:t>તેમજ</w:t>
      </w:r>
      <w:r>
        <w:rPr>
          <w:rFonts w:ascii="Arial" w:eastAsia="Arial" w:hAnsi="Arial" w:cs="Arial"/>
          <w:lang w:val="gu-IN"/>
        </w:rPr>
        <w:t xml:space="preserve"> IEP (</w:t>
      </w:r>
      <w:r>
        <w:rPr>
          <w:rFonts w:ascii="Arial" w:eastAsia="Arial" w:hAnsi="Arial" w:cs="Arial"/>
          <w:lang w:val="gu-IN"/>
        </w:rPr>
        <w:t>જો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લાગુ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પડતા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હોય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તો</w:t>
      </w:r>
      <w:r>
        <w:rPr>
          <w:rFonts w:ascii="Arial" w:eastAsia="Arial" w:hAnsi="Arial" w:cs="Arial"/>
          <w:lang w:val="gu-IN"/>
        </w:rPr>
        <w:t xml:space="preserve">), </w:t>
      </w:r>
      <w:r>
        <w:rPr>
          <w:rFonts w:ascii="Arial" w:eastAsia="Arial" w:hAnsi="Arial" w:cs="Arial"/>
          <w:lang w:val="gu-IN"/>
        </w:rPr>
        <w:t>તબીબી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સંભાળ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યોજનાઓ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મૂલ્યાંકનો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અથવા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લોગ્સ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જેવા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સંબંધિત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રેકોર્ડ્સનો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સમાવેશ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થઈ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>.</w:t>
      </w:r>
    </w:p>
    <w:p w14:paraId="44B76862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મારે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સંમતિ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આપવી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જરૂરી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4B2C4D2B" w14:textId="55EE83EC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ના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આપવી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એ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સ્વૈચ્છિક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>.</w:t>
      </w:r>
    </w:p>
    <w:p w14:paraId="7D995517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જો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હું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સંમતિ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ન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પવાનું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પસંદ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કરું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તો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થશે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7E6257D3" w14:textId="3C13DC04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કંઈ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બદલાશે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નહીં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તમને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કોઈપણ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ખર્ચ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તમામ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મળતી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રહેશે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જોકે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તમારા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આવેલી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પાસેથી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શકશે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નહીં</w:t>
      </w:r>
      <w:r>
        <w:rPr>
          <w:rFonts w:ascii="Arial" w:eastAsia="Arial" w:hAnsi="Arial" w:cs="Arial"/>
          <w:lang w:val="gu-IN"/>
        </w:rPr>
        <w:t xml:space="preserve">. </w:t>
      </w:r>
    </w:p>
    <w:p w14:paraId="1DD03F40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શું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હું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પછીથી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મારો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નિર્ણય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બદલી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શકું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59174EFE" w14:textId="77777777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હા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તમે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કોઈપણ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સમયે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લેખિતમ</w:t>
      </w:r>
      <w:r>
        <w:rPr>
          <w:rFonts w:ascii="Arial" w:eastAsia="Arial" w:hAnsi="Arial" w:cs="Arial"/>
          <w:lang w:val="gu-IN"/>
        </w:rPr>
        <w:t>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જાણ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કરીને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તમારી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પાછી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ખેંચી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શકો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છો</w:t>
      </w:r>
      <w:r>
        <w:rPr>
          <w:rFonts w:ascii="Arial" w:eastAsia="Arial" w:hAnsi="Arial" w:cs="Arial"/>
          <w:lang w:val="gu-IN"/>
        </w:rPr>
        <w:t xml:space="preserve">.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પાછી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ખેંચી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લીધા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પછી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તારીખથી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આગળ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નવી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માહિતી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શેર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આવશે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નહીં</w:t>
      </w:r>
      <w:r>
        <w:rPr>
          <w:rFonts w:ascii="Arial" w:eastAsia="Arial" w:hAnsi="Arial" w:cs="Arial"/>
          <w:lang w:val="gu-IN"/>
        </w:rPr>
        <w:t>.</w:t>
      </w:r>
    </w:p>
    <w:p w14:paraId="6E3E50D2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આનાથી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શાળા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જિલ્લાને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કેવી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રીતે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મદદ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મળે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67AF6D5E" w14:textId="77777777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 xml:space="preserve">Medicaid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મહત્વપૂર્ણ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ખર્ચનો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બોજ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ઘટાડવામાં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આરો</w:t>
      </w:r>
      <w:r>
        <w:rPr>
          <w:rFonts w:ascii="Arial" w:eastAsia="Arial" w:hAnsi="Arial" w:cs="Arial"/>
          <w:lang w:val="gu-IN"/>
        </w:rPr>
        <w:t>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વર્તણૂકીય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સહાયની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ઉપલબ્ધતા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જાળવવામાં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વિસ્તૃત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તથા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સ્થાનિક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ભંડોળના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સ્ત્રોતો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નિર્ભરતા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ઘટાડવામાં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મદદ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>.</w:t>
      </w:r>
    </w:p>
    <w:p w14:paraId="713A74EA" w14:textId="1FBEEE4D" w:rsidR="000A732F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lastRenderedPageBreak/>
        <w:t>શાળાઓમાં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પૂરી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પાડવામાં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આવતી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સેવાઓ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માટે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શાળાઓને</w:t>
      </w:r>
      <w:r>
        <w:rPr>
          <w:rFonts w:ascii="Arial" w:eastAsia="Arial" w:hAnsi="Arial" w:cs="Arial"/>
          <w:color w:val="365F91"/>
          <w:lang w:val="gu-IN"/>
        </w:rPr>
        <w:t xml:space="preserve"> Medicaid</w:t>
      </w:r>
      <w:r>
        <w:rPr>
          <w:rFonts w:ascii="Arial" w:eastAsia="Arial" w:hAnsi="Arial" w:cs="Arial"/>
          <w:color w:val="365F91"/>
          <w:lang w:val="gu-IN"/>
        </w:rPr>
        <w:t>નું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બિલ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કરવાની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મંજૂરી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કયા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કાયદાઓ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આપે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છે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4ABE650B" w14:textId="39D71849" w:rsidR="00F307D2" w:rsidRPr="000A732F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કેટલાક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ફેડરલ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રાજ્ય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કાયદાઓ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</w:t>
      </w:r>
      <w:r>
        <w:rPr>
          <w:rFonts w:ascii="Arial" w:eastAsia="Arial" w:hAnsi="Arial" w:cs="Arial"/>
          <w:lang w:val="gu-IN"/>
        </w:rPr>
        <w:t>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કેટલીક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સંબંધિત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મંજૂરી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>:</w:t>
      </w:r>
    </w:p>
    <w:p w14:paraId="0DF693CF" w14:textId="216141A1" w:rsidR="00F307D2" w:rsidRPr="000A732F" w:rsidRDefault="00FA6E74" w:rsidP="008E62C6">
      <w:pPr>
        <w:pStyle w:val="ListParagraph"/>
        <w:numPr>
          <w:ilvl w:val="0"/>
          <w:numId w:val="11"/>
        </w:numPr>
      </w:pPr>
      <w:r>
        <w:rPr>
          <w:rFonts w:ascii="Arial" w:eastAsia="Arial" w:hAnsi="Arial" w:cs="Arial"/>
          <w:b/>
          <w:bCs/>
          <w:lang w:val="gu-IN"/>
        </w:rPr>
        <w:t>ફેડરલ</w:t>
      </w:r>
      <w:r>
        <w:rPr>
          <w:rFonts w:ascii="Arial" w:eastAsia="Arial" w:hAnsi="Arial" w:cs="Arial"/>
          <w:b/>
          <w:bCs/>
          <w:lang w:val="gu-IN"/>
        </w:rPr>
        <w:t xml:space="preserve"> Medicaid </w:t>
      </w:r>
      <w:r>
        <w:rPr>
          <w:rFonts w:ascii="Arial" w:eastAsia="Arial" w:hAnsi="Arial" w:cs="Arial"/>
          <w:b/>
          <w:bCs/>
          <w:lang w:val="gu-IN"/>
        </w:rPr>
        <w:t>કાયદો</w:t>
      </w:r>
      <w:r>
        <w:rPr>
          <w:rFonts w:ascii="Arial" w:eastAsia="Arial" w:hAnsi="Arial" w:cs="Arial"/>
          <w:b/>
          <w:bCs/>
          <w:lang w:val="gu-IN"/>
        </w:rPr>
        <w:t xml:space="preserve"> (</w:t>
      </w:r>
      <w:r>
        <w:rPr>
          <w:rFonts w:ascii="Arial" w:eastAsia="Arial" w:hAnsi="Arial" w:cs="Arial"/>
          <w:b/>
          <w:bCs/>
          <w:lang w:val="gu-IN"/>
        </w:rPr>
        <w:t>સોશિયલ</w:t>
      </w:r>
      <w:r>
        <w:rPr>
          <w:rFonts w:ascii="Arial" w:eastAsia="Arial" w:hAnsi="Arial" w:cs="Arial"/>
          <w:b/>
          <w:bCs/>
          <w:lang w:val="gu-IN"/>
        </w:rPr>
        <w:t xml:space="preserve"> </w:t>
      </w:r>
      <w:r>
        <w:rPr>
          <w:rFonts w:ascii="Arial" w:eastAsia="Arial" w:hAnsi="Arial" w:cs="Arial"/>
          <w:b/>
          <w:bCs/>
          <w:lang w:val="gu-IN"/>
        </w:rPr>
        <w:t>સિક્યુરિટી</w:t>
      </w:r>
      <w:r>
        <w:rPr>
          <w:rFonts w:ascii="Arial" w:eastAsia="Arial" w:hAnsi="Arial" w:cs="Arial"/>
          <w:b/>
          <w:bCs/>
          <w:lang w:val="gu-IN"/>
        </w:rPr>
        <w:t xml:space="preserve"> </w:t>
      </w:r>
      <w:r>
        <w:rPr>
          <w:rFonts w:ascii="Arial" w:eastAsia="Arial" w:hAnsi="Arial" w:cs="Arial"/>
          <w:b/>
          <w:bCs/>
          <w:lang w:val="gu-IN"/>
        </w:rPr>
        <w:t>એક્ટનું</w:t>
      </w:r>
      <w:r>
        <w:rPr>
          <w:rFonts w:ascii="Arial" w:eastAsia="Arial" w:hAnsi="Arial" w:cs="Arial"/>
          <w:b/>
          <w:bCs/>
          <w:lang w:val="gu-IN"/>
        </w:rPr>
        <w:t xml:space="preserve"> </w:t>
      </w:r>
      <w:r>
        <w:rPr>
          <w:rFonts w:ascii="Arial" w:eastAsia="Arial" w:hAnsi="Arial" w:cs="Arial"/>
          <w:b/>
          <w:bCs/>
          <w:lang w:val="gu-IN"/>
        </w:rPr>
        <w:t>શીર્ષક</w:t>
      </w:r>
      <w:r>
        <w:rPr>
          <w:rFonts w:ascii="Arial" w:eastAsia="Arial" w:hAnsi="Arial" w:cs="Arial"/>
          <w:b/>
          <w:bCs/>
          <w:lang w:val="gu-IN"/>
        </w:rPr>
        <w:t xml:space="preserve"> XIX)</w:t>
      </w:r>
      <w:r>
        <w:rPr>
          <w:rFonts w:ascii="Arial" w:eastAsia="Arial" w:hAnsi="Arial" w:cs="Arial"/>
          <w:lang w:val="gu-IN"/>
        </w:rPr>
        <w:t xml:space="preserve"> Medicaid</w:t>
      </w:r>
      <w:r>
        <w:rPr>
          <w:rFonts w:ascii="Arial" w:eastAsia="Arial" w:hAnsi="Arial" w:cs="Arial"/>
          <w:lang w:val="gu-IN"/>
        </w:rPr>
        <w:t>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બાળકોને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લેવાયેલી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ચૂકવણી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મંજૂરી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જેમાં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શાળાઓમાં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સેવાઓનો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સમાવેશ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થાય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. </w:t>
      </w:r>
      <w:hyperlink r:id="rId9">
        <w:r w:rsidR="00F307D2">
          <w:rPr>
            <w:rFonts w:ascii="Arial" w:eastAsia="Arial" w:hAnsi="Arial" w:cs="Arial"/>
            <w:color w:val="0000FF"/>
            <w:u w:val="single"/>
            <w:lang w:val="gu-IN"/>
          </w:rPr>
          <w:t>https://www.medicaid.gov/federal-policy-guidance/downloads/smd-medicaid-payment-for-services-provided-without-charge-free-care.pdf</w:t>
        </w:r>
      </w:hyperlink>
    </w:p>
    <w:p w14:paraId="0CB65850" w14:textId="5E914DD4" w:rsidR="00F307D2" w:rsidRPr="000A732F" w:rsidRDefault="00F307D2" w:rsidP="008E62C6">
      <w:pPr>
        <w:pStyle w:val="ListParagraph"/>
        <w:numPr>
          <w:ilvl w:val="0"/>
          <w:numId w:val="11"/>
        </w:numPr>
      </w:pPr>
      <w:hyperlink r:id="rId10">
        <w:r>
          <w:rPr>
            <w:rFonts w:ascii="Arial" w:eastAsia="Arial" w:hAnsi="Arial" w:cs="Arial"/>
            <w:b/>
            <w:bCs/>
            <w:color w:val="0000FF"/>
            <w:u w:val="single"/>
            <w:lang w:val="gu-IN"/>
          </w:rPr>
          <w:t>2014</w:t>
        </w:r>
      </w:hyperlink>
      <w:r w:rsidR="00DF48F5">
        <w:rPr>
          <w:rFonts w:ascii="Arial" w:eastAsia="Arial" w:hAnsi="Arial" w:cs="Arial"/>
          <w:b/>
          <w:bCs/>
          <w:lang w:val="gu-IN"/>
        </w:rPr>
        <w:t xml:space="preserve"> </w:t>
      </w:r>
      <w:r w:rsidR="00DF48F5" w:rsidRPr="0056116D">
        <w:rPr>
          <w:rFonts w:cs="Shruti"/>
          <w:cs/>
          <w:lang w:bidi="gu-IN"/>
        </w:rPr>
        <w:t>માં</w:t>
      </w:r>
      <w:r w:rsidR="00DF48F5">
        <w:rPr>
          <w:rFonts w:cs="Shruti"/>
          <w:lang w:bidi="gu-IN"/>
        </w:rPr>
        <w:t>,</w:t>
      </w:r>
      <w:r>
        <w:rPr>
          <w:rFonts w:ascii="Arial" w:eastAsia="Arial" w:hAnsi="Arial" w:cs="Arial"/>
          <w:b/>
          <w:bCs/>
          <w:lang w:val="gu-IN"/>
        </w:rPr>
        <w:t xml:space="preserve"> સેન્ટર્સ ફોર Medicare એન્ડ Medicaid સર્વિસિસ (CMS)</w:t>
      </w:r>
      <w:r>
        <w:rPr>
          <w:rFonts w:ascii="Arial" w:eastAsia="Arial" w:hAnsi="Arial" w:cs="Arial"/>
          <w:lang w:val="gu-IN"/>
        </w:rPr>
        <w:t xml:space="preserve"> એ સ્પષ્ટ કર્યું હતું કે શાળાઓ વિશેષ શિક્ષણમાં રહેલા અથવા સામાન્ય શિક્ષણમાં અભ્યાસ કરતા Medicaid માં નોંધાયેલા વિદ્યાર્થીઓને પૂરી પાડવામાં આવતી આવરી લેવાયેલી સેવાઓ માટે Medicaid ને બિલ કરી શકે છે. </w:t>
      </w:r>
    </w:p>
    <w:p w14:paraId="40A93A28" w14:textId="71620AF2" w:rsidR="00700FEF" w:rsidRPr="000A732F" w:rsidRDefault="00FA6E74" w:rsidP="008E62C6">
      <w:pPr>
        <w:pStyle w:val="ListParagraph"/>
        <w:numPr>
          <w:ilvl w:val="0"/>
          <w:numId w:val="11"/>
        </w:numPr>
      </w:pPr>
      <w:r>
        <w:rPr>
          <w:rFonts w:ascii="Arial" w:eastAsia="Arial" w:hAnsi="Arial" w:cs="Arial"/>
          <w:b/>
          <w:bCs/>
          <w:lang w:val="gu-IN"/>
        </w:rPr>
        <w:t>ફેડરલ</w:t>
      </w:r>
      <w:r>
        <w:rPr>
          <w:rFonts w:ascii="Arial" w:eastAsia="Arial" w:hAnsi="Arial" w:cs="Arial"/>
          <w:b/>
          <w:bCs/>
          <w:lang w:val="gu-IN"/>
        </w:rPr>
        <w:t xml:space="preserve"> </w:t>
      </w:r>
      <w:r>
        <w:rPr>
          <w:rFonts w:ascii="Arial" w:eastAsia="Arial" w:hAnsi="Arial" w:cs="Arial"/>
          <w:b/>
          <w:bCs/>
          <w:lang w:val="gu-IN"/>
        </w:rPr>
        <w:t>શિક્ષણ</w:t>
      </w:r>
      <w:r>
        <w:rPr>
          <w:rFonts w:ascii="Arial" w:eastAsia="Arial" w:hAnsi="Arial" w:cs="Arial"/>
          <w:b/>
          <w:bCs/>
          <w:lang w:val="gu-IN"/>
        </w:rPr>
        <w:t xml:space="preserve"> </w:t>
      </w:r>
      <w:r>
        <w:rPr>
          <w:rFonts w:ascii="Arial" w:eastAsia="Arial" w:hAnsi="Arial" w:cs="Arial"/>
          <w:b/>
          <w:bCs/>
          <w:lang w:val="gu-IN"/>
        </w:rPr>
        <w:t>કાયદો</w:t>
      </w:r>
      <w:r>
        <w:rPr>
          <w:rFonts w:ascii="Arial" w:eastAsia="Arial" w:hAnsi="Arial" w:cs="Arial"/>
          <w:b/>
          <w:bCs/>
          <w:lang w:val="gu-IN"/>
        </w:rPr>
        <w:t xml:space="preserve"> (IDEA – 34 CFR §300.154)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</w:t>
      </w:r>
      <w:r>
        <w:rPr>
          <w:rFonts w:ascii="Arial" w:eastAsia="Arial" w:hAnsi="Arial" w:cs="Arial"/>
          <w:lang w:val="gu-IN"/>
        </w:rPr>
        <w:t>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વિદ્યાર્થીના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લાભો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પહેલાં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માતા</w:t>
      </w:r>
      <w:r>
        <w:rPr>
          <w:rFonts w:ascii="Arial" w:eastAsia="Arial" w:hAnsi="Arial" w:cs="Arial"/>
          <w:lang w:val="gu-IN"/>
        </w:rPr>
        <w:t>-</w:t>
      </w:r>
      <w:r>
        <w:rPr>
          <w:rFonts w:ascii="Arial" w:eastAsia="Arial" w:hAnsi="Arial" w:cs="Arial"/>
          <w:lang w:val="gu-IN"/>
        </w:rPr>
        <w:t>પિતાની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લેવી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બનાવે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સુનિશ્ચિત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</w:t>
      </w:r>
      <w:r>
        <w:rPr>
          <w:rFonts w:ascii="Arial" w:eastAsia="Arial" w:hAnsi="Arial" w:cs="Arial"/>
          <w:lang w:val="gu-IN"/>
        </w:rPr>
        <w:t xml:space="preserve"> IEP </w:t>
      </w:r>
      <w:r>
        <w:rPr>
          <w:rFonts w:ascii="Arial" w:eastAsia="Arial" w:hAnsi="Arial" w:cs="Arial"/>
          <w:lang w:val="gu-IN"/>
        </w:rPr>
        <w:t>ધરાવતા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સંમતિ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હોય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હોય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તમામ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કોઈપણ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ખર્ચ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મળતી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રહે</w:t>
      </w:r>
      <w:r>
        <w:rPr>
          <w:rFonts w:ascii="Arial" w:eastAsia="Arial" w:hAnsi="Arial" w:cs="Arial"/>
          <w:lang w:val="gu-IN"/>
        </w:rPr>
        <w:t xml:space="preserve">. </w:t>
      </w:r>
    </w:p>
    <w:p w14:paraId="0E98BA09" w14:textId="02ED3AE7" w:rsidR="000A732F" w:rsidRPr="000A732F" w:rsidRDefault="00FA6E74" w:rsidP="008E62C6">
      <w:pPr>
        <w:pStyle w:val="ListParagraph"/>
        <w:numPr>
          <w:ilvl w:val="0"/>
          <w:numId w:val="11"/>
        </w:numPr>
      </w:pPr>
      <w:r>
        <w:rPr>
          <w:rFonts w:ascii="Arial" w:eastAsia="Arial" w:hAnsi="Arial" w:cs="Arial"/>
          <w:b/>
          <w:bCs/>
          <w:lang w:val="gu-IN"/>
        </w:rPr>
        <w:t>ન્યુ</w:t>
      </w:r>
      <w:r>
        <w:rPr>
          <w:rFonts w:ascii="Arial" w:eastAsia="Arial" w:hAnsi="Arial" w:cs="Arial"/>
          <w:b/>
          <w:bCs/>
          <w:lang w:val="gu-IN"/>
        </w:rPr>
        <w:t xml:space="preserve"> </w:t>
      </w:r>
      <w:r>
        <w:rPr>
          <w:rFonts w:ascii="Arial" w:eastAsia="Arial" w:hAnsi="Arial" w:cs="Arial"/>
          <w:b/>
          <w:bCs/>
          <w:lang w:val="gu-IN"/>
        </w:rPr>
        <w:t>જર્સીમાં</w:t>
      </w:r>
      <w:r>
        <w:rPr>
          <w:rFonts w:ascii="Arial" w:eastAsia="Arial" w:hAnsi="Arial" w:cs="Arial"/>
          <w:b/>
          <w:bCs/>
          <w:lang w:val="gu-IN"/>
        </w:rPr>
        <w:t xml:space="preserve">, </w:t>
      </w:r>
      <w:hyperlink r:id="rId11" w:history="1">
        <w:r w:rsidR="000A732F">
          <w:rPr>
            <w:rFonts w:ascii="Arial" w:eastAsia="Arial" w:hAnsi="Arial" w:cs="Arial"/>
            <w:b/>
            <w:bCs/>
            <w:color w:val="0000FF"/>
            <w:u w:val="single"/>
            <w:lang w:val="gu-IN"/>
          </w:rPr>
          <w:t>P.L. 2023, c.108</w:t>
        </w:r>
      </w:hyperlink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સામાન્ય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શિક્ષણ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કાર્યક્રમોમાં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અભ્યાસ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કરતા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સહિત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પાત્ર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વિદ્યાર્થીઓને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પાડવામાં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આવતી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કેટલીક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લેવાયેલી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વર્તણૂકીય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આરોગ્ય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સેવાઓ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પાસેથી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દાવો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રજૂ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બનાવે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. </w:t>
      </w:r>
    </w:p>
    <w:p w14:paraId="0403C1C8" w14:textId="0135BAD8" w:rsidR="000A732F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એકસાથે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આ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કાયદાઓ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શાળા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જિલ્લાઓને</w:t>
      </w:r>
      <w:r>
        <w:rPr>
          <w:rFonts w:ascii="Arial" w:eastAsia="Arial" w:hAnsi="Arial" w:cs="Arial"/>
          <w:lang w:val="gu-IN"/>
        </w:rPr>
        <w:t xml:space="preserve"> Medicaid </w:t>
      </w:r>
      <w:r>
        <w:rPr>
          <w:rFonts w:ascii="Arial" w:eastAsia="Arial" w:hAnsi="Arial" w:cs="Arial"/>
          <w:lang w:val="gu-IN"/>
        </w:rPr>
        <w:t>ભરપાઈ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મંજૂરી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આપે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કેટલાક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કિસ્સાઓમાં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મેળવવા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માટે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પ્રયાસ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કરવો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જરૂરી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બનાવે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જ્યારે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પરિવારોનું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રક્ષણ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એ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સુનિશ્ચિત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કરીને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છે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તેમના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ખર્ચ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ન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આવે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અને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તેમની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ભાગીદારી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સ્વૈચ્છિક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રહે</w:t>
      </w:r>
      <w:r>
        <w:rPr>
          <w:rFonts w:ascii="Arial" w:eastAsia="Arial" w:hAnsi="Arial" w:cs="Arial"/>
          <w:lang w:val="gu-IN"/>
        </w:rPr>
        <w:t>.</w:t>
      </w:r>
    </w:p>
    <w:p w14:paraId="50038A56" w14:textId="77777777" w:rsidR="001C02DC" w:rsidRPr="007809AC" w:rsidRDefault="00FA6E74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Arial" w:eastAsia="Arial" w:hAnsi="Arial" w:cs="Arial"/>
          <w:color w:val="365F91"/>
          <w:lang w:val="gu-IN"/>
        </w:rPr>
        <w:t>જો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મને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કોઈ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પ્રશ્નો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હોય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તો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હું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કોનો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સંપર્ક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કરી</w:t>
      </w:r>
      <w:r>
        <w:rPr>
          <w:rFonts w:ascii="Arial" w:eastAsia="Arial" w:hAnsi="Arial" w:cs="Arial"/>
          <w:color w:val="365F91"/>
          <w:lang w:val="gu-IN"/>
        </w:rPr>
        <w:t xml:space="preserve"> </w:t>
      </w:r>
      <w:r>
        <w:rPr>
          <w:rFonts w:ascii="Arial" w:eastAsia="Arial" w:hAnsi="Arial" w:cs="Arial"/>
          <w:color w:val="365F91"/>
          <w:lang w:val="gu-IN"/>
        </w:rPr>
        <w:t>શકું</w:t>
      </w:r>
      <w:r>
        <w:rPr>
          <w:rFonts w:ascii="Arial" w:eastAsia="Arial" w:hAnsi="Arial" w:cs="Arial"/>
          <w:color w:val="365F91"/>
          <w:lang w:val="gu-IN"/>
        </w:rPr>
        <w:t>?</w:t>
      </w:r>
    </w:p>
    <w:p w14:paraId="32DEE141" w14:textId="2983673A" w:rsidR="001C02DC" w:rsidRDefault="00FA6E74" w:rsidP="00845B32">
      <w:pPr>
        <w:ind w:left="-720"/>
      </w:pPr>
      <w:r>
        <w:rPr>
          <w:rFonts w:ascii="Arial" w:eastAsia="Arial" w:hAnsi="Arial" w:cs="Arial"/>
          <w:lang w:val="gu-IN"/>
        </w:rPr>
        <w:t>જો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તમને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કોઈ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પ્રશ્ન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હોય</w:t>
      </w:r>
      <w:r>
        <w:rPr>
          <w:rFonts w:ascii="Arial" w:eastAsia="Arial" w:hAnsi="Arial" w:cs="Arial"/>
          <w:lang w:val="gu-IN"/>
        </w:rPr>
        <w:t xml:space="preserve">, </w:t>
      </w:r>
      <w:r>
        <w:rPr>
          <w:rFonts w:ascii="Arial" w:eastAsia="Arial" w:hAnsi="Arial" w:cs="Arial"/>
          <w:lang w:val="gu-IN"/>
        </w:rPr>
        <w:t>તો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કૃપા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કરીને</w:t>
      </w:r>
      <w:r>
        <w:rPr>
          <w:rFonts w:ascii="Arial" w:eastAsia="Arial" w:hAnsi="Arial" w:cs="Arial"/>
          <w:lang w:val="gu-IN"/>
        </w:rPr>
        <w:t xml:space="preserve"> [</w:t>
      </w:r>
      <w:r>
        <w:rPr>
          <w:rFonts w:ascii="Arial" w:eastAsia="Arial" w:hAnsi="Arial" w:cs="Arial"/>
          <w:i/>
          <w:iCs/>
          <w:highlight w:val="yellow"/>
          <w:lang w:val="gu-IN"/>
        </w:rPr>
        <w:t>યોગ્ય</w:t>
      </w:r>
      <w:r>
        <w:rPr>
          <w:rFonts w:ascii="Arial" w:eastAsia="Arial" w:hAnsi="Arial" w:cs="Arial"/>
          <w:i/>
          <w:iCs/>
          <w:highlight w:val="yellow"/>
          <w:lang w:val="gu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gu-IN"/>
        </w:rPr>
        <w:t>જિલ્લા</w:t>
      </w:r>
      <w:r>
        <w:rPr>
          <w:rFonts w:ascii="Arial" w:eastAsia="Arial" w:hAnsi="Arial" w:cs="Arial"/>
          <w:i/>
          <w:iCs/>
          <w:highlight w:val="yellow"/>
          <w:lang w:val="gu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gu-IN"/>
        </w:rPr>
        <w:t>સંપર્કની</w:t>
      </w:r>
      <w:r>
        <w:rPr>
          <w:rFonts w:ascii="Arial" w:eastAsia="Arial" w:hAnsi="Arial" w:cs="Arial"/>
          <w:i/>
          <w:iCs/>
          <w:highlight w:val="yellow"/>
          <w:lang w:val="gu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gu-IN"/>
        </w:rPr>
        <w:t>માહિતી</w:t>
      </w:r>
      <w:r>
        <w:rPr>
          <w:rFonts w:ascii="Arial" w:eastAsia="Arial" w:hAnsi="Arial" w:cs="Arial"/>
          <w:i/>
          <w:iCs/>
          <w:highlight w:val="yellow"/>
          <w:lang w:val="gu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gu-IN"/>
        </w:rPr>
        <w:t>દાખલ</w:t>
      </w:r>
      <w:r>
        <w:rPr>
          <w:rFonts w:ascii="Arial" w:eastAsia="Arial" w:hAnsi="Arial" w:cs="Arial"/>
          <w:i/>
          <w:iCs/>
          <w:highlight w:val="yellow"/>
          <w:lang w:val="gu-IN"/>
        </w:rPr>
        <w:t xml:space="preserve"> </w:t>
      </w:r>
      <w:r>
        <w:rPr>
          <w:rFonts w:ascii="Arial" w:eastAsia="Arial" w:hAnsi="Arial" w:cs="Arial"/>
          <w:i/>
          <w:iCs/>
          <w:highlight w:val="yellow"/>
          <w:lang w:val="gu-IN"/>
        </w:rPr>
        <w:t>કરો</w:t>
      </w:r>
      <w:r>
        <w:rPr>
          <w:rFonts w:ascii="Arial" w:eastAsia="Arial" w:hAnsi="Arial" w:cs="Arial"/>
          <w:lang w:val="gu-IN"/>
        </w:rPr>
        <w:t xml:space="preserve">] </w:t>
      </w:r>
      <w:r>
        <w:rPr>
          <w:rFonts w:ascii="Arial" w:eastAsia="Arial" w:hAnsi="Arial" w:cs="Arial"/>
          <w:lang w:val="gu-IN"/>
        </w:rPr>
        <w:t>પર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સંપર્ક</w:t>
      </w:r>
      <w:r>
        <w:rPr>
          <w:rFonts w:ascii="Arial" w:eastAsia="Arial" w:hAnsi="Arial" w:cs="Arial"/>
          <w:lang w:val="gu-IN"/>
        </w:rPr>
        <w:t xml:space="preserve"> </w:t>
      </w:r>
      <w:r>
        <w:rPr>
          <w:rFonts w:ascii="Arial" w:eastAsia="Arial" w:hAnsi="Arial" w:cs="Arial"/>
          <w:lang w:val="gu-IN"/>
        </w:rPr>
        <w:t>કરો</w:t>
      </w:r>
      <w:r>
        <w:rPr>
          <w:rFonts w:ascii="Arial" w:eastAsia="Arial" w:hAnsi="Arial" w:cs="Arial"/>
          <w:lang w:val="gu-IN"/>
        </w:rPr>
        <w:t>.</w:t>
      </w:r>
    </w:p>
    <w:sectPr w:rsidR="001C02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B21097D6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71C88C52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A636F9DC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44E430E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64621FA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E51E4968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9BACBE02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DC1CC282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66A08032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0C"/>
    <w:rsid w:val="000A732F"/>
    <w:rsid w:val="000D2D2C"/>
    <w:rsid w:val="00116CC1"/>
    <w:rsid w:val="0015074B"/>
    <w:rsid w:val="00152167"/>
    <w:rsid w:val="0015517F"/>
    <w:rsid w:val="0015534F"/>
    <w:rsid w:val="00187C99"/>
    <w:rsid w:val="001C02DC"/>
    <w:rsid w:val="001C5A8A"/>
    <w:rsid w:val="001F3BA5"/>
    <w:rsid w:val="001F624D"/>
    <w:rsid w:val="00256421"/>
    <w:rsid w:val="0029639D"/>
    <w:rsid w:val="002C49F6"/>
    <w:rsid w:val="002D6589"/>
    <w:rsid w:val="0032679F"/>
    <w:rsid w:val="00326F90"/>
    <w:rsid w:val="0039433C"/>
    <w:rsid w:val="00413D33"/>
    <w:rsid w:val="004A3840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809AC"/>
    <w:rsid w:val="007E6FFA"/>
    <w:rsid w:val="00830A1E"/>
    <w:rsid w:val="00845B32"/>
    <w:rsid w:val="00853507"/>
    <w:rsid w:val="008E4585"/>
    <w:rsid w:val="008E62C6"/>
    <w:rsid w:val="008F34DE"/>
    <w:rsid w:val="00905EF2"/>
    <w:rsid w:val="00930C49"/>
    <w:rsid w:val="00931785"/>
    <w:rsid w:val="009570BF"/>
    <w:rsid w:val="00976011"/>
    <w:rsid w:val="00A8586C"/>
    <w:rsid w:val="00AA1D8D"/>
    <w:rsid w:val="00AA33B5"/>
    <w:rsid w:val="00AC2711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D413C5"/>
    <w:rsid w:val="00D55FFB"/>
    <w:rsid w:val="00D635A4"/>
    <w:rsid w:val="00D721EA"/>
    <w:rsid w:val="00D95877"/>
    <w:rsid w:val="00DC3DE0"/>
    <w:rsid w:val="00DF48F5"/>
    <w:rsid w:val="00E11E98"/>
    <w:rsid w:val="00EA4EB5"/>
    <w:rsid w:val="00EE7045"/>
    <w:rsid w:val="00EF0C02"/>
    <w:rsid w:val="00EF5BBE"/>
    <w:rsid w:val="00F307D2"/>
    <w:rsid w:val="00F34279"/>
    <w:rsid w:val="00F77210"/>
    <w:rsid w:val="00FA0DF6"/>
    <w:rsid w:val="00FA6816"/>
    <w:rsid w:val="00FA6E74"/>
    <w:rsid w:val="00FB3A40"/>
    <w:rsid w:val="00FC693F"/>
    <w:rsid w:val="0879ECC8"/>
    <w:rsid w:val="09A35F53"/>
    <w:rsid w:val="0A905F6A"/>
    <w:rsid w:val="0CDDC8AE"/>
    <w:rsid w:val="13D050BD"/>
    <w:rsid w:val="2DA70B4A"/>
    <w:rsid w:val="3BF7DBFE"/>
    <w:rsid w:val="3D59AE79"/>
    <w:rsid w:val="43AC1B51"/>
    <w:rsid w:val="614FC1F6"/>
    <w:rsid w:val="6602A01F"/>
    <w:rsid w:val="67FEE8FE"/>
    <w:rsid w:val="6CB9BD69"/>
    <w:rsid w:val="6F0DCCCE"/>
    <w:rsid w:val="76F5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2478A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C49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73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3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2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.njleg.state.nj.us/Bills/2022/PL23/108_.PDF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macpac.gov/wp-content/uploads/2024/04/School-Based-Services-for-Students-Enrolled-in-Medicaid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edicaid.gov/federal-policy-guidance/downloads/smd-medicaid-payment-for-services-provided-without-charge-free-ca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7862F7-3491-4950-BF83-212104C2A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4970AC-67B6-4235-8237-7D4D92882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78A7B5-FF8B-423B-A224-C40FC7E9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Pereira, Luiz</dc:creator>
  <cp:lastModifiedBy>Sonia Piscaglia</cp:lastModifiedBy>
  <cp:revision>2</cp:revision>
  <dcterms:created xsi:type="dcterms:W3CDTF">2026-08-30T23:31:00Z</dcterms:created>
  <dcterms:modified xsi:type="dcterms:W3CDTF">2026-08-30T23:31:00Z</dcterms:modified>
</cp:coreProperties>
</file>