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1DB22" w14:textId="65F726A2" w:rsidR="00D635A4" w:rsidRDefault="00A414AA" w:rsidP="00501717">
      <w:pPr>
        <w:pStyle w:val="Heading1"/>
        <w:spacing w:before="120"/>
        <w:ind w:left="-720"/>
        <w:jc w:val="center"/>
      </w:pPr>
      <w:r>
        <w:rPr>
          <w:rFonts w:ascii="Arial" w:eastAsia="Arial" w:hAnsi="Arial" w:cs="Arial"/>
          <w:color w:val="365F91"/>
          <w:lang w:val="hi-IN"/>
        </w:rPr>
        <w:t>स्कूल</w:t>
      </w:r>
      <w:r>
        <w:rPr>
          <w:rFonts w:ascii="Arial" w:eastAsia="Arial" w:hAnsi="Arial" w:cs="Arial"/>
          <w:color w:val="365F91"/>
          <w:lang w:val="hi-IN"/>
        </w:rPr>
        <w:t>-</w:t>
      </w:r>
      <w:r>
        <w:rPr>
          <w:rFonts w:ascii="Arial" w:eastAsia="Arial" w:hAnsi="Arial" w:cs="Arial"/>
          <w:color w:val="365F91"/>
          <w:lang w:val="hi-IN"/>
        </w:rPr>
        <w:t>आधारित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स्वास्थ्य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सेवाएँ</w:t>
      </w:r>
      <w:r>
        <w:rPr>
          <w:rFonts w:ascii="Arial" w:eastAsia="Arial" w:hAnsi="Arial" w:cs="Arial"/>
          <w:color w:val="365F91"/>
          <w:lang w:val="hi-IN"/>
        </w:rPr>
        <w:t xml:space="preserve"> (</w:t>
      </w:r>
      <w:r w:rsidRPr="00A414AA">
        <w:rPr>
          <w:rFonts w:ascii="Arial" w:eastAsia="Arial" w:hAnsi="Arial" w:cs="Arial"/>
          <w:color w:val="365F91"/>
          <w:lang w:val="hi-IN"/>
        </w:rPr>
        <w:t>School-Based Health Services</w:t>
      </w:r>
      <w:r w:rsidRPr="00A414AA">
        <w:rPr>
          <w:rFonts w:ascii="Arial" w:eastAsia="Arial" w:hAnsi="Arial" w:cs="Arial"/>
          <w:color w:val="365F91"/>
          <w:lang w:val="hi-IN"/>
        </w:rPr>
        <w:t>,</w:t>
      </w:r>
      <w:r>
        <w:t xml:space="preserve"> </w:t>
      </w:r>
      <w:proofErr w:type="spellStart"/>
      <w:r>
        <w:rPr>
          <w:rFonts w:ascii="Arial" w:eastAsia="Arial" w:hAnsi="Arial" w:cs="Arial"/>
          <w:color w:val="365F91"/>
          <w:lang w:val="hi-IN"/>
        </w:rPr>
        <w:t>SBHS</w:t>
      </w:r>
      <w:proofErr w:type="spellEnd"/>
      <w:r>
        <w:rPr>
          <w:rFonts w:ascii="Arial" w:eastAsia="Arial" w:hAnsi="Arial" w:cs="Arial"/>
          <w:color w:val="365F91"/>
          <w:lang w:val="hi-IN"/>
        </w:rPr>
        <w:t xml:space="preserve">): </w:t>
      </w:r>
    </w:p>
    <w:p w14:paraId="73D27851" w14:textId="05679D15" w:rsidR="001C02DC" w:rsidRDefault="00A414AA" w:rsidP="00501717">
      <w:pPr>
        <w:pStyle w:val="Heading1"/>
        <w:spacing w:before="120"/>
        <w:ind w:left="-720"/>
        <w:jc w:val="center"/>
      </w:pPr>
      <w:r>
        <w:rPr>
          <w:rFonts w:ascii="Arial" w:eastAsia="Arial" w:hAnsi="Arial" w:cs="Arial"/>
          <w:color w:val="365F91"/>
          <w:lang w:val="hi-IN"/>
        </w:rPr>
        <w:t>माता</w:t>
      </w:r>
      <w:r>
        <w:rPr>
          <w:rFonts w:ascii="Arial" w:eastAsia="Arial" w:hAnsi="Arial" w:cs="Arial"/>
          <w:color w:val="365F91"/>
          <w:lang w:val="hi-IN"/>
        </w:rPr>
        <w:t>-</w:t>
      </w:r>
      <w:r>
        <w:rPr>
          <w:rFonts w:ascii="Arial" w:eastAsia="Arial" w:hAnsi="Arial" w:cs="Arial"/>
          <w:color w:val="365F91"/>
          <w:lang w:val="hi-IN"/>
        </w:rPr>
        <w:t>पिता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और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देखभालकर्ताओं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के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लिए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अक्सर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पूछे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जाने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वाले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प्रश्न</w:t>
      </w:r>
    </w:p>
    <w:p w14:paraId="6C5EADD7" w14:textId="77777777" w:rsidR="001C02DC" w:rsidRPr="007809AC" w:rsidRDefault="00A414AA" w:rsidP="00845B32">
      <w:pPr>
        <w:pStyle w:val="Heading2"/>
        <w:ind w:left="-720"/>
        <w:rPr>
          <w:color w:val="365F91" w:themeColor="accent1" w:themeShade="BF"/>
        </w:rPr>
      </w:pPr>
      <w:r>
        <w:rPr>
          <w:rFonts w:ascii="Arial" w:eastAsia="Arial" w:hAnsi="Arial" w:cs="Arial"/>
          <w:color w:val="365F91"/>
          <w:lang w:val="hi-IN"/>
        </w:rPr>
        <w:t>स्कूल</w:t>
      </w:r>
      <w:r>
        <w:rPr>
          <w:rFonts w:ascii="Arial" w:eastAsia="Arial" w:hAnsi="Arial" w:cs="Arial"/>
          <w:color w:val="365F91"/>
          <w:lang w:val="hi-IN"/>
        </w:rPr>
        <w:t>-</w:t>
      </w:r>
      <w:r>
        <w:rPr>
          <w:rFonts w:ascii="Arial" w:eastAsia="Arial" w:hAnsi="Arial" w:cs="Arial"/>
          <w:color w:val="365F91"/>
          <w:lang w:val="hi-IN"/>
        </w:rPr>
        <w:t>आधारित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स्वास्थ्य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सेवाएँ</w:t>
      </w:r>
      <w:r>
        <w:rPr>
          <w:rFonts w:ascii="Arial" w:eastAsia="Arial" w:hAnsi="Arial" w:cs="Arial"/>
          <w:color w:val="365F91"/>
          <w:lang w:val="hi-IN"/>
        </w:rPr>
        <w:t xml:space="preserve"> (SBHS) </w:t>
      </w:r>
      <w:r>
        <w:rPr>
          <w:rFonts w:ascii="Arial" w:eastAsia="Arial" w:hAnsi="Arial" w:cs="Arial"/>
          <w:color w:val="365F91"/>
          <w:lang w:val="hi-IN"/>
        </w:rPr>
        <w:t>कार्यक्रम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क्या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है</w:t>
      </w:r>
      <w:r>
        <w:rPr>
          <w:rFonts w:ascii="Arial" w:eastAsia="Arial" w:hAnsi="Arial" w:cs="Arial"/>
          <w:color w:val="365F91"/>
          <w:lang w:val="hi-IN"/>
        </w:rPr>
        <w:t>?</w:t>
      </w:r>
    </w:p>
    <w:p w14:paraId="7860763D" w14:textId="2AC23B17" w:rsidR="00116CC1" w:rsidRPr="00930C49" w:rsidRDefault="00A414AA" w:rsidP="00845B32">
      <w:pPr>
        <w:ind w:left="-720"/>
      </w:pPr>
      <w:r>
        <w:rPr>
          <w:rFonts w:ascii="Arial" w:eastAsia="Arial" w:hAnsi="Arial" w:cs="Arial"/>
          <w:lang w:val="hi-IN"/>
        </w:rPr>
        <w:t>स्कूल</w:t>
      </w:r>
      <w:r>
        <w:rPr>
          <w:rFonts w:ascii="Arial" w:eastAsia="Arial" w:hAnsi="Arial" w:cs="Arial"/>
          <w:lang w:val="hi-IN"/>
        </w:rPr>
        <w:t>-</w:t>
      </w:r>
      <w:r>
        <w:rPr>
          <w:rFonts w:ascii="Arial" w:eastAsia="Arial" w:hAnsi="Arial" w:cs="Arial"/>
          <w:lang w:val="hi-IN"/>
        </w:rPr>
        <w:t>आधारित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स्वास्थ्य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सेवाएँ</w:t>
      </w:r>
      <w:r>
        <w:rPr>
          <w:rFonts w:ascii="Arial" w:eastAsia="Arial" w:hAnsi="Arial" w:cs="Arial"/>
          <w:lang w:val="hi-IN"/>
        </w:rPr>
        <w:t xml:space="preserve"> (SBHS) </w:t>
      </w:r>
      <w:r>
        <w:rPr>
          <w:rFonts w:ascii="Arial" w:eastAsia="Arial" w:hAnsi="Arial" w:cs="Arial"/>
          <w:lang w:val="hi-IN"/>
        </w:rPr>
        <w:t>एक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संघीय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और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राज्य</w:t>
      </w:r>
      <w:r>
        <w:rPr>
          <w:rFonts w:ascii="Arial" w:eastAsia="Arial" w:hAnsi="Arial" w:cs="Arial"/>
          <w:lang w:val="hi-IN"/>
        </w:rPr>
        <w:t>-</w:t>
      </w:r>
      <w:r>
        <w:rPr>
          <w:rFonts w:ascii="Arial" w:eastAsia="Arial" w:hAnsi="Arial" w:cs="Arial"/>
          <w:lang w:val="hi-IN"/>
        </w:rPr>
        <w:t>समर्थित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कार्यक्रम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है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जो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स्कूल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जिलों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को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स्कूल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में</w:t>
      </w:r>
      <w:r>
        <w:rPr>
          <w:rFonts w:ascii="Arial" w:eastAsia="Arial" w:hAnsi="Arial" w:cs="Arial"/>
          <w:lang w:val="hi-IN"/>
        </w:rPr>
        <w:t xml:space="preserve"> Medicaid </w:t>
      </w:r>
      <w:r>
        <w:rPr>
          <w:rFonts w:ascii="Arial" w:eastAsia="Arial" w:hAnsi="Arial" w:cs="Arial"/>
          <w:lang w:val="hi-IN"/>
        </w:rPr>
        <w:t>में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नामांक</w:t>
      </w:r>
      <w:r>
        <w:rPr>
          <w:rFonts w:ascii="Arial" w:eastAsia="Arial" w:hAnsi="Arial" w:cs="Arial"/>
          <w:lang w:val="hi-IN"/>
        </w:rPr>
        <w:t>ित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छात्रों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को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प्रदान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जाने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वाली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कुछ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स्वास्थ्य</w:t>
      </w:r>
      <w:r>
        <w:rPr>
          <w:rFonts w:ascii="Arial" w:eastAsia="Arial" w:hAnsi="Arial" w:cs="Arial"/>
          <w:lang w:val="hi-IN"/>
        </w:rPr>
        <w:t>-</w:t>
      </w:r>
      <w:r>
        <w:rPr>
          <w:rFonts w:ascii="Arial" w:eastAsia="Arial" w:hAnsi="Arial" w:cs="Arial"/>
          <w:lang w:val="hi-IN"/>
        </w:rPr>
        <w:t>संबंधी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सेवाओं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लिए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आंशिक</w:t>
      </w:r>
      <w:r>
        <w:rPr>
          <w:rFonts w:ascii="Arial" w:eastAsia="Arial" w:hAnsi="Arial" w:cs="Arial"/>
          <w:lang w:val="hi-IN"/>
        </w:rPr>
        <w:t xml:space="preserve"> Medicaid </w:t>
      </w:r>
      <w:r>
        <w:rPr>
          <w:rFonts w:ascii="Arial" w:eastAsia="Arial" w:hAnsi="Arial" w:cs="Arial"/>
          <w:lang w:val="hi-IN"/>
        </w:rPr>
        <w:t>प्रतिपूर्ति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प्राप्त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करने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अनुमति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देता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है।</w:t>
      </w:r>
      <w:r>
        <w:rPr>
          <w:rFonts w:ascii="Arial" w:eastAsia="Arial" w:hAnsi="Arial" w:cs="Arial"/>
          <w:lang w:val="hi-IN"/>
        </w:rPr>
        <w:t xml:space="preserve"> SBHS </w:t>
      </w:r>
      <w:r>
        <w:rPr>
          <w:rFonts w:ascii="Arial" w:eastAsia="Arial" w:hAnsi="Arial" w:cs="Arial"/>
          <w:lang w:val="hi-IN"/>
        </w:rPr>
        <w:t>का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उद्देश्य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छात्रों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को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आवश्यक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स्वास्थ्य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और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संबंधित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सेवाओं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तक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पहुँच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प्राप्त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करने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में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सहायता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करना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और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स्कूल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जिलों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को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प्रदान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गई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सेवाओं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लिए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प्रतिपूर्ति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प्राप्त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करने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में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मदद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करना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है।</w:t>
      </w:r>
    </w:p>
    <w:p w14:paraId="3C417F59" w14:textId="77777777" w:rsidR="001C02DC" w:rsidRPr="007809AC" w:rsidRDefault="00A414AA" w:rsidP="00845B32">
      <w:pPr>
        <w:pStyle w:val="Heading2"/>
        <w:ind w:left="-720"/>
        <w:rPr>
          <w:color w:val="365F91" w:themeColor="accent1" w:themeShade="BF"/>
        </w:rPr>
      </w:pPr>
      <w:r>
        <w:rPr>
          <w:rFonts w:ascii="Arial" w:eastAsia="Arial" w:hAnsi="Arial" w:cs="Arial"/>
          <w:color w:val="365F91"/>
          <w:lang w:val="hi-IN"/>
        </w:rPr>
        <w:t xml:space="preserve">Medicaid </w:t>
      </w:r>
      <w:r>
        <w:rPr>
          <w:rFonts w:ascii="Arial" w:eastAsia="Arial" w:hAnsi="Arial" w:cs="Arial"/>
          <w:color w:val="365F91"/>
          <w:lang w:val="hi-IN"/>
        </w:rPr>
        <w:t>प्रतिपूर्ति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के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लिए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किस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प्रकार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की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सेवाएँ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पात्र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हो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सकती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हैं</w:t>
      </w:r>
      <w:r>
        <w:rPr>
          <w:rFonts w:ascii="Arial" w:eastAsia="Arial" w:hAnsi="Arial" w:cs="Arial"/>
          <w:color w:val="365F91"/>
          <w:lang w:val="hi-IN"/>
        </w:rPr>
        <w:t>?</w:t>
      </w:r>
    </w:p>
    <w:p w14:paraId="34EC7DCD" w14:textId="55346DF6" w:rsidR="00116CC1" w:rsidRPr="00930C49" w:rsidRDefault="00A414AA" w:rsidP="00845B32">
      <w:pPr>
        <w:ind w:left="-720"/>
      </w:pPr>
      <w:r>
        <w:rPr>
          <w:rFonts w:ascii="Arial" w:eastAsia="Arial" w:hAnsi="Arial" w:cs="Arial"/>
          <w:lang w:val="hi-IN"/>
        </w:rPr>
        <w:t xml:space="preserve">Medicaid </w:t>
      </w:r>
      <w:r>
        <w:rPr>
          <w:rFonts w:ascii="Arial" w:eastAsia="Arial" w:hAnsi="Arial" w:cs="Arial"/>
          <w:lang w:val="hi-IN"/>
        </w:rPr>
        <w:t>स्कूल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में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प्रदान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जाने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वाली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कुछ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चिकित्सीय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रूप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आवश्यक</w:t>
      </w:r>
      <w:r>
        <w:rPr>
          <w:rFonts w:ascii="Arial" w:eastAsia="Arial" w:hAnsi="Arial" w:cs="Arial"/>
          <w:lang w:val="hi-IN"/>
        </w:rPr>
        <w:t xml:space="preserve">, </w:t>
      </w:r>
      <w:r>
        <w:rPr>
          <w:rFonts w:ascii="Arial" w:eastAsia="Arial" w:hAnsi="Arial" w:cs="Arial"/>
          <w:lang w:val="hi-IN"/>
        </w:rPr>
        <w:t>स्वास्थ्य</w:t>
      </w:r>
      <w:r>
        <w:rPr>
          <w:rFonts w:ascii="Arial" w:eastAsia="Arial" w:hAnsi="Arial" w:cs="Arial"/>
          <w:lang w:val="hi-IN"/>
        </w:rPr>
        <w:t>-</w:t>
      </w:r>
      <w:r>
        <w:rPr>
          <w:rFonts w:ascii="Arial" w:eastAsia="Arial" w:hAnsi="Arial" w:cs="Arial"/>
          <w:lang w:val="hi-IN"/>
        </w:rPr>
        <w:t>संबंधी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सेवाओं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लिए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जिले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को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प्रतिपूर्ति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सकता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है</w:t>
      </w:r>
      <w:r>
        <w:rPr>
          <w:rFonts w:ascii="Arial" w:eastAsia="Arial" w:hAnsi="Arial" w:cs="Arial"/>
          <w:lang w:val="hi-IN"/>
        </w:rPr>
        <w:t xml:space="preserve">, </w:t>
      </w:r>
      <w:r>
        <w:rPr>
          <w:rFonts w:ascii="Arial" w:eastAsia="Arial" w:hAnsi="Arial" w:cs="Arial"/>
          <w:lang w:val="hi-IN"/>
        </w:rPr>
        <w:t>जिसमें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व्यवहार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संबंधी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स्वास्थ्य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सेवाएँ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और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परामर्श</w:t>
      </w:r>
      <w:r>
        <w:rPr>
          <w:rFonts w:ascii="Arial" w:eastAsia="Arial" w:hAnsi="Arial" w:cs="Arial"/>
          <w:lang w:val="hi-IN"/>
        </w:rPr>
        <w:t xml:space="preserve">, </w:t>
      </w:r>
      <w:r>
        <w:rPr>
          <w:rFonts w:ascii="Arial" w:eastAsia="Arial" w:hAnsi="Arial" w:cs="Arial"/>
          <w:lang w:val="hi-IN"/>
        </w:rPr>
        <w:t>नर्सिंग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सेवाएँ</w:t>
      </w:r>
      <w:r>
        <w:rPr>
          <w:rFonts w:ascii="Arial" w:eastAsia="Arial" w:hAnsi="Arial" w:cs="Arial"/>
          <w:lang w:val="hi-IN"/>
        </w:rPr>
        <w:t xml:space="preserve">, </w:t>
      </w:r>
      <w:r>
        <w:rPr>
          <w:rFonts w:ascii="Arial" w:eastAsia="Arial" w:hAnsi="Arial" w:cs="Arial"/>
          <w:lang w:val="hi-IN"/>
        </w:rPr>
        <w:t>भाषण</w:t>
      </w:r>
      <w:r>
        <w:rPr>
          <w:rFonts w:ascii="Arial" w:eastAsia="Arial" w:hAnsi="Arial" w:cs="Arial"/>
          <w:lang w:val="hi-IN"/>
        </w:rPr>
        <w:t>-</w:t>
      </w:r>
      <w:r>
        <w:rPr>
          <w:rFonts w:ascii="Arial" w:eastAsia="Arial" w:hAnsi="Arial" w:cs="Arial"/>
          <w:lang w:val="hi-IN"/>
        </w:rPr>
        <w:t>भाषा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चिकित्सा</w:t>
      </w:r>
      <w:r>
        <w:rPr>
          <w:rFonts w:ascii="Arial" w:eastAsia="Arial" w:hAnsi="Arial" w:cs="Arial"/>
          <w:lang w:val="hi-IN"/>
        </w:rPr>
        <w:t xml:space="preserve">, </w:t>
      </w:r>
      <w:r>
        <w:rPr>
          <w:rFonts w:ascii="Arial" w:eastAsia="Arial" w:hAnsi="Arial" w:cs="Arial"/>
          <w:lang w:val="hi-IN"/>
        </w:rPr>
        <w:t>व्यावसायिक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च</w:t>
      </w:r>
      <w:r>
        <w:rPr>
          <w:rFonts w:ascii="Arial" w:eastAsia="Arial" w:hAnsi="Arial" w:cs="Arial"/>
          <w:lang w:val="hi-IN"/>
        </w:rPr>
        <w:t>िकित्सा</w:t>
      </w:r>
      <w:r>
        <w:rPr>
          <w:rFonts w:ascii="Arial" w:eastAsia="Arial" w:hAnsi="Arial" w:cs="Arial"/>
          <w:lang w:val="hi-IN"/>
        </w:rPr>
        <w:t xml:space="preserve">, </w:t>
      </w:r>
      <w:r>
        <w:rPr>
          <w:rFonts w:ascii="Arial" w:eastAsia="Arial" w:hAnsi="Arial" w:cs="Arial"/>
          <w:lang w:val="hi-IN"/>
        </w:rPr>
        <w:t>शारीरिक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चिकित्सा</w:t>
      </w:r>
      <w:r>
        <w:rPr>
          <w:rFonts w:ascii="Arial" w:eastAsia="Arial" w:hAnsi="Arial" w:cs="Arial"/>
          <w:lang w:val="hi-IN"/>
        </w:rPr>
        <w:t xml:space="preserve">, </w:t>
      </w:r>
      <w:r>
        <w:rPr>
          <w:rFonts w:ascii="Arial" w:eastAsia="Arial" w:hAnsi="Arial" w:cs="Arial"/>
          <w:lang w:val="hi-IN"/>
        </w:rPr>
        <w:t>मूल्यांकन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और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आंकलन</w:t>
      </w:r>
      <w:r>
        <w:rPr>
          <w:rFonts w:ascii="Arial" w:eastAsia="Arial" w:hAnsi="Arial" w:cs="Arial"/>
          <w:lang w:val="hi-IN"/>
        </w:rPr>
        <w:t xml:space="preserve">, </w:t>
      </w:r>
      <w:r>
        <w:rPr>
          <w:rFonts w:ascii="Arial" w:eastAsia="Arial" w:hAnsi="Arial" w:cs="Arial"/>
          <w:lang w:val="hi-IN"/>
        </w:rPr>
        <w:t>और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सेवाओं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को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प्राप्त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करने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संबंधित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सहायक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प्रौद्योगिकी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सेवाएँ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शामिल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हैं</w:t>
      </w:r>
      <w:r>
        <w:rPr>
          <w:rFonts w:ascii="Arial" w:eastAsia="Arial" w:hAnsi="Arial" w:cs="Arial"/>
          <w:lang w:val="hi-IN"/>
        </w:rPr>
        <w:t xml:space="preserve">, </w:t>
      </w:r>
      <w:r>
        <w:rPr>
          <w:rFonts w:ascii="Arial" w:eastAsia="Arial" w:hAnsi="Arial" w:cs="Arial"/>
          <w:lang w:val="hi-IN"/>
        </w:rPr>
        <w:t>लेकिन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इन्हीं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तक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सीमित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नहीं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हैं।</w:t>
      </w:r>
      <w:r>
        <w:rPr>
          <w:rFonts w:ascii="Arial" w:eastAsia="Arial" w:hAnsi="Arial" w:cs="Arial"/>
          <w:lang w:val="hi-IN"/>
        </w:rPr>
        <w:t xml:space="preserve"> </w:t>
      </w:r>
    </w:p>
    <w:p w14:paraId="36B34A80" w14:textId="1816A194" w:rsidR="00D55FFB" w:rsidRPr="00930C49" w:rsidRDefault="00A414AA" w:rsidP="00D55FFB">
      <w:pPr>
        <w:ind w:left="-720"/>
      </w:pPr>
      <w:r>
        <w:rPr>
          <w:rFonts w:ascii="Arial" w:eastAsia="Arial" w:hAnsi="Arial" w:cs="Arial"/>
          <w:lang w:val="hi-IN"/>
        </w:rPr>
        <w:t>सभी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सेवाओं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प्रतिपूर्ति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नहीं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जाती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है</w:t>
      </w:r>
      <w:r>
        <w:rPr>
          <w:rFonts w:ascii="Arial" w:eastAsia="Arial" w:hAnsi="Arial" w:cs="Arial"/>
          <w:lang w:val="hi-IN"/>
        </w:rPr>
        <w:t xml:space="preserve">, </w:t>
      </w:r>
      <w:r>
        <w:rPr>
          <w:rFonts w:ascii="Arial" w:eastAsia="Arial" w:hAnsi="Arial" w:cs="Arial"/>
          <w:lang w:val="hi-IN"/>
        </w:rPr>
        <w:t>और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केवल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वे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सेवाएँ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जो</w:t>
      </w:r>
      <w:r>
        <w:rPr>
          <w:rFonts w:ascii="Arial" w:eastAsia="Arial" w:hAnsi="Arial" w:cs="Arial"/>
          <w:lang w:val="hi-IN"/>
        </w:rPr>
        <w:t xml:space="preserve"> Medicaid </w:t>
      </w:r>
      <w:r>
        <w:rPr>
          <w:rFonts w:ascii="Arial" w:eastAsia="Arial" w:hAnsi="Arial" w:cs="Arial"/>
          <w:lang w:val="hi-IN"/>
        </w:rPr>
        <w:t>आवश्यकताओं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को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पूरा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करती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हैं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और</w:t>
      </w:r>
      <w:r>
        <w:rPr>
          <w:rFonts w:ascii="Arial" w:eastAsia="Arial" w:hAnsi="Arial" w:cs="Arial"/>
          <w:lang w:val="hi-IN"/>
        </w:rPr>
        <w:t xml:space="preserve"> Medicaid-</w:t>
      </w:r>
      <w:r>
        <w:rPr>
          <w:rFonts w:ascii="Arial" w:eastAsia="Arial" w:hAnsi="Arial" w:cs="Arial"/>
          <w:lang w:val="hi-IN"/>
        </w:rPr>
        <w:t>पात्र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छात्रों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को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प्रदान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जाती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हैं</w:t>
      </w:r>
      <w:r>
        <w:rPr>
          <w:rFonts w:ascii="Arial" w:eastAsia="Arial" w:hAnsi="Arial" w:cs="Arial"/>
          <w:lang w:val="hi-IN"/>
        </w:rPr>
        <w:t xml:space="preserve">, </w:t>
      </w:r>
      <w:r>
        <w:rPr>
          <w:rFonts w:ascii="Arial" w:eastAsia="Arial" w:hAnsi="Arial" w:cs="Arial"/>
          <w:lang w:val="hi-IN"/>
        </w:rPr>
        <w:t>उन्हें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प्रतिपूर्ति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लिए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माना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जा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सकता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है।</w:t>
      </w:r>
    </w:p>
    <w:p w14:paraId="76034EB1" w14:textId="6C5E5463" w:rsidR="00D55FFB" w:rsidRPr="007809AC" w:rsidRDefault="00A414AA" w:rsidP="00D55FFB">
      <w:pPr>
        <w:pStyle w:val="Heading2"/>
        <w:ind w:left="-720"/>
        <w:rPr>
          <w:color w:val="365F91" w:themeColor="accent1" w:themeShade="BF"/>
        </w:rPr>
      </w:pPr>
      <w:r>
        <w:rPr>
          <w:rFonts w:ascii="Arial" w:eastAsia="Arial" w:hAnsi="Arial" w:cs="Arial"/>
          <w:color w:val="365F91"/>
          <w:lang w:val="hi-IN"/>
        </w:rPr>
        <w:t>चिकित्सीय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द</w:t>
      </w:r>
      <w:r>
        <w:rPr>
          <w:rFonts w:ascii="Arial" w:eastAsia="Arial" w:hAnsi="Arial" w:cs="Arial"/>
          <w:color w:val="365F91"/>
          <w:lang w:val="hi-IN"/>
        </w:rPr>
        <w:t>ेखभाल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योजना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क्या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है</w:t>
      </w:r>
      <w:r>
        <w:rPr>
          <w:rFonts w:ascii="Arial" w:eastAsia="Arial" w:hAnsi="Arial" w:cs="Arial"/>
          <w:color w:val="365F91"/>
          <w:lang w:val="hi-IN"/>
        </w:rPr>
        <w:t>?</w:t>
      </w:r>
    </w:p>
    <w:p w14:paraId="113C2C90" w14:textId="3B44D27D" w:rsidR="00D55FFB" w:rsidRPr="00930C49" w:rsidRDefault="00A414AA" w:rsidP="00D55FFB">
      <w:pPr>
        <w:ind w:left="-720"/>
      </w:pPr>
      <w:r>
        <w:rPr>
          <w:rFonts w:ascii="Arial" w:eastAsia="Arial" w:hAnsi="Arial" w:cs="Arial"/>
          <w:lang w:val="hi-IN"/>
        </w:rPr>
        <w:t>चिकित्सीय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देखभाल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योजना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एक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विशिष्ट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स्वास्थ्य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देखभाल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प्रदाता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द्वारा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तैयार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एक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दस्तावेज़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है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जो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एक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छात्र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लिए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आवश्यक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सेवाओं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वर्णन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करता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है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और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उन्हें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प्रदान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करन</w:t>
      </w:r>
      <w:r>
        <w:rPr>
          <w:rFonts w:ascii="Arial" w:eastAsia="Arial" w:hAnsi="Arial" w:cs="Arial"/>
          <w:lang w:val="hi-IN"/>
        </w:rPr>
        <w:t>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लिए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स्कूल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को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अधिकृत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करता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है।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कुछ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सेवाओं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लिए</w:t>
      </w:r>
      <w:r>
        <w:rPr>
          <w:rFonts w:ascii="Arial" w:eastAsia="Arial" w:hAnsi="Arial" w:cs="Arial"/>
          <w:lang w:val="hi-IN"/>
        </w:rPr>
        <w:t xml:space="preserve">, </w:t>
      </w:r>
      <w:r>
        <w:rPr>
          <w:rFonts w:ascii="Arial" w:eastAsia="Arial" w:hAnsi="Arial" w:cs="Arial"/>
          <w:lang w:val="hi-IN"/>
        </w:rPr>
        <w:t>यह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दस्तावेज़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स्कूल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बिलिंग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रिकॉर्ड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हिस्सा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हो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सकता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है।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यदि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आपके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बच्चे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सेवाओं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लागू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होता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है</w:t>
      </w:r>
      <w:r>
        <w:rPr>
          <w:rFonts w:ascii="Arial" w:eastAsia="Arial" w:hAnsi="Arial" w:cs="Arial"/>
          <w:lang w:val="hi-IN"/>
        </w:rPr>
        <w:t xml:space="preserve">, </w:t>
      </w:r>
      <w:r>
        <w:rPr>
          <w:rFonts w:ascii="Arial" w:eastAsia="Arial" w:hAnsi="Arial" w:cs="Arial"/>
          <w:lang w:val="hi-IN"/>
        </w:rPr>
        <w:t>तो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इसे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बिलिंग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या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ऑडिट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उद्देश्यों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लिए</w:t>
      </w:r>
      <w:r>
        <w:rPr>
          <w:rFonts w:ascii="Arial" w:eastAsia="Arial" w:hAnsi="Arial" w:cs="Arial"/>
          <w:lang w:val="hi-IN"/>
        </w:rPr>
        <w:t xml:space="preserve"> Medicaid </w:t>
      </w:r>
      <w:r>
        <w:rPr>
          <w:rFonts w:ascii="Arial" w:eastAsia="Arial" w:hAnsi="Arial" w:cs="Arial"/>
          <w:lang w:val="hi-IN"/>
        </w:rPr>
        <w:t>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साथ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साझा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किया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जा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सकता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है।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केवल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न्यूनतम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आवश्यक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जानक</w:t>
      </w:r>
      <w:r>
        <w:rPr>
          <w:rFonts w:ascii="Arial" w:eastAsia="Arial" w:hAnsi="Arial" w:cs="Arial"/>
          <w:lang w:val="hi-IN"/>
        </w:rPr>
        <w:t>ारी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अधिकृत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पक्षों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साथ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साझा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जाती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है।</w:t>
      </w:r>
    </w:p>
    <w:p w14:paraId="41C13256" w14:textId="77777777" w:rsidR="001C02DC" w:rsidRPr="007809AC" w:rsidRDefault="00A414AA" w:rsidP="00845B32">
      <w:pPr>
        <w:pStyle w:val="Heading2"/>
        <w:ind w:left="-720"/>
        <w:rPr>
          <w:color w:val="365F91" w:themeColor="accent1" w:themeShade="BF"/>
        </w:rPr>
      </w:pPr>
      <w:r>
        <w:rPr>
          <w:rFonts w:ascii="Arial" w:eastAsia="Arial" w:hAnsi="Arial" w:cs="Arial"/>
          <w:color w:val="365F91"/>
          <w:lang w:val="hi-IN"/>
        </w:rPr>
        <w:t>क्या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यह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केवल</w:t>
      </w:r>
      <w:r>
        <w:rPr>
          <w:rFonts w:ascii="Arial" w:eastAsia="Arial" w:hAnsi="Arial" w:cs="Arial"/>
          <w:color w:val="365F91"/>
          <w:lang w:val="hi-IN"/>
        </w:rPr>
        <w:t xml:space="preserve"> IEP </w:t>
      </w:r>
      <w:r>
        <w:rPr>
          <w:rFonts w:ascii="Arial" w:eastAsia="Arial" w:hAnsi="Arial" w:cs="Arial"/>
          <w:color w:val="365F91"/>
          <w:lang w:val="hi-IN"/>
        </w:rPr>
        <w:t>वाले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छात्रों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पर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लागू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होता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है</w:t>
      </w:r>
      <w:r>
        <w:rPr>
          <w:rFonts w:ascii="Arial" w:eastAsia="Arial" w:hAnsi="Arial" w:cs="Arial"/>
          <w:color w:val="365F91"/>
          <w:lang w:val="hi-IN"/>
        </w:rPr>
        <w:t>?</w:t>
      </w:r>
    </w:p>
    <w:p w14:paraId="2BB4F5D8" w14:textId="458ECEC3" w:rsidR="001C02DC" w:rsidRDefault="00A414AA" w:rsidP="00845B32">
      <w:pPr>
        <w:ind w:left="-720"/>
      </w:pPr>
      <w:r>
        <w:rPr>
          <w:rFonts w:ascii="Arial" w:eastAsia="Arial" w:hAnsi="Arial" w:cs="Arial"/>
          <w:lang w:val="hi-IN"/>
        </w:rPr>
        <w:t>नहीं।</w:t>
      </w:r>
      <w:r>
        <w:rPr>
          <w:rFonts w:ascii="Arial" w:eastAsia="Arial" w:hAnsi="Arial" w:cs="Arial"/>
          <w:lang w:val="hi-IN"/>
        </w:rPr>
        <w:t xml:space="preserve"> </w:t>
      </w:r>
      <w:proofErr w:type="spellStart"/>
      <w:r>
        <w:rPr>
          <w:rFonts w:ascii="Arial" w:eastAsia="Arial" w:hAnsi="Arial" w:cs="Arial"/>
          <w:lang w:val="hi-IN"/>
        </w:rPr>
        <w:t>Medi</w:t>
      </w:r>
      <w:r>
        <w:rPr>
          <w:rFonts w:ascii="Arial" w:eastAsia="Arial" w:hAnsi="Arial" w:cs="Arial"/>
          <w:lang w:val="hi-IN"/>
        </w:rPr>
        <w:t>caid</w:t>
      </w:r>
      <w:proofErr w:type="spellEnd"/>
      <w:r>
        <w:rPr>
          <w:rFonts w:ascii="Arial" w:eastAsia="Arial" w:hAnsi="Arial" w:cs="Arial"/>
          <w:lang w:val="hi-IN"/>
        </w:rPr>
        <w:t xml:space="preserve"> </w:t>
      </w:r>
      <w:proofErr w:type="spellStart"/>
      <w:r>
        <w:rPr>
          <w:rFonts w:ascii="Arial" w:eastAsia="Arial" w:hAnsi="Arial" w:cs="Arial"/>
          <w:lang w:val="hi-IN"/>
        </w:rPr>
        <w:t>प्रतिपूर्ति</w:t>
      </w:r>
      <w:proofErr w:type="spellEnd"/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उन</w:t>
      </w:r>
      <w:r>
        <w:rPr>
          <w:rFonts w:ascii="Arial" w:eastAsia="Arial" w:hAnsi="Arial" w:cs="Arial"/>
          <w:lang w:val="hi-IN"/>
        </w:rPr>
        <w:t xml:space="preserve"> </w:t>
      </w:r>
      <w:proofErr w:type="spellStart"/>
      <w:r>
        <w:rPr>
          <w:rFonts w:ascii="Arial" w:eastAsia="Arial" w:hAnsi="Arial" w:cs="Arial"/>
          <w:lang w:val="hi-IN"/>
        </w:rPr>
        <w:t>Medicaid</w:t>
      </w:r>
      <w:proofErr w:type="spellEnd"/>
      <w:r>
        <w:rPr>
          <w:rFonts w:ascii="Arial" w:eastAsia="Arial" w:hAnsi="Arial" w:cs="Arial"/>
          <w:lang w:val="hi-IN"/>
        </w:rPr>
        <w:t>-</w:t>
      </w:r>
      <w:r>
        <w:rPr>
          <w:rFonts w:ascii="Arial" w:eastAsia="Arial" w:hAnsi="Arial" w:cs="Arial"/>
          <w:lang w:val="hi-IN"/>
        </w:rPr>
        <w:t>पात्र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छात्रों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लागू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हो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सकती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है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जिनके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पास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व्यक्तिगत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शिक्षा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कार्यक्रम</w:t>
      </w:r>
      <w:r>
        <w:rPr>
          <w:rFonts w:ascii="Arial" w:eastAsia="Arial" w:hAnsi="Arial" w:cs="Arial"/>
          <w:lang w:val="hi-IN"/>
        </w:rPr>
        <w:t xml:space="preserve"> (</w:t>
      </w:r>
      <w:r w:rsidRPr="00A414AA">
        <w:rPr>
          <w:rFonts w:ascii="Arial" w:eastAsia="Arial" w:hAnsi="Arial" w:cs="Arial"/>
          <w:lang w:val="hi-IN"/>
        </w:rPr>
        <w:t>Individualized Education Programs</w:t>
      </w:r>
      <w:r w:rsidRPr="00A414AA">
        <w:rPr>
          <w:rFonts w:ascii="Arial" w:eastAsia="Arial" w:hAnsi="Arial" w:cs="Arial"/>
          <w:lang w:val="hi-IN"/>
        </w:rPr>
        <w:t>,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  <w:lang w:val="hi-IN"/>
        </w:rPr>
        <w:t>IEP</w:t>
      </w:r>
      <w:proofErr w:type="spellEnd"/>
      <w:r>
        <w:rPr>
          <w:rFonts w:ascii="Arial" w:eastAsia="Arial" w:hAnsi="Arial" w:cs="Arial"/>
          <w:lang w:val="hi-IN"/>
        </w:rPr>
        <w:t xml:space="preserve">) </w:t>
      </w:r>
      <w:r>
        <w:rPr>
          <w:rFonts w:ascii="Arial" w:eastAsia="Arial" w:hAnsi="Arial" w:cs="Arial"/>
          <w:lang w:val="hi-IN"/>
        </w:rPr>
        <w:t>हैं</w:t>
      </w:r>
      <w:r>
        <w:rPr>
          <w:rFonts w:ascii="Arial" w:eastAsia="Arial" w:hAnsi="Arial" w:cs="Arial"/>
          <w:lang w:val="hi-IN"/>
        </w:rPr>
        <w:t xml:space="preserve">, </w:t>
      </w:r>
      <w:r>
        <w:rPr>
          <w:rFonts w:ascii="Arial" w:eastAsia="Arial" w:hAnsi="Arial" w:cs="Arial"/>
          <w:lang w:val="hi-IN"/>
        </w:rPr>
        <w:t>और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सामान्य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शिक्षा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में</w:t>
      </w:r>
      <w:r>
        <w:rPr>
          <w:rFonts w:ascii="Arial" w:eastAsia="Arial" w:hAnsi="Arial" w:cs="Arial"/>
          <w:lang w:val="hi-IN"/>
        </w:rPr>
        <w:t xml:space="preserve"> </w:t>
      </w:r>
      <w:proofErr w:type="spellStart"/>
      <w:r>
        <w:rPr>
          <w:rFonts w:ascii="Arial" w:eastAsia="Arial" w:hAnsi="Arial" w:cs="Arial"/>
          <w:lang w:val="hi-IN"/>
        </w:rPr>
        <w:t>Medicaid</w:t>
      </w:r>
      <w:proofErr w:type="spellEnd"/>
      <w:r>
        <w:rPr>
          <w:rFonts w:ascii="Arial" w:eastAsia="Arial" w:hAnsi="Arial" w:cs="Arial"/>
          <w:lang w:val="hi-IN"/>
        </w:rPr>
        <w:t>-</w:t>
      </w:r>
      <w:r>
        <w:rPr>
          <w:rFonts w:ascii="Arial" w:eastAsia="Arial" w:hAnsi="Arial" w:cs="Arial"/>
          <w:lang w:val="hi-IN"/>
        </w:rPr>
        <w:t>पात्र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छात्रों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भी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लागू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हो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सकती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है</w:t>
      </w:r>
      <w:r>
        <w:rPr>
          <w:rFonts w:ascii="Arial" w:eastAsia="Arial" w:hAnsi="Arial" w:cs="Arial"/>
          <w:lang w:val="hi-IN"/>
        </w:rPr>
        <w:t xml:space="preserve">, </w:t>
      </w:r>
      <w:r>
        <w:rPr>
          <w:rFonts w:ascii="Arial" w:eastAsia="Arial" w:hAnsi="Arial" w:cs="Arial"/>
          <w:lang w:val="hi-IN"/>
        </w:rPr>
        <w:t>जो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कुछ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पात्र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स्वास्थ्य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या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व्यवहार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संबंधी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सेवाएँ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प्राप्त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करते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हैं।</w:t>
      </w:r>
      <w:r>
        <w:rPr>
          <w:rFonts w:ascii="Arial" w:eastAsia="Arial" w:hAnsi="Arial" w:cs="Arial"/>
          <w:lang w:val="hi-IN"/>
        </w:rPr>
        <w:t xml:space="preserve"> </w:t>
      </w:r>
    </w:p>
    <w:p w14:paraId="584828D3" w14:textId="77777777" w:rsidR="001C02DC" w:rsidRPr="007809AC" w:rsidRDefault="00A414AA" w:rsidP="00845B32">
      <w:pPr>
        <w:pStyle w:val="Heading2"/>
        <w:ind w:left="-720"/>
        <w:rPr>
          <w:color w:val="365F91" w:themeColor="accent1" w:themeShade="BF"/>
        </w:rPr>
      </w:pPr>
      <w:r>
        <w:rPr>
          <w:rFonts w:ascii="Arial" w:eastAsia="Arial" w:hAnsi="Arial" w:cs="Arial"/>
          <w:color w:val="365F91"/>
          <w:lang w:val="hi-IN"/>
        </w:rPr>
        <w:t>क्या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मेरे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या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मेरे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परिवार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के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लिए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कोई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लागत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है</w:t>
      </w:r>
      <w:r>
        <w:rPr>
          <w:rFonts w:ascii="Arial" w:eastAsia="Arial" w:hAnsi="Arial" w:cs="Arial"/>
          <w:color w:val="365F91"/>
          <w:lang w:val="hi-IN"/>
        </w:rPr>
        <w:t>?</w:t>
      </w:r>
    </w:p>
    <w:p w14:paraId="6352F9D2" w14:textId="4F4C8F8E" w:rsidR="001C02DC" w:rsidRDefault="00A414AA" w:rsidP="00845B32">
      <w:pPr>
        <w:ind w:left="-720"/>
      </w:pPr>
      <w:r>
        <w:rPr>
          <w:rFonts w:ascii="Arial" w:eastAsia="Arial" w:hAnsi="Arial" w:cs="Arial"/>
          <w:lang w:val="hi-IN"/>
        </w:rPr>
        <w:t>नहीं।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आपकी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सहमति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जिले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को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पात्र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सेवाओं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लिए</w:t>
      </w:r>
      <w:r>
        <w:rPr>
          <w:rFonts w:ascii="Arial" w:eastAsia="Arial" w:hAnsi="Arial" w:cs="Arial"/>
          <w:lang w:val="hi-IN"/>
        </w:rPr>
        <w:t xml:space="preserve"> Medicaid </w:t>
      </w:r>
      <w:r>
        <w:rPr>
          <w:rFonts w:ascii="Arial" w:eastAsia="Arial" w:hAnsi="Arial" w:cs="Arial"/>
          <w:lang w:val="hi-IN"/>
        </w:rPr>
        <w:t>प्रतिपूर्ति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प्</w:t>
      </w:r>
      <w:r>
        <w:rPr>
          <w:rFonts w:ascii="Arial" w:eastAsia="Arial" w:hAnsi="Arial" w:cs="Arial"/>
          <w:lang w:val="hi-IN"/>
        </w:rPr>
        <w:t>राप्त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करने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अनुमति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देती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है।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इसके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परिणामस्वरूप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आपके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परिवार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को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अपनी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जेब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कोई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खर्च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नहीं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करना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पड़ेगा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और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न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आपके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बच्चे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के</w:t>
      </w:r>
      <w:r>
        <w:rPr>
          <w:rFonts w:ascii="Arial" w:eastAsia="Arial" w:hAnsi="Arial" w:cs="Arial"/>
          <w:lang w:val="hi-IN"/>
        </w:rPr>
        <w:t xml:space="preserve"> Medicaid </w:t>
      </w:r>
      <w:r>
        <w:rPr>
          <w:rFonts w:ascii="Arial" w:eastAsia="Arial" w:hAnsi="Arial" w:cs="Arial"/>
          <w:lang w:val="hi-IN"/>
        </w:rPr>
        <w:t>कवरेज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या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लाभों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कोई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प्रभाव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पड़ेगा।</w:t>
      </w:r>
    </w:p>
    <w:p w14:paraId="0146DEF6" w14:textId="77777777" w:rsidR="001C02DC" w:rsidRPr="007809AC" w:rsidRDefault="00A414AA" w:rsidP="00845B32">
      <w:pPr>
        <w:pStyle w:val="Heading2"/>
        <w:ind w:left="-720"/>
        <w:rPr>
          <w:color w:val="365F91" w:themeColor="accent1" w:themeShade="BF"/>
        </w:rPr>
      </w:pPr>
      <w:r>
        <w:rPr>
          <w:rFonts w:ascii="Arial" w:eastAsia="Arial" w:hAnsi="Arial" w:cs="Arial"/>
          <w:color w:val="365F91"/>
          <w:lang w:val="hi-IN"/>
        </w:rPr>
        <w:t>क्या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यह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मे</w:t>
      </w:r>
      <w:r>
        <w:rPr>
          <w:rFonts w:ascii="Arial" w:eastAsia="Arial" w:hAnsi="Arial" w:cs="Arial"/>
          <w:color w:val="365F91"/>
          <w:lang w:val="hi-IN"/>
        </w:rPr>
        <w:t>रे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बच्चे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की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शिक्षा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या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सेवाओं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को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प्रभावित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करेगा</w:t>
      </w:r>
      <w:r>
        <w:rPr>
          <w:rFonts w:ascii="Arial" w:eastAsia="Arial" w:hAnsi="Arial" w:cs="Arial"/>
          <w:color w:val="365F91"/>
          <w:lang w:val="hi-IN"/>
        </w:rPr>
        <w:t>?</w:t>
      </w:r>
    </w:p>
    <w:p w14:paraId="16E4258A" w14:textId="078F648A" w:rsidR="001C02DC" w:rsidRDefault="00A414AA" w:rsidP="00845B32">
      <w:pPr>
        <w:ind w:left="-720"/>
      </w:pPr>
      <w:r>
        <w:rPr>
          <w:rFonts w:ascii="Arial" w:eastAsia="Arial" w:hAnsi="Arial" w:cs="Arial"/>
          <w:lang w:val="hi-IN"/>
        </w:rPr>
        <w:t>नहीं।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आपके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बच्चे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को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बिना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किसी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लागत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सभी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आवश्यक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सेवाएँ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मिलती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रहेंगी</w:t>
      </w:r>
      <w:r>
        <w:rPr>
          <w:rFonts w:ascii="Arial" w:eastAsia="Arial" w:hAnsi="Arial" w:cs="Arial"/>
          <w:lang w:val="hi-IN"/>
        </w:rPr>
        <w:t xml:space="preserve">, </w:t>
      </w:r>
      <w:r>
        <w:rPr>
          <w:rFonts w:ascii="Arial" w:eastAsia="Arial" w:hAnsi="Arial" w:cs="Arial"/>
          <w:lang w:val="hi-IN"/>
        </w:rPr>
        <w:t>चाहे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आप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सहमति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दें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या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न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दें।</w:t>
      </w:r>
    </w:p>
    <w:p w14:paraId="4980CC04" w14:textId="77777777" w:rsidR="001C02DC" w:rsidRPr="007809AC" w:rsidRDefault="00A414AA" w:rsidP="00845B32">
      <w:pPr>
        <w:pStyle w:val="Heading2"/>
        <w:ind w:left="-720"/>
        <w:rPr>
          <w:color w:val="365F91" w:themeColor="accent1" w:themeShade="BF"/>
        </w:rPr>
      </w:pPr>
      <w:r>
        <w:rPr>
          <w:rFonts w:ascii="Arial" w:eastAsia="Arial" w:hAnsi="Arial" w:cs="Arial"/>
          <w:color w:val="365F91"/>
          <w:lang w:val="hi-IN"/>
        </w:rPr>
        <w:lastRenderedPageBreak/>
        <w:t>क्या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यह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मेरे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बच्चे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के</w:t>
      </w:r>
      <w:r>
        <w:rPr>
          <w:rFonts w:ascii="Arial" w:eastAsia="Arial" w:hAnsi="Arial" w:cs="Arial"/>
          <w:color w:val="365F91"/>
          <w:lang w:val="hi-IN"/>
        </w:rPr>
        <w:t xml:space="preserve"> Medicaid </w:t>
      </w:r>
      <w:r>
        <w:rPr>
          <w:rFonts w:ascii="Arial" w:eastAsia="Arial" w:hAnsi="Arial" w:cs="Arial"/>
          <w:color w:val="365F91"/>
          <w:lang w:val="hi-IN"/>
        </w:rPr>
        <w:t>लाभों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को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प्रभावित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करेगा</w:t>
      </w:r>
      <w:r>
        <w:rPr>
          <w:rFonts w:ascii="Arial" w:eastAsia="Arial" w:hAnsi="Arial" w:cs="Arial"/>
          <w:color w:val="365F91"/>
          <w:lang w:val="hi-IN"/>
        </w:rPr>
        <w:t>?</w:t>
      </w:r>
    </w:p>
    <w:p w14:paraId="6D1F9339" w14:textId="77777777" w:rsidR="001C02DC" w:rsidRDefault="00A414AA" w:rsidP="00845B32">
      <w:pPr>
        <w:ind w:left="-720"/>
      </w:pPr>
      <w:r>
        <w:rPr>
          <w:rFonts w:ascii="Arial" w:eastAsia="Arial" w:hAnsi="Arial" w:cs="Arial"/>
          <w:lang w:val="hi-IN"/>
        </w:rPr>
        <w:t>नहीं।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स्कूल</w:t>
      </w:r>
      <w:r>
        <w:rPr>
          <w:rFonts w:ascii="Arial" w:eastAsia="Arial" w:hAnsi="Arial" w:cs="Arial"/>
          <w:lang w:val="hi-IN"/>
        </w:rPr>
        <w:t>-</w:t>
      </w:r>
      <w:r>
        <w:rPr>
          <w:rFonts w:ascii="Arial" w:eastAsia="Arial" w:hAnsi="Arial" w:cs="Arial"/>
          <w:lang w:val="hi-IN"/>
        </w:rPr>
        <w:t>आधारित</w:t>
      </w:r>
      <w:r>
        <w:rPr>
          <w:rFonts w:ascii="Arial" w:eastAsia="Arial" w:hAnsi="Arial" w:cs="Arial"/>
          <w:lang w:val="hi-IN"/>
        </w:rPr>
        <w:t xml:space="preserve"> Medicaid </w:t>
      </w:r>
      <w:r>
        <w:rPr>
          <w:rFonts w:ascii="Arial" w:eastAsia="Arial" w:hAnsi="Arial" w:cs="Arial"/>
          <w:lang w:val="hi-IN"/>
        </w:rPr>
        <w:t>बिलिंग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आपके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बच्चे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उपलब्ध</w:t>
      </w:r>
      <w:r>
        <w:rPr>
          <w:rFonts w:ascii="Arial" w:eastAsia="Arial" w:hAnsi="Arial" w:cs="Arial"/>
          <w:lang w:val="hi-IN"/>
        </w:rPr>
        <w:t xml:space="preserve"> Medicaid </w:t>
      </w:r>
      <w:r>
        <w:rPr>
          <w:rFonts w:ascii="Arial" w:eastAsia="Arial" w:hAnsi="Arial" w:cs="Arial"/>
          <w:lang w:val="hi-IN"/>
        </w:rPr>
        <w:t>लाभों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को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कम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नह</w:t>
      </w:r>
      <w:r>
        <w:rPr>
          <w:rFonts w:ascii="Arial" w:eastAsia="Arial" w:hAnsi="Arial" w:cs="Arial"/>
          <w:lang w:val="hi-IN"/>
        </w:rPr>
        <w:t>ीं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करती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है</w:t>
      </w:r>
      <w:r>
        <w:rPr>
          <w:rFonts w:ascii="Arial" w:eastAsia="Arial" w:hAnsi="Arial" w:cs="Arial"/>
          <w:lang w:val="hi-IN"/>
        </w:rPr>
        <w:t xml:space="preserve">, Medicaid </w:t>
      </w:r>
      <w:r>
        <w:rPr>
          <w:rFonts w:ascii="Arial" w:eastAsia="Arial" w:hAnsi="Arial" w:cs="Arial"/>
          <w:lang w:val="hi-IN"/>
        </w:rPr>
        <w:t>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लिए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पात्रता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को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प्रभावित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नहीं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करती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है</w:t>
      </w:r>
      <w:r>
        <w:rPr>
          <w:rFonts w:ascii="Arial" w:eastAsia="Arial" w:hAnsi="Arial" w:cs="Arial"/>
          <w:lang w:val="hi-IN"/>
        </w:rPr>
        <w:t xml:space="preserve">, </w:t>
      </w:r>
      <w:r>
        <w:rPr>
          <w:rFonts w:ascii="Arial" w:eastAsia="Arial" w:hAnsi="Arial" w:cs="Arial"/>
          <w:lang w:val="hi-IN"/>
        </w:rPr>
        <w:t>और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आपके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बच्चे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को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स्कूल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बाहर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मिलने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वाली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सेवाओं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को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प्रभावित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नहीं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करती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है।</w:t>
      </w:r>
    </w:p>
    <w:p w14:paraId="6F5FEB17" w14:textId="77777777" w:rsidR="001C02DC" w:rsidRPr="007809AC" w:rsidRDefault="00A414AA" w:rsidP="00845B32">
      <w:pPr>
        <w:pStyle w:val="Heading2"/>
        <w:ind w:left="-720"/>
        <w:rPr>
          <w:color w:val="365F91" w:themeColor="accent1" w:themeShade="BF"/>
        </w:rPr>
      </w:pPr>
      <w:r>
        <w:rPr>
          <w:rFonts w:ascii="Arial" w:eastAsia="Arial" w:hAnsi="Arial" w:cs="Arial"/>
          <w:color w:val="365F91"/>
          <w:lang w:val="hi-IN"/>
        </w:rPr>
        <w:t>मुझसे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किस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बात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की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सहमति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मांगी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जा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रही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है</w:t>
      </w:r>
      <w:r>
        <w:rPr>
          <w:rFonts w:ascii="Arial" w:eastAsia="Arial" w:hAnsi="Arial" w:cs="Arial"/>
          <w:color w:val="365F91"/>
          <w:lang w:val="hi-IN"/>
        </w:rPr>
        <w:t>?</w:t>
      </w:r>
    </w:p>
    <w:p w14:paraId="4DCAB516" w14:textId="0586E3DC" w:rsidR="001C02DC" w:rsidRDefault="00A414AA" w:rsidP="00845B32">
      <w:pPr>
        <w:ind w:left="-720"/>
      </w:pPr>
      <w:r>
        <w:rPr>
          <w:rFonts w:ascii="Arial" w:eastAsia="Arial" w:hAnsi="Arial" w:cs="Arial"/>
          <w:lang w:val="hi-IN"/>
        </w:rPr>
        <w:t>यदि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आप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सहमति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प्रदान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करते</w:t>
      </w:r>
      <w:r>
        <w:rPr>
          <w:rFonts w:ascii="Arial" w:eastAsia="Arial" w:hAnsi="Arial" w:cs="Arial"/>
          <w:lang w:val="hi-IN"/>
        </w:rPr>
        <w:t>/</w:t>
      </w:r>
      <w:r>
        <w:rPr>
          <w:rFonts w:ascii="Arial" w:eastAsia="Arial" w:hAnsi="Arial" w:cs="Arial"/>
          <w:lang w:val="hi-IN"/>
        </w:rPr>
        <w:t>करती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हैं</w:t>
      </w:r>
      <w:r>
        <w:rPr>
          <w:rFonts w:ascii="Arial" w:eastAsia="Arial" w:hAnsi="Arial" w:cs="Arial"/>
          <w:lang w:val="hi-IN"/>
        </w:rPr>
        <w:t xml:space="preserve">, </w:t>
      </w:r>
      <w:r>
        <w:rPr>
          <w:rFonts w:ascii="Arial" w:eastAsia="Arial" w:hAnsi="Arial" w:cs="Arial"/>
          <w:lang w:val="hi-IN"/>
        </w:rPr>
        <w:t>तो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आप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स्कूल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जिले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को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अपने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बच्चे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की</w:t>
      </w:r>
      <w:r>
        <w:rPr>
          <w:rFonts w:ascii="Arial" w:eastAsia="Arial" w:hAnsi="Arial" w:cs="Arial"/>
          <w:lang w:val="hi-IN"/>
        </w:rPr>
        <w:t xml:space="preserve"> Medicaid </w:t>
      </w:r>
      <w:r>
        <w:rPr>
          <w:rFonts w:ascii="Arial" w:eastAsia="Arial" w:hAnsi="Arial" w:cs="Arial"/>
          <w:lang w:val="hi-IN"/>
        </w:rPr>
        <w:t>पात्रता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सत्यापित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करने</w:t>
      </w:r>
      <w:r>
        <w:rPr>
          <w:rFonts w:ascii="Arial" w:eastAsia="Arial" w:hAnsi="Arial" w:cs="Arial"/>
          <w:lang w:val="hi-IN"/>
        </w:rPr>
        <w:t xml:space="preserve">, </w:t>
      </w:r>
      <w:r>
        <w:rPr>
          <w:rFonts w:ascii="Arial" w:eastAsia="Arial" w:hAnsi="Arial" w:cs="Arial"/>
          <w:lang w:val="hi-IN"/>
        </w:rPr>
        <w:t>स्कूल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में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प्रदान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गई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पात्र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सेवाओं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लिए</w:t>
      </w:r>
      <w:r>
        <w:rPr>
          <w:rFonts w:ascii="Arial" w:eastAsia="Arial" w:hAnsi="Arial" w:cs="Arial"/>
          <w:lang w:val="hi-IN"/>
        </w:rPr>
        <w:t xml:space="preserve"> Medicaid </w:t>
      </w:r>
      <w:r>
        <w:rPr>
          <w:rFonts w:ascii="Arial" w:eastAsia="Arial" w:hAnsi="Arial" w:cs="Arial"/>
          <w:lang w:val="hi-IN"/>
        </w:rPr>
        <w:t>से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प्रतिपूर्ति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प्राप्त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करने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और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प्रतिपूर्ति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तथा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लेखापरीक्षा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उद्देश्यों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लिए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आवश्यक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सीमित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जानकारी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साझा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करने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अनुमति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दे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रहे</w:t>
      </w:r>
      <w:r>
        <w:rPr>
          <w:rFonts w:ascii="Arial" w:eastAsia="Arial" w:hAnsi="Arial" w:cs="Arial"/>
          <w:lang w:val="hi-IN"/>
        </w:rPr>
        <w:t>/</w:t>
      </w:r>
      <w:r>
        <w:rPr>
          <w:rFonts w:ascii="Arial" w:eastAsia="Arial" w:hAnsi="Arial" w:cs="Arial"/>
          <w:lang w:val="hi-IN"/>
        </w:rPr>
        <w:t>रही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हैं।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केवल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न्यूनतम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आवश्यक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जानकारी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साझा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जाती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है।</w:t>
      </w:r>
    </w:p>
    <w:p w14:paraId="7491DDD6" w14:textId="77777777" w:rsidR="001C02DC" w:rsidRPr="007809AC" w:rsidRDefault="00A414AA" w:rsidP="00845B32">
      <w:pPr>
        <w:pStyle w:val="Heading2"/>
        <w:ind w:left="-720"/>
        <w:rPr>
          <w:color w:val="365F91" w:themeColor="accent1" w:themeShade="BF"/>
        </w:rPr>
      </w:pPr>
      <w:r>
        <w:rPr>
          <w:rFonts w:ascii="Arial" w:eastAsia="Arial" w:hAnsi="Arial" w:cs="Arial"/>
          <w:color w:val="365F91"/>
          <w:lang w:val="hi-IN"/>
        </w:rPr>
        <w:t>कौन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सी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जानकारी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साझा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की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जा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सक</w:t>
      </w:r>
      <w:r>
        <w:rPr>
          <w:rFonts w:ascii="Arial" w:eastAsia="Arial" w:hAnsi="Arial" w:cs="Arial"/>
          <w:color w:val="365F91"/>
          <w:lang w:val="hi-IN"/>
        </w:rPr>
        <w:t>ती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है</w:t>
      </w:r>
      <w:r>
        <w:rPr>
          <w:rFonts w:ascii="Arial" w:eastAsia="Arial" w:hAnsi="Arial" w:cs="Arial"/>
          <w:color w:val="365F91"/>
          <w:lang w:val="hi-IN"/>
        </w:rPr>
        <w:t>?</w:t>
      </w:r>
    </w:p>
    <w:p w14:paraId="1AF85A93" w14:textId="59D9A888" w:rsidR="001C02DC" w:rsidRDefault="00A414AA" w:rsidP="00845B32">
      <w:pPr>
        <w:ind w:left="-720"/>
      </w:pPr>
      <w:r>
        <w:rPr>
          <w:rFonts w:ascii="Arial" w:eastAsia="Arial" w:hAnsi="Arial" w:cs="Arial"/>
          <w:lang w:val="hi-IN"/>
        </w:rPr>
        <w:t>इसमें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आपके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बच्चे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नाम</w:t>
      </w:r>
      <w:r>
        <w:rPr>
          <w:rFonts w:ascii="Arial" w:eastAsia="Arial" w:hAnsi="Arial" w:cs="Arial"/>
          <w:lang w:val="hi-IN"/>
        </w:rPr>
        <w:t xml:space="preserve">, </w:t>
      </w:r>
      <w:r>
        <w:rPr>
          <w:rFonts w:ascii="Arial" w:eastAsia="Arial" w:hAnsi="Arial" w:cs="Arial"/>
          <w:lang w:val="hi-IN"/>
        </w:rPr>
        <w:t>जन्म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तिथि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और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पता</w:t>
      </w:r>
      <w:r>
        <w:rPr>
          <w:rFonts w:ascii="Arial" w:eastAsia="Arial" w:hAnsi="Arial" w:cs="Arial"/>
          <w:lang w:val="hi-IN"/>
        </w:rPr>
        <w:t xml:space="preserve">; Medicaid </w:t>
      </w:r>
      <w:r>
        <w:rPr>
          <w:rFonts w:ascii="Arial" w:eastAsia="Arial" w:hAnsi="Arial" w:cs="Arial"/>
          <w:lang w:val="hi-IN"/>
        </w:rPr>
        <w:t>पहचान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संख्या</w:t>
      </w:r>
      <w:r>
        <w:rPr>
          <w:rFonts w:ascii="Arial" w:eastAsia="Arial" w:hAnsi="Arial" w:cs="Arial"/>
          <w:lang w:val="hi-IN"/>
        </w:rPr>
        <w:t xml:space="preserve">; </w:t>
      </w:r>
      <w:r>
        <w:rPr>
          <w:rFonts w:ascii="Arial" w:eastAsia="Arial" w:hAnsi="Arial" w:cs="Arial"/>
          <w:lang w:val="hi-IN"/>
        </w:rPr>
        <w:t>प्रदान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गई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सेवाओं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बारे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में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जानकारी</w:t>
      </w:r>
      <w:r>
        <w:rPr>
          <w:rFonts w:ascii="Arial" w:eastAsia="Arial" w:hAnsi="Arial" w:cs="Arial"/>
          <w:lang w:val="hi-IN"/>
        </w:rPr>
        <w:t xml:space="preserve"> (</w:t>
      </w:r>
      <w:r>
        <w:rPr>
          <w:rFonts w:ascii="Arial" w:eastAsia="Arial" w:hAnsi="Arial" w:cs="Arial"/>
          <w:lang w:val="hi-IN"/>
        </w:rPr>
        <w:t>प्रकार</w:t>
      </w:r>
      <w:r>
        <w:rPr>
          <w:rFonts w:ascii="Arial" w:eastAsia="Arial" w:hAnsi="Arial" w:cs="Arial"/>
          <w:lang w:val="hi-IN"/>
        </w:rPr>
        <w:t xml:space="preserve">, </w:t>
      </w:r>
      <w:r>
        <w:rPr>
          <w:rFonts w:ascii="Arial" w:eastAsia="Arial" w:hAnsi="Arial" w:cs="Arial"/>
          <w:lang w:val="hi-IN"/>
        </w:rPr>
        <w:t>तिथियाँ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और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अवधि</w:t>
      </w:r>
      <w:r>
        <w:rPr>
          <w:rFonts w:ascii="Arial" w:eastAsia="Arial" w:hAnsi="Arial" w:cs="Arial"/>
          <w:lang w:val="hi-IN"/>
        </w:rPr>
        <w:t xml:space="preserve">); </w:t>
      </w:r>
      <w:r>
        <w:rPr>
          <w:rFonts w:ascii="Arial" w:eastAsia="Arial" w:hAnsi="Arial" w:cs="Arial"/>
          <w:lang w:val="hi-IN"/>
        </w:rPr>
        <w:t>और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संबंधित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रिकॉर्ड</w:t>
      </w:r>
      <w:r>
        <w:rPr>
          <w:rFonts w:ascii="Arial" w:eastAsia="Arial" w:hAnsi="Arial" w:cs="Arial"/>
          <w:lang w:val="hi-IN"/>
        </w:rPr>
        <w:t xml:space="preserve">, </w:t>
      </w:r>
      <w:r>
        <w:rPr>
          <w:rFonts w:ascii="Arial" w:eastAsia="Arial" w:hAnsi="Arial" w:cs="Arial"/>
          <w:lang w:val="hi-IN"/>
        </w:rPr>
        <w:t>जैसे</w:t>
      </w:r>
      <w:r>
        <w:rPr>
          <w:rFonts w:ascii="Arial" w:eastAsia="Arial" w:hAnsi="Arial" w:cs="Arial"/>
          <w:lang w:val="hi-IN"/>
        </w:rPr>
        <w:t xml:space="preserve"> IEP (</w:t>
      </w:r>
      <w:r>
        <w:rPr>
          <w:rFonts w:ascii="Arial" w:eastAsia="Arial" w:hAnsi="Arial" w:cs="Arial"/>
          <w:lang w:val="hi-IN"/>
        </w:rPr>
        <w:t>यदि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लागू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हो</w:t>
      </w:r>
      <w:r>
        <w:rPr>
          <w:rFonts w:ascii="Arial" w:eastAsia="Arial" w:hAnsi="Arial" w:cs="Arial"/>
          <w:lang w:val="hi-IN"/>
        </w:rPr>
        <w:t xml:space="preserve">), </w:t>
      </w:r>
      <w:r>
        <w:rPr>
          <w:rFonts w:ascii="Arial" w:eastAsia="Arial" w:hAnsi="Arial" w:cs="Arial"/>
          <w:lang w:val="hi-IN"/>
        </w:rPr>
        <w:t>चिकित्सीय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देखभाल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योजनाएँ</w:t>
      </w:r>
      <w:r>
        <w:rPr>
          <w:rFonts w:ascii="Arial" w:eastAsia="Arial" w:hAnsi="Arial" w:cs="Arial"/>
          <w:lang w:val="hi-IN"/>
        </w:rPr>
        <w:t xml:space="preserve">, </w:t>
      </w:r>
      <w:r>
        <w:rPr>
          <w:rFonts w:ascii="Arial" w:eastAsia="Arial" w:hAnsi="Arial" w:cs="Arial"/>
          <w:lang w:val="hi-IN"/>
        </w:rPr>
        <w:t>मूल्यांकन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या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सेवा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लॉग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शामिल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हो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सकते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हैं।</w:t>
      </w:r>
    </w:p>
    <w:p w14:paraId="44B76862" w14:textId="77777777" w:rsidR="001C02DC" w:rsidRPr="007809AC" w:rsidRDefault="00A414AA" w:rsidP="00845B32">
      <w:pPr>
        <w:pStyle w:val="Heading2"/>
        <w:ind w:left="-720"/>
        <w:rPr>
          <w:color w:val="365F91" w:themeColor="accent1" w:themeShade="BF"/>
        </w:rPr>
      </w:pPr>
      <w:r>
        <w:rPr>
          <w:rFonts w:ascii="Arial" w:eastAsia="Arial" w:hAnsi="Arial" w:cs="Arial"/>
          <w:color w:val="365F91"/>
          <w:lang w:val="hi-IN"/>
        </w:rPr>
        <w:t>क्या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मेरे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लिए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सहमति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देना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अनिवार्य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है</w:t>
      </w:r>
      <w:r>
        <w:rPr>
          <w:rFonts w:ascii="Arial" w:eastAsia="Arial" w:hAnsi="Arial" w:cs="Arial"/>
          <w:color w:val="365F91"/>
          <w:lang w:val="hi-IN"/>
        </w:rPr>
        <w:t>?</w:t>
      </w:r>
    </w:p>
    <w:p w14:paraId="4B2C4D2B" w14:textId="55EE83EC" w:rsidR="001C02DC" w:rsidRDefault="00A414AA" w:rsidP="00845B32">
      <w:pPr>
        <w:ind w:left="-720"/>
      </w:pPr>
      <w:r>
        <w:rPr>
          <w:rFonts w:ascii="Arial" w:eastAsia="Arial" w:hAnsi="Arial" w:cs="Arial"/>
          <w:lang w:val="hi-IN"/>
        </w:rPr>
        <w:t>नहीं।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सहमति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देना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स्वैच्छिक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है।</w:t>
      </w:r>
    </w:p>
    <w:p w14:paraId="7D995517" w14:textId="77777777" w:rsidR="001C02DC" w:rsidRPr="007809AC" w:rsidRDefault="00A414AA" w:rsidP="00845B32">
      <w:pPr>
        <w:pStyle w:val="Heading2"/>
        <w:ind w:left="-720"/>
        <w:rPr>
          <w:color w:val="365F91" w:themeColor="accent1" w:themeShade="BF"/>
        </w:rPr>
      </w:pPr>
      <w:r>
        <w:rPr>
          <w:rFonts w:ascii="Arial" w:eastAsia="Arial" w:hAnsi="Arial" w:cs="Arial"/>
          <w:color w:val="365F91"/>
          <w:lang w:val="hi-IN"/>
        </w:rPr>
        <w:t>यदि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मैं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सहमति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न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देने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का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निर्णय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लेता</w:t>
      </w:r>
      <w:r>
        <w:rPr>
          <w:rFonts w:ascii="Arial" w:eastAsia="Arial" w:hAnsi="Arial" w:cs="Arial"/>
          <w:color w:val="365F91"/>
          <w:lang w:val="hi-IN"/>
        </w:rPr>
        <w:t>/</w:t>
      </w:r>
      <w:r>
        <w:rPr>
          <w:rFonts w:ascii="Arial" w:eastAsia="Arial" w:hAnsi="Arial" w:cs="Arial"/>
          <w:color w:val="365F91"/>
          <w:lang w:val="hi-IN"/>
        </w:rPr>
        <w:t>लेती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हूँ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तो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क्या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होगा</w:t>
      </w:r>
      <w:r>
        <w:rPr>
          <w:rFonts w:ascii="Arial" w:eastAsia="Arial" w:hAnsi="Arial" w:cs="Arial"/>
          <w:color w:val="365F91"/>
          <w:lang w:val="hi-IN"/>
        </w:rPr>
        <w:t>?</w:t>
      </w:r>
    </w:p>
    <w:p w14:paraId="7E6257D3" w14:textId="3C13DC04" w:rsidR="001C02DC" w:rsidRDefault="00A414AA" w:rsidP="00845B32">
      <w:pPr>
        <w:ind w:left="-720"/>
      </w:pPr>
      <w:r>
        <w:rPr>
          <w:rFonts w:ascii="Arial" w:eastAsia="Arial" w:hAnsi="Arial" w:cs="Arial"/>
          <w:lang w:val="hi-IN"/>
        </w:rPr>
        <w:t>आपके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बच्चे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लिए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कुछ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भी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नहीं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बदलता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है।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उन्हें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बिना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किसी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लागत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सभी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आवश्यक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सेवाएँ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मिलती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रहेंगी।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हालांकि</w:t>
      </w:r>
      <w:r>
        <w:rPr>
          <w:rFonts w:ascii="Arial" w:eastAsia="Arial" w:hAnsi="Arial" w:cs="Arial"/>
          <w:lang w:val="hi-IN"/>
        </w:rPr>
        <w:t xml:space="preserve">, </w:t>
      </w:r>
      <w:r>
        <w:rPr>
          <w:rFonts w:ascii="Arial" w:eastAsia="Arial" w:hAnsi="Arial" w:cs="Arial"/>
          <w:lang w:val="hi-IN"/>
        </w:rPr>
        <w:t>आपके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बच्चे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स्कूल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जिला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प्रदान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गई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सेवाओं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लिए</w:t>
      </w:r>
      <w:r>
        <w:rPr>
          <w:rFonts w:ascii="Arial" w:eastAsia="Arial" w:hAnsi="Arial" w:cs="Arial"/>
          <w:lang w:val="hi-IN"/>
        </w:rPr>
        <w:t xml:space="preserve"> Medicaid </w:t>
      </w:r>
      <w:r>
        <w:rPr>
          <w:rFonts w:ascii="Arial" w:eastAsia="Arial" w:hAnsi="Arial" w:cs="Arial"/>
          <w:lang w:val="hi-IN"/>
        </w:rPr>
        <w:t>से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प्रतिपूर्ति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नहीं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मांग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सकेगा।</w:t>
      </w:r>
      <w:r>
        <w:rPr>
          <w:rFonts w:ascii="Arial" w:eastAsia="Arial" w:hAnsi="Arial" w:cs="Arial"/>
          <w:lang w:val="hi-IN"/>
        </w:rPr>
        <w:t xml:space="preserve"> </w:t>
      </w:r>
    </w:p>
    <w:p w14:paraId="1DD03F40" w14:textId="77777777" w:rsidR="001C02DC" w:rsidRPr="007809AC" w:rsidRDefault="00A414AA" w:rsidP="00845B32">
      <w:pPr>
        <w:pStyle w:val="Heading2"/>
        <w:ind w:left="-720"/>
        <w:rPr>
          <w:color w:val="365F91" w:themeColor="accent1" w:themeShade="BF"/>
        </w:rPr>
      </w:pPr>
      <w:r>
        <w:rPr>
          <w:rFonts w:ascii="Arial" w:eastAsia="Arial" w:hAnsi="Arial" w:cs="Arial"/>
          <w:color w:val="365F91"/>
          <w:lang w:val="hi-IN"/>
        </w:rPr>
        <w:t>क्या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मैं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बाद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में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अपना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विचार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बदल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सकता</w:t>
      </w:r>
      <w:r>
        <w:rPr>
          <w:rFonts w:ascii="Arial" w:eastAsia="Arial" w:hAnsi="Arial" w:cs="Arial"/>
          <w:color w:val="365F91"/>
          <w:lang w:val="hi-IN"/>
        </w:rPr>
        <w:t>/</w:t>
      </w:r>
      <w:r>
        <w:rPr>
          <w:rFonts w:ascii="Arial" w:eastAsia="Arial" w:hAnsi="Arial" w:cs="Arial"/>
          <w:color w:val="365F91"/>
          <w:lang w:val="hi-IN"/>
        </w:rPr>
        <w:t>सकती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हूं</w:t>
      </w:r>
      <w:r>
        <w:rPr>
          <w:rFonts w:ascii="Arial" w:eastAsia="Arial" w:hAnsi="Arial" w:cs="Arial"/>
          <w:color w:val="365F91"/>
          <w:lang w:val="hi-IN"/>
        </w:rPr>
        <w:t>?</w:t>
      </w:r>
    </w:p>
    <w:p w14:paraId="59174EFE" w14:textId="77777777" w:rsidR="001C02DC" w:rsidRDefault="00A414AA" w:rsidP="00845B32">
      <w:pPr>
        <w:ind w:left="-720"/>
      </w:pPr>
      <w:r>
        <w:rPr>
          <w:rFonts w:ascii="Arial" w:eastAsia="Arial" w:hAnsi="Arial" w:cs="Arial"/>
          <w:lang w:val="hi-IN"/>
        </w:rPr>
        <w:t>हाँ।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आप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किसी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भी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समय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जिले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को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लिखित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रूप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में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सूचित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करके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अपनी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सहमति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वापस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ले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सकते</w:t>
      </w:r>
      <w:r>
        <w:rPr>
          <w:rFonts w:ascii="Arial" w:eastAsia="Arial" w:hAnsi="Arial" w:cs="Arial"/>
          <w:lang w:val="hi-IN"/>
        </w:rPr>
        <w:t>/</w:t>
      </w:r>
      <w:r>
        <w:rPr>
          <w:rFonts w:ascii="Arial" w:eastAsia="Arial" w:hAnsi="Arial" w:cs="Arial"/>
          <w:lang w:val="hi-IN"/>
        </w:rPr>
        <w:t>सकती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हैं।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एक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बार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वापस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लेने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बाद</w:t>
      </w:r>
      <w:r>
        <w:rPr>
          <w:rFonts w:ascii="Arial" w:eastAsia="Arial" w:hAnsi="Arial" w:cs="Arial"/>
          <w:lang w:val="hi-IN"/>
        </w:rPr>
        <w:t>,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उस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तारीख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बाद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कोई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नई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जानकारी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साझा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नहीं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जाएगी।</w:t>
      </w:r>
    </w:p>
    <w:p w14:paraId="6E3E50D2" w14:textId="77777777" w:rsidR="001C02DC" w:rsidRPr="007809AC" w:rsidRDefault="00A414AA" w:rsidP="00845B32">
      <w:pPr>
        <w:pStyle w:val="Heading2"/>
        <w:ind w:left="-720"/>
        <w:rPr>
          <w:color w:val="365F91" w:themeColor="accent1" w:themeShade="BF"/>
        </w:rPr>
      </w:pPr>
      <w:r>
        <w:rPr>
          <w:rFonts w:ascii="Arial" w:eastAsia="Arial" w:hAnsi="Arial" w:cs="Arial"/>
          <w:color w:val="365F91"/>
          <w:lang w:val="hi-IN"/>
        </w:rPr>
        <w:t>इससे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स्कूल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जिले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को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कैसे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मदद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मिलती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है</w:t>
      </w:r>
      <w:r>
        <w:rPr>
          <w:rFonts w:ascii="Arial" w:eastAsia="Arial" w:hAnsi="Arial" w:cs="Arial"/>
          <w:color w:val="365F91"/>
          <w:lang w:val="hi-IN"/>
        </w:rPr>
        <w:t>?</w:t>
      </w:r>
    </w:p>
    <w:p w14:paraId="67AF6D5E" w14:textId="77777777" w:rsidR="001C02DC" w:rsidRDefault="00A414AA" w:rsidP="00845B32">
      <w:pPr>
        <w:ind w:left="-720"/>
      </w:pPr>
      <w:r>
        <w:rPr>
          <w:rFonts w:ascii="Arial" w:eastAsia="Arial" w:hAnsi="Arial" w:cs="Arial"/>
          <w:lang w:val="hi-IN"/>
        </w:rPr>
        <w:t xml:space="preserve">Medicaid </w:t>
      </w:r>
      <w:r>
        <w:rPr>
          <w:rFonts w:ascii="Arial" w:eastAsia="Arial" w:hAnsi="Arial" w:cs="Arial"/>
          <w:lang w:val="hi-IN"/>
        </w:rPr>
        <w:t>प्र</w:t>
      </w:r>
      <w:r>
        <w:rPr>
          <w:rFonts w:ascii="Arial" w:eastAsia="Arial" w:hAnsi="Arial" w:cs="Arial"/>
          <w:lang w:val="hi-IN"/>
        </w:rPr>
        <w:t>तिपूर्ति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स्कूल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जिले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को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महत्वपूर्ण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छात्र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सेवाएँ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प्रदान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करने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लागत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को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कम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करने</w:t>
      </w:r>
      <w:r>
        <w:rPr>
          <w:rFonts w:ascii="Arial" w:eastAsia="Arial" w:hAnsi="Arial" w:cs="Arial"/>
          <w:lang w:val="hi-IN"/>
        </w:rPr>
        <w:t xml:space="preserve">, </w:t>
      </w:r>
      <w:r>
        <w:rPr>
          <w:rFonts w:ascii="Arial" w:eastAsia="Arial" w:hAnsi="Arial" w:cs="Arial"/>
          <w:lang w:val="hi-IN"/>
        </w:rPr>
        <w:t>स्वास्थ्य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और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व्यवहार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संबंधी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सहायता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तक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पहुँच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बनाए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रखने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और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उसका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विस्तार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करने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तथा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स्थानीय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वित्त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पोषण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स्रोतों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निर्भरता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कम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करने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में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मदद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करती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है।</w:t>
      </w:r>
    </w:p>
    <w:p w14:paraId="713A74EA" w14:textId="1FBEEE4D" w:rsidR="000A732F" w:rsidRPr="007809AC" w:rsidRDefault="00A414AA" w:rsidP="00845B32">
      <w:pPr>
        <w:pStyle w:val="Heading2"/>
        <w:ind w:left="-720"/>
        <w:rPr>
          <w:color w:val="365F91" w:themeColor="accent1" w:themeShade="BF"/>
        </w:rPr>
      </w:pPr>
      <w:r>
        <w:rPr>
          <w:rFonts w:ascii="Arial" w:eastAsia="Arial" w:hAnsi="Arial" w:cs="Arial"/>
          <w:color w:val="365F91"/>
          <w:lang w:val="hi-IN"/>
        </w:rPr>
        <w:t>कौन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से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कानून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स्कूलों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को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स्कूलों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में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सेवाओं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के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लिए</w:t>
      </w:r>
      <w:r>
        <w:rPr>
          <w:rFonts w:ascii="Arial" w:eastAsia="Arial" w:hAnsi="Arial" w:cs="Arial"/>
          <w:color w:val="365F91"/>
          <w:lang w:val="hi-IN"/>
        </w:rPr>
        <w:t xml:space="preserve"> Medicaid </w:t>
      </w:r>
      <w:r>
        <w:rPr>
          <w:rFonts w:ascii="Arial" w:eastAsia="Arial" w:hAnsi="Arial" w:cs="Arial"/>
          <w:color w:val="365F91"/>
          <w:lang w:val="hi-IN"/>
        </w:rPr>
        <w:t>को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बिल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भेजने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की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अनुमति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देते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हैं</w:t>
      </w:r>
      <w:r>
        <w:rPr>
          <w:rFonts w:ascii="Arial" w:eastAsia="Arial" w:hAnsi="Arial" w:cs="Arial"/>
          <w:color w:val="365F91"/>
          <w:lang w:val="hi-IN"/>
        </w:rPr>
        <w:t>?</w:t>
      </w:r>
    </w:p>
    <w:p w14:paraId="4ABE650B" w14:textId="39D71849" w:rsidR="00F307D2" w:rsidRPr="000A732F" w:rsidRDefault="00A414AA" w:rsidP="00845B32">
      <w:pPr>
        <w:ind w:left="-720"/>
      </w:pPr>
      <w:r>
        <w:rPr>
          <w:rFonts w:ascii="Arial" w:eastAsia="Arial" w:hAnsi="Arial" w:cs="Arial"/>
          <w:lang w:val="hi-IN"/>
        </w:rPr>
        <w:t>कई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संघीय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और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राज्य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कानून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स्कूल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जिलों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को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छात्र</w:t>
      </w:r>
      <w:r>
        <w:rPr>
          <w:rFonts w:ascii="Arial" w:eastAsia="Arial" w:hAnsi="Arial" w:cs="Arial"/>
          <w:lang w:val="hi-IN"/>
        </w:rPr>
        <w:t>ों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को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प्रदान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जाने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वाली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कुछ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स्वास्थ्य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संबंधी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सेवाओं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लिए</w:t>
      </w:r>
      <w:r>
        <w:rPr>
          <w:rFonts w:ascii="Arial" w:eastAsia="Arial" w:hAnsi="Arial" w:cs="Arial"/>
          <w:lang w:val="hi-IN"/>
        </w:rPr>
        <w:t xml:space="preserve"> Medicaid </w:t>
      </w:r>
      <w:r>
        <w:rPr>
          <w:rFonts w:ascii="Arial" w:eastAsia="Arial" w:hAnsi="Arial" w:cs="Arial"/>
          <w:lang w:val="hi-IN"/>
        </w:rPr>
        <w:t>प्रतिपूर्ति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अनुमति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देते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हैं</w:t>
      </w:r>
      <w:r>
        <w:rPr>
          <w:rFonts w:ascii="Arial" w:eastAsia="Arial" w:hAnsi="Arial" w:cs="Arial"/>
          <w:lang w:val="hi-IN"/>
        </w:rPr>
        <w:t>:</w:t>
      </w:r>
    </w:p>
    <w:p w14:paraId="0DF693CF" w14:textId="216141A1" w:rsidR="00F307D2" w:rsidRPr="000A732F" w:rsidRDefault="00A414AA" w:rsidP="008E62C6">
      <w:pPr>
        <w:pStyle w:val="ListParagraph"/>
        <w:numPr>
          <w:ilvl w:val="0"/>
          <w:numId w:val="11"/>
        </w:numPr>
      </w:pPr>
      <w:r>
        <w:rPr>
          <w:rFonts w:ascii="Arial" w:eastAsia="Arial" w:hAnsi="Arial" w:cs="Arial"/>
          <w:b/>
          <w:bCs/>
          <w:lang w:val="hi-IN"/>
        </w:rPr>
        <w:t>संघीय</w:t>
      </w:r>
      <w:r>
        <w:rPr>
          <w:rFonts w:ascii="Arial" w:eastAsia="Arial" w:hAnsi="Arial" w:cs="Arial"/>
          <w:b/>
          <w:bCs/>
          <w:lang w:val="hi-IN"/>
        </w:rPr>
        <w:t xml:space="preserve"> Medicaid </w:t>
      </w:r>
      <w:r>
        <w:rPr>
          <w:rFonts w:ascii="Arial" w:eastAsia="Arial" w:hAnsi="Arial" w:cs="Arial"/>
          <w:b/>
          <w:bCs/>
          <w:lang w:val="hi-IN"/>
        </w:rPr>
        <w:t>कानून</w:t>
      </w:r>
      <w:r>
        <w:rPr>
          <w:rFonts w:ascii="Arial" w:eastAsia="Arial" w:hAnsi="Arial" w:cs="Arial"/>
          <w:b/>
          <w:bCs/>
          <w:lang w:val="hi-IN"/>
        </w:rPr>
        <w:t xml:space="preserve"> (</w:t>
      </w:r>
      <w:r>
        <w:rPr>
          <w:rFonts w:ascii="Arial" w:eastAsia="Arial" w:hAnsi="Arial" w:cs="Arial"/>
          <w:b/>
          <w:bCs/>
          <w:lang w:val="hi-IN"/>
        </w:rPr>
        <w:t>सामाजिक</w:t>
      </w:r>
      <w:r>
        <w:rPr>
          <w:rFonts w:ascii="Arial" w:eastAsia="Arial" w:hAnsi="Arial" w:cs="Arial"/>
          <w:b/>
          <w:bCs/>
          <w:lang w:val="hi-IN"/>
        </w:rPr>
        <w:t xml:space="preserve"> </w:t>
      </w:r>
      <w:r>
        <w:rPr>
          <w:rFonts w:ascii="Arial" w:eastAsia="Arial" w:hAnsi="Arial" w:cs="Arial"/>
          <w:b/>
          <w:bCs/>
          <w:lang w:val="hi-IN"/>
        </w:rPr>
        <w:t>सुरक्षा</w:t>
      </w:r>
      <w:r>
        <w:rPr>
          <w:rFonts w:ascii="Arial" w:eastAsia="Arial" w:hAnsi="Arial" w:cs="Arial"/>
          <w:b/>
          <w:bCs/>
          <w:lang w:val="hi-IN"/>
        </w:rPr>
        <w:t xml:space="preserve"> </w:t>
      </w:r>
      <w:r>
        <w:rPr>
          <w:rFonts w:ascii="Arial" w:eastAsia="Arial" w:hAnsi="Arial" w:cs="Arial"/>
          <w:b/>
          <w:bCs/>
          <w:lang w:val="hi-IN"/>
        </w:rPr>
        <w:t>अधिनियम</w:t>
      </w:r>
      <w:r>
        <w:rPr>
          <w:rFonts w:ascii="Arial" w:eastAsia="Arial" w:hAnsi="Arial" w:cs="Arial"/>
          <w:b/>
          <w:bCs/>
          <w:lang w:val="hi-IN"/>
        </w:rPr>
        <w:t xml:space="preserve"> </w:t>
      </w:r>
      <w:r>
        <w:rPr>
          <w:rFonts w:ascii="Arial" w:eastAsia="Arial" w:hAnsi="Arial" w:cs="Arial"/>
          <w:b/>
          <w:bCs/>
          <w:lang w:val="hi-IN"/>
        </w:rPr>
        <w:t>के</w:t>
      </w:r>
      <w:r>
        <w:rPr>
          <w:rFonts w:ascii="Arial" w:eastAsia="Arial" w:hAnsi="Arial" w:cs="Arial"/>
          <w:b/>
          <w:bCs/>
          <w:lang w:val="hi-IN"/>
        </w:rPr>
        <w:t xml:space="preserve"> </w:t>
      </w:r>
      <w:r>
        <w:rPr>
          <w:rFonts w:ascii="Arial" w:eastAsia="Arial" w:hAnsi="Arial" w:cs="Arial"/>
          <w:b/>
          <w:bCs/>
          <w:lang w:val="hi-IN"/>
        </w:rPr>
        <w:t>शीर्षक</w:t>
      </w:r>
      <w:r>
        <w:rPr>
          <w:rFonts w:ascii="Arial" w:eastAsia="Arial" w:hAnsi="Arial" w:cs="Arial"/>
          <w:b/>
          <w:bCs/>
          <w:lang w:val="hi-IN"/>
        </w:rPr>
        <w:t xml:space="preserve"> XIX)</w:t>
      </w:r>
      <w:r>
        <w:rPr>
          <w:rFonts w:ascii="Arial" w:eastAsia="Arial" w:hAnsi="Arial" w:cs="Arial"/>
          <w:lang w:val="hi-IN"/>
        </w:rPr>
        <w:t xml:space="preserve"> Medicaid </w:t>
      </w:r>
      <w:r>
        <w:rPr>
          <w:rFonts w:ascii="Arial" w:eastAsia="Arial" w:hAnsi="Arial" w:cs="Arial"/>
          <w:lang w:val="hi-IN"/>
        </w:rPr>
        <w:t>को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पात्र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बच्चों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को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प्रदान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जाने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वाली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कवर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गई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स्वास्थ्य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सेवाओं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लिए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भुगतान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करने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अनुमति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देता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है</w:t>
      </w:r>
      <w:r>
        <w:rPr>
          <w:rFonts w:ascii="Arial" w:eastAsia="Arial" w:hAnsi="Arial" w:cs="Arial"/>
          <w:lang w:val="hi-IN"/>
        </w:rPr>
        <w:t xml:space="preserve">, </w:t>
      </w:r>
      <w:r>
        <w:rPr>
          <w:rFonts w:ascii="Arial" w:eastAsia="Arial" w:hAnsi="Arial" w:cs="Arial"/>
          <w:lang w:val="hi-IN"/>
        </w:rPr>
        <w:t>जिसमें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स्कूलों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में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प्रदान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जाने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वाली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सेवाएँ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भी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शामिल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हैं।</w:t>
      </w:r>
      <w:r>
        <w:rPr>
          <w:rFonts w:ascii="Arial" w:eastAsia="Arial" w:hAnsi="Arial" w:cs="Arial"/>
          <w:lang w:val="hi-IN"/>
        </w:rPr>
        <w:t xml:space="preserve"> </w:t>
      </w:r>
      <w:hyperlink r:id="rId9">
        <w:r>
          <w:rPr>
            <w:rFonts w:ascii="Arial" w:eastAsia="Arial" w:hAnsi="Arial" w:cs="Arial"/>
            <w:color w:val="0000FF"/>
            <w:u w:val="single"/>
            <w:lang w:val="hi-IN"/>
          </w:rPr>
          <w:t>https://www.medicaid.gov/federal-policy-</w:t>
        </w:r>
        <w:r>
          <w:rPr>
            <w:rFonts w:ascii="Arial" w:eastAsia="Arial" w:hAnsi="Arial" w:cs="Arial"/>
            <w:color w:val="0000FF"/>
            <w:u w:val="single"/>
            <w:lang w:val="hi-IN"/>
          </w:rPr>
          <w:lastRenderedPageBreak/>
          <w:t>guidance/do</w:t>
        </w:r>
        <w:r>
          <w:rPr>
            <w:rFonts w:ascii="Arial" w:eastAsia="Arial" w:hAnsi="Arial" w:cs="Arial"/>
            <w:color w:val="0000FF"/>
            <w:u w:val="single"/>
            <w:lang w:val="hi-IN"/>
          </w:rPr>
          <w:t>wnloads/smd-medicaid-payment-for-services-provided-without-charge-free-care.pdf</w:t>
        </w:r>
      </w:hyperlink>
    </w:p>
    <w:p w14:paraId="0CB65850" w14:textId="64F8A55A" w:rsidR="00F307D2" w:rsidRPr="000A732F" w:rsidRDefault="00A414AA" w:rsidP="008E62C6">
      <w:pPr>
        <w:pStyle w:val="ListParagraph"/>
        <w:numPr>
          <w:ilvl w:val="0"/>
          <w:numId w:val="11"/>
        </w:numPr>
      </w:pPr>
      <w:hyperlink r:id="rId10">
        <w:r>
          <w:rPr>
            <w:rFonts w:ascii="Arial" w:eastAsia="Arial" w:hAnsi="Arial" w:cs="Arial"/>
            <w:b/>
            <w:bCs/>
            <w:color w:val="0000FF"/>
            <w:u w:val="single"/>
            <w:lang w:val="hi-IN"/>
          </w:rPr>
          <w:t>2014</w:t>
        </w:r>
      </w:hyperlink>
      <w:r>
        <w:rPr>
          <w:rFonts w:ascii="Arial" w:eastAsia="Arial" w:hAnsi="Arial" w:cs="Arial"/>
          <w:b/>
          <w:bCs/>
          <w:lang w:val="hi-IN"/>
        </w:rPr>
        <w:t xml:space="preserve"> </w:t>
      </w:r>
      <w:r>
        <w:rPr>
          <w:rFonts w:ascii="Arial" w:eastAsia="Arial" w:hAnsi="Arial" w:cs="Arial"/>
          <w:b/>
          <w:bCs/>
          <w:lang w:val="hi-IN"/>
        </w:rPr>
        <w:t>में</w:t>
      </w:r>
      <w:r>
        <w:rPr>
          <w:rFonts w:ascii="Arial" w:eastAsia="Arial" w:hAnsi="Arial" w:cs="Arial"/>
          <w:b/>
          <w:bCs/>
          <w:lang w:val="hi-IN"/>
        </w:rPr>
        <w:t xml:space="preserve">, Medicare </w:t>
      </w:r>
      <w:r>
        <w:rPr>
          <w:rFonts w:ascii="Arial" w:eastAsia="Arial" w:hAnsi="Arial" w:cs="Arial"/>
          <w:b/>
          <w:bCs/>
          <w:lang w:val="hi-IN"/>
        </w:rPr>
        <w:t>और</w:t>
      </w:r>
      <w:r>
        <w:rPr>
          <w:rFonts w:ascii="Arial" w:eastAsia="Arial" w:hAnsi="Arial" w:cs="Arial"/>
          <w:b/>
          <w:bCs/>
          <w:lang w:val="hi-IN"/>
        </w:rPr>
        <w:t xml:space="preserve"> Medicaid </w:t>
      </w:r>
      <w:r>
        <w:rPr>
          <w:rFonts w:ascii="Arial" w:eastAsia="Arial" w:hAnsi="Arial" w:cs="Arial"/>
          <w:b/>
          <w:bCs/>
          <w:lang w:val="hi-IN"/>
        </w:rPr>
        <w:t>सेवा</w:t>
      </w:r>
      <w:r>
        <w:rPr>
          <w:rFonts w:ascii="Arial" w:eastAsia="Arial" w:hAnsi="Arial" w:cs="Arial"/>
          <w:b/>
          <w:bCs/>
          <w:lang w:val="hi-IN"/>
        </w:rPr>
        <w:t xml:space="preserve"> </w:t>
      </w:r>
      <w:r>
        <w:rPr>
          <w:rFonts w:ascii="Arial" w:eastAsia="Arial" w:hAnsi="Arial" w:cs="Arial"/>
          <w:b/>
          <w:bCs/>
          <w:lang w:val="hi-IN"/>
        </w:rPr>
        <w:t>केंद्र</w:t>
      </w:r>
      <w:r>
        <w:rPr>
          <w:rFonts w:ascii="Arial" w:eastAsia="Arial" w:hAnsi="Arial" w:cs="Arial"/>
          <w:b/>
          <w:bCs/>
          <w:lang w:val="hi-IN"/>
        </w:rPr>
        <w:t xml:space="preserve"> (CMS)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ने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स्पष्ट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किया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कि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स्कूल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विशेष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शिक्षा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में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छात्रों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या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सामान्य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शिक्षा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में</w:t>
      </w:r>
      <w:r>
        <w:rPr>
          <w:rFonts w:ascii="Arial" w:eastAsia="Arial" w:hAnsi="Arial" w:cs="Arial"/>
          <w:lang w:val="hi-IN"/>
        </w:rPr>
        <w:t xml:space="preserve"> Medicaid </w:t>
      </w:r>
      <w:r>
        <w:rPr>
          <w:rFonts w:ascii="Arial" w:eastAsia="Arial" w:hAnsi="Arial" w:cs="Arial"/>
          <w:lang w:val="hi-IN"/>
        </w:rPr>
        <w:t>में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नामांकित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छात्रों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को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प्रदान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गई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कवर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गई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सेवाओं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लिए</w:t>
      </w:r>
      <w:r>
        <w:rPr>
          <w:rFonts w:ascii="Arial" w:eastAsia="Arial" w:hAnsi="Arial" w:cs="Arial"/>
          <w:lang w:val="hi-IN"/>
        </w:rPr>
        <w:t xml:space="preserve"> Medicaid </w:t>
      </w:r>
      <w:r>
        <w:rPr>
          <w:rFonts w:ascii="Arial" w:eastAsia="Arial" w:hAnsi="Arial" w:cs="Arial"/>
          <w:lang w:val="hi-IN"/>
        </w:rPr>
        <w:t>को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बिल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सकते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हैं।</w:t>
      </w:r>
      <w:r>
        <w:rPr>
          <w:rFonts w:ascii="Arial" w:eastAsia="Arial" w:hAnsi="Arial" w:cs="Arial"/>
          <w:lang w:val="hi-IN"/>
        </w:rPr>
        <w:t xml:space="preserve"> </w:t>
      </w:r>
    </w:p>
    <w:p w14:paraId="40A93A28" w14:textId="71620AF2" w:rsidR="00700FEF" w:rsidRPr="000A732F" w:rsidRDefault="00A414AA" w:rsidP="008E62C6">
      <w:pPr>
        <w:pStyle w:val="ListParagraph"/>
        <w:numPr>
          <w:ilvl w:val="0"/>
          <w:numId w:val="11"/>
        </w:numPr>
      </w:pPr>
      <w:r>
        <w:rPr>
          <w:rFonts w:ascii="Arial" w:eastAsia="Arial" w:hAnsi="Arial" w:cs="Arial"/>
          <w:b/>
          <w:bCs/>
          <w:lang w:val="hi-IN"/>
        </w:rPr>
        <w:t>संघीय</w:t>
      </w:r>
      <w:r>
        <w:rPr>
          <w:rFonts w:ascii="Arial" w:eastAsia="Arial" w:hAnsi="Arial" w:cs="Arial"/>
          <w:b/>
          <w:bCs/>
          <w:lang w:val="hi-IN"/>
        </w:rPr>
        <w:t xml:space="preserve"> </w:t>
      </w:r>
      <w:r>
        <w:rPr>
          <w:rFonts w:ascii="Arial" w:eastAsia="Arial" w:hAnsi="Arial" w:cs="Arial"/>
          <w:b/>
          <w:bCs/>
          <w:lang w:val="hi-IN"/>
        </w:rPr>
        <w:t>शिक्षा</w:t>
      </w:r>
      <w:r>
        <w:rPr>
          <w:rFonts w:ascii="Arial" w:eastAsia="Arial" w:hAnsi="Arial" w:cs="Arial"/>
          <w:b/>
          <w:bCs/>
          <w:lang w:val="hi-IN"/>
        </w:rPr>
        <w:t xml:space="preserve"> </w:t>
      </w:r>
      <w:r>
        <w:rPr>
          <w:rFonts w:ascii="Arial" w:eastAsia="Arial" w:hAnsi="Arial" w:cs="Arial"/>
          <w:b/>
          <w:bCs/>
          <w:lang w:val="hi-IN"/>
        </w:rPr>
        <w:t>कानून</w:t>
      </w:r>
      <w:r>
        <w:rPr>
          <w:rFonts w:ascii="Arial" w:eastAsia="Arial" w:hAnsi="Arial" w:cs="Arial"/>
          <w:b/>
          <w:bCs/>
          <w:lang w:val="hi-IN"/>
        </w:rPr>
        <w:t xml:space="preserve"> (IDEA – 34 C</w:t>
      </w:r>
      <w:r>
        <w:rPr>
          <w:rFonts w:ascii="Arial" w:eastAsia="Arial" w:hAnsi="Arial" w:cs="Arial"/>
          <w:b/>
          <w:bCs/>
          <w:lang w:val="hi-IN"/>
        </w:rPr>
        <w:t>FR §300.154)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अनुसार</w:t>
      </w:r>
      <w:r>
        <w:rPr>
          <w:rFonts w:ascii="Arial" w:eastAsia="Arial" w:hAnsi="Arial" w:cs="Arial"/>
          <w:lang w:val="hi-IN"/>
        </w:rPr>
        <w:t xml:space="preserve">, </w:t>
      </w:r>
      <w:r>
        <w:rPr>
          <w:rFonts w:ascii="Arial" w:eastAsia="Arial" w:hAnsi="Arial" w:cs="Arial"/>
          <w:lang w:val="hi-IN"/>
        </w:rPr>
        <w:t>स्कूल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जिलों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को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किसी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छात्र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के</w:t>
      </w:r>
      <w:r>
        <w:rPr>
          <w:rFonts w:ascii="Arial" w:eastAsia="Arial" w:hAnsi="Arial" w:cs="Arial"/>
          <w:lang w:val="hi-IN"/>
        </w:rPr>
        <w:t xml:space="preserve"> Medicaid </w:t>
      </w:r>
      <w:r>
        <w:rPr>
          <w:rFonts w:ascii="Arial" w:eastAsia="Arial" w:hAnsi="Arial" w:cs="Arial"/>
          <w:lang w:val="hi-IN"/>
        </w:rPr>
        <w:t>लाभों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उपयोग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करने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पहले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माता</w:t>
      </w:r>
      <w:r>
        <w:rPr>
          <w:rFonts w:ascii="Arial" w:eastAsia="Arial" w:hAnsi="Arial" w:cs="Arial"/>
          <w:lang w:val="hi-IN"/>
        </w:rPr>
        <w:t>-</w:t>
      </w:r>
      <w:r>
        <w:rPr>
          <w:rFonts w:ascii="Arial" w:eastAsia="Arial" w:hAnsi="Arial" w:cs="Arial"/>
          <w:lang w:val="hi-IN"/>
        </w:rPr>
        <w:t>पिता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सहमति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लेना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आवश्यक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है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और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यह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सुनिश्चित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करता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है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कि</w:t>
      </w:r>
      <w:r>
        <w:rPr>
          <w:rFonts w:ascii="Arial" w:eastAsia="Arial" w:hAnsi="Arial" w:cs="Arial"/>
          <w:lang w:val="hi-IN"/>
        </w:rPr>
        <w:t xml:space="preserve"> IEP </w:t>
      </w:r>
      <w:r>
        <w:rPr>
          <w:rFonts w:ascii="Arial" w:eastAsia="Arial" w:hAnsi="Arial" w:cs="Arial"/>
          <w:lang w:val="hi-IN"/>
        </w:rPr>
        <w:t>वाले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छात्रों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को</w:t>
      </w:r>
      <w:r>
        <w:rPr>
          <w:rFonts w:ascii="Arial" w:eastAsia="Arial" w:hAnsi="Arial" w:cs="Arial"/>
          <w:lang w:val="hi-IN"/>
        </w:rPr>
        <w:t xml:space="preserve">, </w:t>
      </w:r>
      <w:r>
        <w:rPr>
          <w:rFonts w:ascii="Arial" w:eastAsia="Arial" w:hAnsi="Arial" w:cs="Arial"/>
          <w:lang w:val="hi-IN"/>
        </w:rPr>
        <w:t>सहमति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</w:t>
      </w:r>
      <w:r>
        <w:rPr>
          <w:rFonts w:ascii="Arial" w:eastAsia="Arial" w:hAnsi="Arial" w:cs="Arial"/>
          <w:lang w:val="hi-IN"/>
        </w:rPr>
        <w:t>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परवाह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किए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बिना</w:t>
      </w:r>
      <w:r>
        <w:rPr>
          <w:rFonts w:ascii="Arial" w:eastAsia="Arial" w:hAnsi="Arial" w:cs="Arial"/>
          <w:lang w:val="hi-IN"/>
        </w:rPr>
        <w:t xml:space="preserve">, </w:t>
      </w:r>
      <w:r>
        <w:rPr>
          <w:rFonts w:ascii="Arial" w:eastAsia="Arial" w:hAnsi="Arial" w:cs="Arial"/>
          <w:lang w:val="hi-IN"/>
        </w:rPr>
        <w:t>सभी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आवश्यक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सेवाएँ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बिना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किसी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लागत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प्राप्त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हों।</w:t>
      </w:r>
      <w:r>
        <w:rPr>
          <w:rFonts w:ascii="Arial" w:eastAsia="Arial" w:hAnsi="Arial" w:cs="Arial"/>
          <w:lang w:val="hi-IN"/>
        </w:rPr>
        <w:t xml:space="preserve"> </w:t>
      </w:r>
    </w:p>
    <w:p w14:paraId="0E98BA09" w14:textId="02ED3AE7" w:rsidR="000A732F" w:rsidRPr="000A732F" w:rsidRDefault="00A414AA" w:rsidP="008E62C6">
      <w:pPr>
        <w:pStyle w:val="ListParagraph"/>
        <w:numPr>
          <w:ilvl w:val="0"/>
          <w:numId w:val="11"/>
        </w:numPr>
      </w:pPr>
      <w:r>
        <w:rPr>
          <w:rFonts w:ascii="Arial" w:eastAsia="Arial" w:hAnsi="Arial" w:cs="Arial"/>
          <w:b/>
          <w:bCs/>
          <w:lang w:val="hi-IN"/>
        </w:rPr>
        <w:t xml:space="preserve">New Jersey </w:t>
      </w:r>
      <w:r>
        <w:rPr>
          <w:rFonts w:ascii="Arial" w:eastAsia="Arial" w:hAnsi="Arial" w:cs="Arial"/>
          <w:b/>
          <w:bCs/>
          <w:lang w:val="hi-IN"/>
        </w:rPr>
        <w:t>में</w:t>
      </w:r>
      <w:r>
        <w:rPr>
          <w:rFonts w:ascii="Arial" w:eastAsia="Arial" w:hAnsi="Arial" w:cs="Arial"/>
          <w:b/>
          <w:bCs/>
          <w:lang w:val="hi-IN"/>
        </w:rPr>
        <w:t xml:space="preserve">, </w:t>
      </w:r>
      <w:hyperlink r:id="rId11" w:history="1">
        <w:r>
          <w:rPr>
            <w:rFonts w:ascii="Arial" w:eastAsia="Arial" w:hAnsi="Arial" w:cs="Arial"/>
            <w:b/>
            <w:bCs/>
            <w:color w:val="0000FF"/>
            <w:u w:val="single"/>
            <w:lang w:val="hi-IN"/>
          </w:rPr>
          <w:t>P.L. 2023, c.108</w:t>
        </w:r>
      </w:hyperlink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तहत</w:t>
      </w:r>
      <w:r>
        <w:rPr>
          <w:rFonts w:ascii="Arial" w:eastAsia="Arial" w:hAnsi="Arial" w:cs="Arial"/>
          <w:lang w:val="hi-IN"/>
        </w:rPr>
        <w:t xml:space="preserve">, </w:t>
      </w:r>
      <w:r>
        <w:rPr>
          <w:rFonts w:ascii="Arial" w:eastAsia="Arial" w:hAnsi="Arial" w:cs="Arial"/>
          <w:lang w:val="hi-IN"/>
        </w:rPr>
        <w:t>स्कूल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जिलों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को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सामान्य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शिक्षा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कार्यक्रमों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छात्रों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सहित</w:t>
      </w:r>
      <w:r>
        <w:rPr>
          <w:rFonts w:ascii="Arial" w:eastAsia="Arial" w:hAnsi="Arial" w:cs="Arial"/>
          <w:lang w:val="hi-IN"/>
        </w:rPr>
        <w:t xml:space="preserve"> Medicaid-</w:t>
      </w:r>
      <w:r>
        <w:rPr>
          <w:rFonts w:ascii="Arial" w:eastAsia="Arial" w:hAnsi="Arial" w:cs="Arial"/>
          <w:lang w:val="hi-IN"/>
        </w:rPr>
        <w:t>पात्र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छात्रों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को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प्रदान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गई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कुछ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कवर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गई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व्यवहार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संबंधी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स्वास्थ्य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सेवाओं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लिए</w:t>
      </w:r>
      <w:r>
        <w:rPr>
          <w:rFonts w:ascii="Arial" w:eastAsia="Arial" w:hAnsi="Arial" w:cs="Arial"/>
          <w:lang w:val="hi-IN"/>
        </w:rPr>
        <w:t xml:space="preserve"> Medicaid </w:t>
      </w:r>
      <w:r>
        <w:rPr>
          <w:rFonts w:ascii="Arial" w:eastAsia="Arial" w:hAnsi="Arial" w:cs="Arial"/>
          <w:lang w:val="hi-IN"/>
        </w:rPr>
        <w:t>से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प्रतिपूर्ति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दावा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करना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आवश्यक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है।</w:t>
      </w:r>
      <w:r>
        <w:rPr>
          <w:rFonts w:ascii="Arial" w:eastAsia="Arial" w:hAnsi="Arial" w:cs="Arial"/>
          <w:lang w:val="hi-IN"/>
        </w:rPr>
        <w:t xml:space="preserve"> </w:t>
      </w:r>
    </w:p>
    <w:p w14:paraId="0403C1C8" w14:textId="0135BAD8" w:rsidR="000A732F" w:rsidRDefault="00A414AA" w:rsidP="00845B32">
      <w:pPr>
        <w:ind w:left="-720"/>
      </w:pPr>
      <w:r>
        <w:rPr>
          <w:rFonts w:ascii="Arial" w:eastAsia="Arial" w:hAnsi="Arial" w:cs="Arial"/>
          <w:lang w:val="hi-IN"/>
        </w:rPr>
        <w:t>साथ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मिलकर</w:t>
      </w:r>
      <w:r>
        <w:rPr>
          <w:rFonts w:ascii="Arial" w:eastAsia="Arial" w:hAnsi="Arial" w:cs="Arial"/>
          <w:lang w:val="hi-IN"/>
        </w:rPr>
        <w:t xml:space="preserve">, </w:t>
      </w:r>
      <w:r>
        <w:rPr>
          <w:rFonts w:ascii="Arial" w:eastAsia="Arial" w:hAnsi="Arial" w:cs="Arial"/>
          <w:lang w:val="hi-IN"/>
        </w:rPr>
        <w:t>ये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कानून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स्कूल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जिलों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को</w:t>
      </w:r>
      <w:r>
        <w:rPr>
          <w:rFonts w:ascii="Arial" w:eastAsia="Arial" w:hAnsi="Arial" w:cs="Arial"/>
          <w:lang w:val="hi-IN"/>
        </w:rPr>
        <w:t xml:space="preserve"> Medicaid </w:t>
      </w:r>
      <w:r>
        <w:rPr>
          <w:rFonts w:ascii="Arial" w:eastAsia="Arial" w:hAnsi="Arial" w:cs="Arial"/>
          <w:lang w:val="hi-IN"/>
        </w:rPr>
        <w:t>प्रतिपूर्ति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प्राप्त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करने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अनुमति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दे</w:t>
      </w:r>
      <w:r>
        <w:rPr>
          <w:rFonts w:ascii="Arial" w:eastAsia="Arial" w:hAnsi="Arial" w:cs="Arial"/>
          <w:lang w:val="hi-IN"/>
        </w:rPr>
        <w:t>ते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हैं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और</w:t>
      </w:r>
      <w:r>
        <w:rPr>
          <w:rFonts w:ascii="Arial" w:eastAsia="Arial" w:hAnsi="Arial" w:cs="Arial"/>
          <w:lang w:val="hi-IN"/>
        </w:rPr>
        <w:t xml:space="preserve">, </w:t>
      </w:r>
      <w:r>
        <w:rPr>
          <w:rFonts w:ascii="Arial" w:eastAsia="Arial" w:hAnsi="Arial" w:cs="Arial"/>
          <w:lang w:val="hi-IN"/>
        </w:rPr>
        <w:t>कुछ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मामलों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में</w:t>
      </w:r>
      <w:r>
        <w:rPr>
          <w:rFonts w:ascii="Arial" w:eastAsia="Arial" w:hAnsi="Arial" w:cs="Arial"/>
          <w:lang w:val="hi-IN"/>
        </w:rPr>
        <w:t xml:space="preserve">, </w:t>
      </w:r>
      <w:r>
        <w:rPr>
          <w:rFonts w:ascii="Arial" w:eastAsia="Arial" w:hAnsi="Arial" w:cs="Arial"/>
          <w:lang w:val="hi-IN"/>
        </w:rPr>
        <w:t>ऐसा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करना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आवश्यक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भी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बनाते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हैं</w:t>
      </w:r>
      <w:r>
        <w:rPr>
          <w:rFonts w:ascii="Arial" w:eastAsia="Arial" w:hAnsi="Arial" w:cs="Arial"/>
          <w:lang w:val="hi-IN"/>
        </w:rPr>
        <w:t xml:space="preserve">, </w:t>
      </w:r>
      <w:r>
        <w:rPr>
          <w:rFonts w:ascii="Arial" w:eastAsia="Arial" w:hAnsi="Arial" w:cs="Arial"/>
          <w:lang w:val="hi-IN"/>
        </w:rPr>
        <w:t>ताकि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यह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सुनिश्चित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करके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परिवारों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सुरक्षा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जा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कि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उन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कोई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लागत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न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आए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और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उनकी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भागीदारी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स्वैच्छिक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हो।</w:t>
      </w:r>
    </w:p>
    <w:p w14:paraId="50038A56" w14:textId="77777777" w:rsidR="001C02DC" w:rsidRPr="007809AC" w:rsidRDefault="00A414AA" w:rsidP="00845B32">
      <w:pPr>
        <w:pStyle w:val="Heading2"/>
        <w:ind w:left="-720"/>
        <w:rPr>
          <w:color w:val="365F91" w:themeColor="accent1" w:themeShade="BF"/>
        </w:rPr>
      </w:pPr>
      <w:r>
        <w:rPr>
          <w:rFonts w:ascii="Arial" w:eastAsia="Arial" w:hAnsi="Arial" w:cs="Arial"/>
          <w:color w:val="365F91"/>
          <w:lang w:val="hi-IN"/>
        </w:rPr>
        <w:t>यदि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मेरे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कोई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प्</w:t>
      </w:r>
      <w:r>
        <w:rPr>
          <w:rFonts w:ascii="Arial" w:eastAsia="Arial" w:hAnsi="Arial" w:cs="Arial"/>
          <w:color w:val="365F91"/>
          <w:lang w:val="hi-IN"/>
        </w:rPr>
        <w:t>रश्न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हों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तो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मैं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किससे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संपर्क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कर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सकता</w:t>
      </w:r>
      <w:r>
        <w:rPr>
          <w:rFonts w:ascii="Arial" w:eastAsia="Arial" w:hAnsi="Arial" w:cs="Arial"/>
          <w:color w:val="365F91"/>
          <w:lang w:val="hi-IN"/>
        </w:rPr>
        <w:t>/</w:t>
      </w:r>
      <w:r>
        <w:rPr>
          <w:rFonts w:ascii="Arial" w:eastAsia="Arial" w:hAnsi="Arial" w:cs="Arial"/>
          <w:color w:val="365F91"/>
          <w:lang w:val="hi-IN"/>
        </w:rPr>
        <w:t>सकती</w:t>
      </w:r>
      <w:r>
        <w:rPr>
          <w:rFonts w:ascii="Arial" w:eastAsia="Arial" w:hAnsi="Arial" w:cs="Arial"/>
          <w:color w:val="365F91"/>
          <w:lang w:val="hi-IN"/>
        </w:rPr>
        <w:t xml:space="preserve"> </w:t>
      </w:r>
      <w:r>
        <w:rPr>
          <w:rFonts w:ascii="Arial" w:eastAsia="Arial" w:hAnsi="Arial" w:cs="Arial"/>
          <w:color w:val="365F91"/>
          <w:lang w:val="hi-IN"/>
        </w:rPr>
        <w:t>हूँ</w:t>
      </w:r>
      <w:r>
        <w:rPr>
          <w:rFonts w:ascii="Arial" w:eastAsia="Arial" w:hAnsi="Arial" w:cs="Arial"/>
          <w:color w:val="365F91"/>
          <w:lang w:val="hi-IN"/>
        </w:rPr>
        <w:t>?</w:t>
      </w:r>
    </w:p>
    <w:p w14:paraId="32DEE141" w14:textId="2983673A" w:rsidR="001C02DC" w:rsidRDefault="00A414AA" w:rsidP="00845B32">
      <w:pPr>
        <w:ind w:left="-720"/>
      </w:pPr>
      <w:r>
        <w:rPr>
          <w:rFonts w:ascii="Arial" w:eastAsia="Arial" w:hAnsi="Arial" w:cs="Arial"/>
          <w:lang w:val="hi-IN"/>
        </w:rPr>
        <w:t>यदि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आपके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कोई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प्रश्न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हैं</w:t>
      </w:r>
      <w:r>
        <w:rPr>
          <w:rFonts w:ascii="Arial" w:eastAsia="Arial" w:hAnsi="Arial" w:cs="Arial"/>
          <w:lang w:val="hi-IN"/>
        </w:rPr>
        <w:t xml:space="preserve">, </w:t>
      </w:r>
      <w:r>
        <w:rPr>
          <w:rFonts w:ascii="Arial" w:eastAsia="Arial" w:hAnsi="Arial" w:cs="Arial"/>
          <w:lang w:val="hi-IN"/>
        </w:rPr>
        <w:t>तो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कृपया</w:t>
      </w:r>
      <w:r>
        <w:rPr>
          <w:rFonts w:ascii="Arial" w:eastAsia="Arial" w:hAnsi="Arial" w:cs="Arial"/>
          <w:lang w:val="hi-IN"/>
        </w:rPr>
        <w:t xml:space="preserve"> [</w:t>
      </w:r>
      <w:r>
        <w:rPr>
          <w:rFonts w:ascii="Arial" w:eastAsia="Arial" w:hAnsi="Arial" w:cs="Arial"/>
          <w:i/>
          <w:iCs/>
          <w:highlight w:val="yellow"/>
          <w:lang w:val="hi-IN"/>
        </w:rPr>
        <w:t>उपयुक्त</w:t>
      </w:r>
      <w:r>
        <w:rPr>
          <w:rFonts w:ascii="Arial" w:eastAsia="Arial" w:hAnsi="Arial" w:cs="Arial"/>
          <w:i/>
          <w:iCs/>
          <w:highlight w:val="yellow"/>
          <w:lang w:val="hi-IN"/>
        </w:rPr>
        <w:t xml:space="preserve"> </w:t>
      </w:r>
      <w:r>
        <w:rPr>
          <w:rFonts w:ascii="Arial" w:eastAsia="Arial" w:hAnsi="Arial" w:cs="Arial"/>
          <w:i/>
          <w:iCs/>
          <w:highlight w:val="yellow"/>
          <w:lang w:val="hi-IN"/>
        </w:rPr>
        <w:t>जिला</w:t>
      </w:r>
      <w:r>
        <w:rPr>
          <w:rFonts w:ascii="Arial" w:eastAsia="Arial" w:hAnsi="Arial" w:cs="Arial"/>
          <w:i/>
          <w:iCs/>
          <w:highlight w:val="yellow"/>
          <w:lang w:val="hi-IN"/>
        </w:rPr>
        <w:t xml:space="preserve"> </w:t>
      </w:r>
      <w:r>
        <w:rPr>
          <w:rFonts w:ascii="Arial" w:eastAsia="Arial" w:hAnsi="Arial" w:cs="Arial"/>
          <w:i/>
          <w:iCs/>
          <w:highlight w:val="yellow"/>
          <w:lang w:val="hi-IN"/>
        </w:rPr>
        <w:t>संपर्क</w:t>
      </w:r>
      <w:r>
        <w:rPr>
          <w:rFonts w:ascii="Arial" w:eastAsia="Arial" w:hAnsi="Arial" w:cs="Arial"/>
          <w:i/>
          <w:iCs/>
          <w:highlight w:val="yellow"/>
          <w:lang w:val="hi-IN"/>
        </w:rPr>
        <w:t xml:space="preserve"> </w:t>
      </w:r>
      <w:r>
        <w:rPr>
          <w:rFonts w:ascii="Arial" w:eastAsia="Arial" w:hAnsi="Arial" w:cs="Arial"/>
          <w:i/>
          <w:iCs/>
          <w:highlight w:val="yellow"/>
          <w:lang w:val="hi-IN"/>
        </w:rPr>
        <w:t>दर्ज</w:t>
      </w:r>
      <w:r>
        <w:rPr>
          <w:rFonts w:ascii="Arial" w:eastAsia="Arial" w:hAnsi="Arial" w:cs="Arial"/>
          <w:i/>
          <w:iCs/>
          <w:highlight w:val="yellow"/>
          <w:lang w:val="hi-IN"/>
        </w:rPr>
        <w:t xml:space="preserve"> </w:t>
      </w:r>
      <w:r>
        <w:rPr>
          <w:rFonts w:ascii="Arial" w:eastAsia="Arial" w:hAnsi="Arial" w:cs="Arial"/>
          <w:i/>
          <w:iCs/>
          <w:highlight w:val="yellow"/>
          <w:lang w:val="hi-IN"/>
        </w:rPr>
        <w:t>करें</w:t>
      </w:r>
      <w:r>
        <w:rPr>
          <w:rFonts w:ascii="Arial" w:eastAsia="Arial" w:hAnsi="Arial" w:cs="Arial"/>
          <w:lang w:val="hi-IN"/>
        </w:rPr>
        <w:t xml:space="preserve">] </w:t>
      </w:r>
      <w:r>
        <w:rPr>
          <w:rFonts w:ascii="Arial" w:eastAsia="Arial" w:hAnsi="Arial" w:cs="Arial"/>
          <w:lang w:val="hi-IN"/>
        </w:rPr>
        <w:t>से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संपर्क</w:t>
      </w:r>
      <w:r>
        <w:rPr>
          <w:rFonts w:ascii="Arial" w:eastAsia="Arial" w:hAnsi="Arial" w:cs="Arial"/>
          <w:lang w:val="hi-IN"/>
        </w:rPr>
        <w:t xml:space="preserve"> </w:t>
      </w:r>
      <w:r>
        <w:rPr>
          <w:rFonts w:ascii="Arial" w:eastAsia="Arial" w:hAnsi="Arial" w:cs="Arial"/>
          <w:lang w:val="hi-IN"/>
        </w:rPr>
        <w:t>करें।</w:t>
      </w:r>
    </w:p>
    <w:sectPr w:rsidR="001C02D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34F753F"/>
    <w:multiLevelType w:val="hybridMultilevel"/>
    <w:tmpl w:val="AAF0692A"/>
    <w:lvl w:ilvl="0" w:tplc="6BAE6C04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4E3A647E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BF0CD358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558C7092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E2E4AA0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501EE438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E7508CC0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24B6C3A6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2FB0BDB8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58143DB4"/>
    <w:multiLevelType w:val="multilevel"/>
    <w:tmpl w:val="AF0283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10"/>
  </w:num>
  <w:num w:numId="5">
    <w:abstractNumId w:val="1"/>
  </w:num>
  <w:num w:numId="6">
    <w:abstractNumId w:val="3"/>
  </w:num>
  <w:num w:numId="7">
    <w:abstractNumId w:val="0"/>
  </w:num>
  <w:num w:numId="8">
    <w:abstractNumId w:val="5"/>
  </w:num>
  <w:num w:numId="9">
    <w:abstractNumId w:val="7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300C"/>
    <w:rsid w:val="000A732F"/>
    <w:rsid w:val="000D2D2C"/>
    <w:rsid w:val="00116CC1"/>
    <w:rsid w:val="0015074B"/>
    <w:rsid w:val="00152167"/>
    <w:rsid w:val="0015517F"/>
    <w:rsid w:val="0015534F"/>
    <w:rsid w:val="00187C99"/>
    <w:rsid w:val="001C02DC"/>
    <w:rsid w:val="001C5A8A"/>
    <w:rsid w:val="001F3BA5"/>
    <w:rsid w:val="001F624D"/>
    <w:rsid w:val="00256421"/>
    <w:rsid w:val="0029639D"/>
    <w:rsid w:val="002C49F6"/>
    <w:rsid w:val="002D6589"/>
    <w:rsid w:val="0032679F"/>
    <w:rsid w:val="00326F90"/>
    <w:rsid w:val="0039433C"/>
    <w:rsid w:val="00413D33"/>
    <w:rsid w:val="004A3840"/>
    <w:rsid w:val="004A7FA3"/>
    <w:rsid w:val="004D0F6E"/>
    <w:rsid w:val="004F43A0"/>
    <w:rsid w:val="00501717"/>
    <w:rsid w:val="005D39D6"/>
    <w:rsid w:val="0067511F"/>
    <w:rsid w:val="00687E76"/>
    <w:rsid w:val="00690E9F"/>
    <w:rsid w:val="00700FEF"/>
    <w:rsid w:val="007324D9"/>
    <w:rsid w:val="007809AC"/>
    <w:rsid w:val="007E6FFA"/>
    <w:rsid w:val="00830A1E"/>
    <w:rsid w:val="00845B32"/>
    <w:rsid w:val="00853507"/>
    <w:rsid w:val="008E4585"/>
    <w:rsid w:val="008E62C6"/>
    <w:rsid w:val="008F34DE"/>
    <w:rsid w:val="00905EF2"/>
    <w:rsid w:val="00930C49"/>
    <w:rsid w:val="00931785"/>
    <w:rsid w:val="009570BF"/>
    <w:rsid w:val="00976011"/>
    <w:rsid w:val="00A414AA"/>
    <w:rsid w:val="00AA1D8D"/>
    <w:rsid w:val="00AA33B5"/>
    <w:rsid w:val="00AC2711"/>
    <w:rsid w:val="00B47730"/>
    <w:rsid w:val="00B819C7"/>
    <w:rsid w:val="00B958BA"/>
    <w:rsid w:val="00BB75F1"/>
    <w:rsid w:val="00C05F6A"/>
    <w:rsid w:val="00C4335E"/>
    <w:rsid w:val="00C84E8B"/>
    <w:rsid w:val="00CB0664"/>
    <w:rsid w:val="00CB439D"/>
    <w:rsid w:val="00D413C5"/>
    <w:rsid w:val="00D55FFB"/>
    <w:rsid w:val="00D635A4"/>
    <w:rsid w:val="00D721EA"/>
    <w:rsid w:val="00D95877"/>
    <w:rsid w:val="00DC3DE0"/>
    <w:rsid w:val="00E11E98"/>
    <w:rsid w:val="00EA4EB5"/>
    <w:rsid w:val="00EE7045"/>
    <w:rsid w:val="00EF0C02"/>
    <w:rsid w:val="00EF5BBE"/>
    <w:rsid w:val="00F307D2"/>
    <w:rsid w:val="00F34279"/>
    <w:rsid w:val="00F77210"/>
    <w:rsid w:val="00FA0DF6"/>
    <w:rsid w:val="00FA6816"/>
    <w:rsid w:val="00FB3A40"/>
    <w:rsid w:val="00FC693F"/>
    <w:rsid w:val="0879ECC8"/>
    <w:rsid w:val="09A35F53"/>
    <w:rsid w:val="0A905F6A"/>
    <w:rsid w:val="0CDDC8AE"/>
    <w:rsid w:val="13D050BD"/>
    <w:rsid w:val="2DA70B4A"/>
    <w:rsid w:val="3BF7DBFE"/>
    <w:rsid w:val="3D59AE79"/>
    <w:rsid w:val="43AC1B51"/>
    <w:rsid w:val="614FC1F6"/>
    <w:rsid w:val="6602A01F"/>
    <w:rsid w:val="67FEE8FE"/>
    <w:rsid w:val="6CB9BD69"/>
    <w:rsid w:val="6F0DCCCE"/>
    <w:rsid w:val="76F5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62478A"/>
  <w14:defaultImageDpi w14:val="300"/>
  <w15:docId w15:val="{CACE4F5D-5C88-474F-A002-21984E595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0C49"/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0A732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732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A73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73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73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73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732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324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ub.njleg.state.nj.us/Bills/2022/PL23/108_.PDF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www.macpac.gov/wp-content/uploads/2024/04/School-Based-Services-for-Students-Enrolled-in-Medicaid.pdf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medicaid.gov/federal-policy-guidance/downloads/smd-medicaid-payment-for-services-provided-without-charge-free-car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7862F7-3491-4950-BF83-212104C2AE6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978A7B5-FF8B-423B-A224-C40FC7E977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E4970AC-67B6-4235-8237-7D4D92882B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947</Words>
  <Characters>5403</Characters>
  <Application>Microsoft Office Word</Application>
  <DocSecurity>0</DocSecurity>
  <Lines>45</Lines>
  <Paragraphs>12</Paragraphs>
  <ScaleCrop>false</ScaleCrop>
  <Company/>
  <LinksUpToDate>false</LinksUpToDate>
  <CharactersWithSpaces>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Pereira, Luiz</dc:creator>
  <cp:lastModifiedBy>Sonia Piscaglia</cp:lastModifiedBy>
  <cp:revision>2</cp:revision>
  <dcterms:created xsi:type="dcterms:W3CDTF">2026-08-30T23:37:00Z</dcterms:created>
  <dcterms:modified xsi:type="dcterms:W3CDTF">2026-08-30T23:37:00Z</dcterms:modified>
</cp:coreProperties>
</file>