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1DB22" w14:textId="2B923937" w:rsidR="00D635A4" w:rsidRDefault="00106298" w:rsidP="00501717">
      <w:pPr>
        <w:pStyle w:val="Heading1"/>
        <w:spacing w:before="120"/>
        <w:ind w:left="-720"/>
        <w:jc w:val="center"/>
      </w:pPr>
      <w:r>
        <w:rPr>
          <w:rFonts w:ascii="Calibri" w:eastAsia="Calibri" w:hAnsi="Calibri" w:cs="Times New Roman"/>
          <w:color w:val="365F91"/>
        </w:rPr>
        <w:t xml:space="preserve">Sèvis Sante Baze nan </w:t>
      </w:r>
      <w:proofErr w:type="spellStart"/>
      <w:r>
        <w:rPr>
          <w:rFonts w:ascii="Calibri" w:eastAsia="Calibri" w:hAnsi="Calibri" w:cs="Times New Roman"/>
          <w:color w:val="365F91"/>
        </w:rPr>
        <w:t>Lekòl</w:t>
      </w:r>
      <w:proofErr w:type="spellEnd"/>
      <w:r>
        <w:rPr>
          <w:rFonts w:ascii="Calibri" w:eastAsia="Calibri" w:hAnsi="Calibri" w:cs="Times New Roman"/>
          <w:color w:val="365F91"/>
        </w:rPr>
        <w:t xml:space="preserve"> (</w:t>
      </w:r>
      <w:r>
        <w:t>School-Based Health Services</w:t>
      </w:r>
      <w:r>
        <w:t xml:space="preserve">, </w:t>
      </w:r>
      <w:r>
        <w:rPr>
          <w:rFonts w:ascii="Calibri" w:eastAsia="Calibri" w:hAnsi="Calibri" w:cs="Times New Roman"/>
          <w:color w:val="365F91"/>
        </w:rPr>
        <w:t xml:space="preserve">SBHS): </w:t>
      </w:r>
    </w:p>
    <w:p w14:paraId="73D27851" w14:textId="05679D15" w:rsidR="001C02DC" w:rsidRDefault="00106298" w:rsidP="00501717">
      <w:pPr>
        <w:pStyle w:val="Heading1"/>
        <w:spacing w:before="120"/>
        <w:ind w:left="-720"/>
        <w:jc w:val="center"/>
      </w:pPr>
      <w:r>
        <w:rPr>
          <w:rFonts w:ascii="Calibri" w:eastAsia="Calibri" w:hAnsi="Calibri" w:cs="Times New Roman"/>
          <w:color w:val="365F91"/>
        </w:rPr>
        <w:t>Kesyon yo Poze Souvan pou Paran ak Responsab Swen yo</w:t>
      </w:r>
    </w:p>
    <w:p w14:paraId="6C5EADD7"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 xml:space="preserve">Kisa </w:t>
      </w:r>
      <w:r>
        <w:rPr>
          <w:rFonts w:ascii="Calibri" w:eastAsia="Calibri" w:hAnsi="Calibri" w:cs="Times New Roman"/>
          <w:color w:val="365F91"/>
        </w:rPr>
        <w:t>Pwogram Sèvis Sante Baze nan Lekòl (SBHS) la ye?</w:t>
      </w:r>
    </w:p>
    <w:p w14:paraId="7860763D" w14:textId="2AC23B17" w:rsidR="00116CC1" w:rsidRPr="00930C49" w:rsidRDefault="00106298" w:rsidP="00845B32">
      <w:pPr>
        <w:ind w:left="-720"/>
      </w:pPr>
      <w:r>
        <w:rPr>
          <w:rFonts w:eastAsia="Aptos" w:cs="Times New Roman"/>
        </w:rPr>
        <w:t>Sèvis Sante Baze nan Lekòl (SBHS) la se yon pwogram ki gen sipò nan nivo federal ak Eta a ki pèmèt distri lekòl yo resevwa yon ran</w:t>
      </w:r>
      <w:r>
        <w:rPr>
          <w:rFonts w:eastAsia="Aptos" w:cs="Times New Roman"/>
        </w:rPr>
        <w:t>bousman pasyèl Medicaid pou sèten sèvis anrapò ak sante yo bay elèv ki enskri nan Medicaid nan lekòl la. Objektif SBHS la se pou fasilite aksè elèv yo ak sèvis sante ak sèvis asosye yo bezwen epi ede distri lekòl yo chèche ranbousman pou sèvis ki bay yo.</w:t>
      </w:r>
    </w:p>
    <w:p w14:paraId="3C417F59"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Ki kalite sèvis ki ge gendwa kalifye pou ranbousman Medicaid?</w:t>
      </w:r>
    </w:p>
    <w:p w14:paraId="34EC7DCD" w14:textId="55346DF6" w:rsidR="00116CC1" w:rsidRPr="00930C49" w:rsidRDefault="00106298" w:rsidP="00845B32">
      <w:pPr>
        <w:ind w:left="-720"/>
      </w:pPr>
      <w:r>
        <w:rPr>
          <w:rFonts w:eastAsia="Aptos" w:cs="Times New Roman"/>
        </w:rPr>
        <w:t>Medicaid gendwa ranbouse distri a pou sèt</w:t>
      </w:r>
      <w:r>
        <w:rPr>
          <w:rFonts w:eastAsia="Aptos" w:cs="Times New Roman"/>
        </w:rPr>
        <w:t>en sèvis ki gen nesesite medikal , sèvis anrapò ak sante, ki bay nan lekòl, sa gen ladan l san limitasyon sèvis sante konpòtmantal ak konsèy, sèvis swen enfimye, terapi lapawòl ak langaj, ègoterapi, fizyoterapi, evalyasyon ak kontwòl, ak sèvis teknoloji as</w:t>
      </w:r>
      <w:r>
        <w:rPr>
          <w:rFonts w:eastAsia="Aptos" w:cs="Times New Roman"/>
        </w:rPr>
        <w:t xml:space="preserve">istans ki asosye ak resepsyon sèvis yo. </w:t>
      </w:r>
    </w:p>
    <w:p w14:paraId="36B34A80" w14:textId="1816A194" w:rsidR="00D55FFB" w:rsidRPr="00930C49" w:rsidRDefault="00106298" w:rsidP="00D55FFB">
      <w:pPr>
        <w:ind w:left="-720"/>
      </w:pPr>
      <w:r>
        <w:rPr>
          <w:rFonts w:eastAsia="Aptos" w:cs="Times New Roman"/>
        </w:rPr>
        <w:t>Se pa tout sèvis ki ranbouse, epi se sèlman sèvis ki satisfè egzijans Medicaid yo epi yo bay elèv ki kalifye pou Medicaid yo ki gendwa kon</w:t>
      </w:r>
      <w:r>
        <w:rPr>
          <w:rFonts w:eastAsia="Aptos" w:cs="Times New Roman"/>
        </w:rPr>
        <w:t>sidere pou ranbousman.</w:t>
      </w:r>
    </w:p>
    <w:p w14:paraId="76034EB1" w14:textId="6C5E5463" w:rsidR="00D55FFB" w:rsidRPr="007809AC" w:rsidRDefault="00106298" w:rsidP="00D55FFB">
      <w:pPr>
        <w:pStyle w:val="Heading2"/>
        <w:ind w:left="-720"/>
        <w:rPr>
          <w:color w:val="365F91" w:themeColor="accent1" w:themeShade="BF"/>
        </w:rPr>
      </w:pPr>
      <w:r>
        <w:rPr>
          <w:rFonts w:ascii="Calibri" w:eastAsia="Calibri" w:hAnsi="Calibri" w:cs="Times New Roman"/>
          <w:color w:val="365F91"/>
        </w:rPr>
        <w:t>Kisa yon Plan Swen Medikal ye?</w:t>
      </w:r>
    </w:p>
    <w:p w14:paraId="113C2C90" w14:textId="3B44D27D" w:rsidR="00D55FFB" w:rsidRPr="00930C49" w:rsidRDefault="00106298" w:rsidP="00D55FFB">
      <w:pPr>
        <w:ind w:left="-720"/>
      </w:pPr>
      <w:r>
        <w:rPr>
          <w:rFonts w:eastAsia="Aptos" w:cs="Times New Roman"/>
        </w:rPr>
        <w:t>Yon Plan Swen Medikal se yon dokiman yon founisè</w:t>
      </w:r>
      <w:r>
        <w:rPr>
          <w:rFonts w:eastAsia="Aptos" w:cs="Times New Roman"/>
        </w:rPr>
        <w:t xml:space="preserve"> swen sante presi prepare ki dekri sèvis yon elèv bezwen epi ki otorize lekòl la bay sèvis yo. Pou kèk sèvis, dokiman sa a gendwa fè pati dosye faktirasyon lekòl la. Si sa aplikab pou sèvis timoun ou an, yo gendwa kominike li bay Medicaid pou rezon faktira</w:t>
      </w:r>
      <w:r>
        <w:rPr>
          <w:rFonts w:eastAsia="Aptos" w:cs="Times New Roman"/>
        </w:rPr>
        <w:t>syon oswa odit. Se sèlman enfòmasyon minimòm nesesè yo ki kominike, epi sèlman bay pati otorize yo.</w:t>
      </w:r>
    </w:p>
    <w:p w14:paraId="41C13256"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Èske sa aplike sèlman pou elèv ki gen IEP?</w:t>
      </w:r>
    </w:p>
    <w:p w14:paraId="2BB4F5D8" w14:textId="4AD1994F" w:rsidR="001C02DC" w:rsidRDefault="00106298" w:rsidP="00845B32">
      <w:pPr>
        <w:ind w:left="-720"/>
      </w:pPr>
      <w:r>
        <w:rPr>
          <w:rFonts w:eastAsia="Aptos" w:cs="Times New Roman"/>
        </w:rPr>
        <w:t xml:space="preserve">Non. Ranbousman Medicaid la gendwa aplike pou elèv ki kalifye pou Medicaid ki gen Pwogram </w:t>
      </w:r>
      <w:proofErr w:type="spellStart"/>
      <w:r>
        <w:rPr>
          <w:rFonts w:eastAsia="Aptos" w:cs="Times New Roman"/>
        </w:rPr>
        <w:t>Edikasyon</w:t>
      </w:r>
      <w:proofErr w:type="spellEnd"/>
      <w:r>
        <w:rPr>
          <w:rFonts w:eastAsia="Aptos" w:cs="Times New Roman"/>
        </w:rPr>
        <w:t xml:space="preserve"> </w:t>
      </w:r>
      <w:proofErr w:type="spellStart"/>
      <w:r>
        <w:rPr>
          <w:rFonts w:eastAsia="Aptos" w:cs="Times New Roman"/>
        </w:rPr>
        <w:t>Endividyalize</w:t>
      </w:r>
      <w:proofErr w:type="spellEnd"/>
      <w:r>
        <w:rPr>
          <w:rFonts w:eastAsia="Aptos" w:cs="Times New Roman"/>
        </w:rPr>
        <w:t xml:space="preserve"> (</w:t>
      </w:r>
      <w:r>
        <w:t>Individualized Education Programs</w:t>
      </w:r>
      <w:r>
        <w:rPr>
          <w:rFonts w:eastAsia="Aptos" w:cs="Times New Roman"/>
        </w:rPr>
        <w:t xml:space="preserve">, </w:t>
      </w:r>
      <w:proofErr w:type="spellStart"/>
      <w:r>
        <w:rPr>
          <w:rFonts w:eastAsia="Aptos" w:cs="Times New Roman"/>
        </w:rPr>
        <w:t>IEP</w:t>
      </w:r>
      <w:proofErr w:type="spellEnd"/>
      <w:r>
        <w:rPr>
          <w:rFonts w:eastAsia="Aptos" w:cs="Times New Roman"/>
        </w:rPr>
        <w:t xml:space="preserve">) </w:t>
      </w:r>
      <w:proofErr w:type="spellStart"/>
      <w:r>
        <w:rPr>
          <w:rFonts w:eastAsia="Aptos" w:cs="Times New Roman"/>
        </w:rPr>
        <w:t>ak</w:t>
      </w:r>
      <w:proofErr w:type="spellEnd"/>
      <w:r>
        <w:rPr>
          <w:rFonts w:eastAsia="Aptos" w:cs="Times New Roman"/>
        </w:rPr>
        <w:t xml:space="preserve"> </w:t>
      </w:r>
      <w:proofErr w:type="spellStart"/>
      <w:r>
        <w:rPr>
          <w:rFonts w:eastAsia="Aptos" w:cs="Times New Roman"/>
        </w:rPr>
        <w:t>elèv</w:t>
      </w:r>
      <w:proofErr w:type="spellEnd"/>
      <w:r>
        <w:rPr>
          <w:rFonts w:eastAsia="Aptos" w:cs="Times New Roman"/>
        </w:rPr>
        <w:t xml:space="preserve"> ki </w:t>
      </w:r>
      <w:proofErr w:type="spellStart"/>
      <w:r>
        <w:rPr>
          <w:rFonts w:eastAsia="Aptos" w:cs="Times New Roman"/>
        </w:rPr>
        <w:t>kalifye</w:t>
      </w:r>
      <w:proofErr w:type="spellEnd"/>
      <w:r>
        <w:rPr>
          <w:rFonts w:eastAsia="Aptos" w:cs="Times New Roman"/>
        </w:rPr>
        <w:t xml:space="preserve"> </w:t>
      </w:r>
      <w:proofErr w:type="spellStart"/>
      <w:r>
        <w:rPr>
          <w:rFonts w:eastAsia="Aptos" w:cs="Times New Roman"/>
        </w:rPr>
        <w:t>pou</w:t>
      </w:r>
      <w:proofErr w:type="spellEnd"/>
      <w:r>
        <w:rPr>
          <w:rFonts w:eastAsia="Aptos" w:cs="Times New Roman"/>
        </w:rPr>
        <w:t xml:space="preserve"> Medicaid nan edikasyon jeneral ki resevwa sèten sèvis sante oswa konpòtm</w:t>
      </w:r>
      <w:r>
        <w:rPr>
          <w:rFonts w:eastAsia="Aptos" w:cs="Times New Roman"/>
        </w:rPr>
        <w:t xml:space="preserve">antal ki kalifye. </w:t>
      </w:r>
    </w:p>
    <w:p w14:paraId="584828D3"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Èske gen yon frè pou mwen oswa fanmi m peye?</w:t>
      </w:r>
    </w:p>
    <w:p w14:paraId="6352F9D2" w14:textId="4F4C8F8E" w:rsidR="001C02DC" w:rsidRDefault="00106298" w:rsidP="00845B32">
      <w:pPr>
        <w:ind w:left="-720"/>
      </w:pPr>
      <w:r>
        <w:rPr>
          <w:rFonts w:eastAsia="Aptos" w:cs="Times New Roman"/>
        </w:rPr>
        <w:t>Non. Konsantman w pèmèt distri a jwenn</w:t>
      </w:r>
      <w:r>
        <w:rPr>
          <w:rFonts w:eastAsia="Aptos" w:cs="Times New Roman"/>
        </w:rPr>
        <w:t xml:space="preserve"> ranbousman Medicaid pou sèvis ki kalifye yo. Sa p ap lakòz okenn frè ki sot nan pòch fanmi w, ni sa p ap gen enpak sou kouvèti oswa avantaj Medicaid timoun ou an.</w:t>
      </w:r>
    </w:p>
    <w:p w14:paraId="0146DEF6"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Èske sa ap afek</w:t>
      </w:r>
      <w:r>
        <w:rPr>
          <w:rFonts w:ascii="Calibri" w:eastAsia="Calibri" w:hAnsi="Calibri" w:cs="Times New Roman"/>
          <w:color w:val="365F91"/>
        </w:rPr>
        <w:t>te edikasyon oswa sèvis timoun mwen an?</w:t>
      </w:r>
    </w:p>
    <w:p w14:paraId="16E4258A" w14:textId="078F648A" w:rsidR="001C02DC" w:rsidRDefault="00106298" w:rsidP="00845B32">
      <w:pPr>
        <w:ind w:left="-720"/>
      </w:pPr>
      <w:r>
        <w:rPr>
          <w:rFonts w:eastAsia="Aptos" w:cs="Times New Roman"/>
        </w:rPr>
        <w:t>Non. Timoun ou an ap kontinye resevwa tout sèvis ki nesesè yo san okenn frè pou ou peye, kit wi ou non ou bay konsantman w.</w:t>
      </w:r>
    </w:p>
    <w:p w14:paraId="4980CC04"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Èske sa ap afekte avantaj Medicaid timoun mwen an?</w:t>
      </w:r>
    </w:p>
    <w:p w14:paraId="6D1F9339" w14:textId="77777777" w:rsidR="001C02DC" w:rsidRDefault="00106298" w:rsidP="00845B32">
      <w:pPr>
        <w:ind w:left="-720"/>
      </w:pPr>
      <w:r>
        <w:rPr>
          <w:rFonts w:eastAsia="Aptos" w:cs="Times New Roman"/>
        </w:rPr>
        <w:t>Non. Faktirasyon Medicaid ki baze nan lekòl pa redui avantajMedica</w:t>
      </w:r>
      <w:r>
        <w:rPr>
          <w:rFonts w:eastAsia="Aptos" w:cs="Times New Roman"/>
        </w:rPr>
        <w:t>id ki disponib pou timoun ou an, li pa afekte kalifikasyon pou Medicaid, epi li pa gen enpak sou sèvis timoun ou an resevwa andeyò lekòl la.</w:t>
      </w:r>
    </w:p>
    <w:p w14:paraId="6F5FEB17" w14:textId="77777777" w:rsidR="001C02DC" w:rsidRPr="00106298" w:rsidRDefault="00106298" w:rsidP="00845B32">
      <w:pPr>
        <w:pStyle w:val="Heading2"/>
        <w:ind w:left="-720"/>
        <w:rPr>
          <w:color w:val="365F91" w:themeColor="accent1" w:themeShade="BF"/>
          <w:lang w:val="pt-PT"/>
        </w:rPr>
      </w:pPr>
      <w:proofErr w:type="spellStart"/>
      <w:r w:rsidRPr="00106298">
        <w:rPr>
          <w:rFonts w:ascii="Calibri" w:eastAsia="Calibri" w:hAnsi="Calibri" w:cs="Times New Roman"/>
          <w:color w:val="365F91"/>
          <w:lang w:val="pt-PT"/>
        </w:rPr>
        <w:lastRenderedPageBreak/>
        <w:t>Kisa</w:t>
      </w:r>
      <w:proofErr w:type="spellEnd"/>
      <w:r w:rsidRPr="00106298">
        <w:rPr>
          <w:rFonts w:ascii="Calibri" w:eastAsia="Calibri" w:hAnsi="Calibri" w:cs="Times New Roman"/>
          <w:color w:val="365F91"/>
          <w:lang w:val="pt-PT"/>
        </w:rPr>
        <w:t xml:space="preserve"> y </w:t>
      </w:r>
      <w:proofErr w:type="spellStart"/>
      <w:r w:rsidRPr="00106298">
        <w:rPr>
          <w:rFonts w:ascii="Calibri" w:eastAsia="Calibri" w:hAnsi="Calibri" w:cs="Times New Roman"/>
          <w:color w:val="365F91"/>
          <w:lang w:val="pt-PT"/>
        </w:rPr>
        <w:t>ap</w:t>
      </w:r>
      <w:proofErr w:type="spellEnd"/>
      <w:r w:rsidRPr="00106298">
        <w:rPr>
          <w:rFonts w:ascii="Calibri" w:eastAsia="Calibri" w:hAnsi="Calibri" w:cs="Times New Roman"/>
          <w:color w:val="365F91"/>
          <w:lang w:val="pt-PT"/>
        </w:rPr>
        <w:t xml:space="preserve"> mande </w:t>
      </w:r>
      <w:proofErr w:type="spellStart"/>
      <w:r w:rsidRPr="00106298">
        <w:rPr>
          <w:rFonts w:ascii="Calibri" w:eastAsia="Calibri" w:hAnsi="Calibri" w:cs="Times New Roman"/>
          <w:color w:val="365F91"/>
          <w:lang w:val="pt-PT"/>
        </w:rPr>
        <w:t>pou</w:t>
      </w:r>
      <w:proofErr w:type="spellEnd"/>
      <w:r w:rsidRPr="00106298">
        <w:rPr>
          <w:rFonts w:ascii="Calibri" w:eastAsia="Calibri" w:hAnsi="Calibri" w:cs="Times New Roman"/>
          <w:color w:val="365F91"/>
          <w:lang w:val="pt-PT"/>
        </w:rPr>
        <w:t xml:space="preserve"> m </w:t>
      </w:r>
      <w:proofErr w:type="spellStart"/>
      <w:r w:rsidRPr="00106298">
        <w:rPr>
          <w:rFonts w:ascii="Calibri" w:eastAsia="Calibri" w:hAnsi="Calibri" w:cs="Times New Roman"/>
          <w:color w:val="365F91"/>
          <w:lang w:val="pt-PT"/>
        </w:rPr>
        <w:t>bay</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konsantman</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p</w:t>
      </w:r>
      <w:r w:rsidRPr="00106298">
        <w:rPr>
          <w:rFonts w:ascii="Calibri" w:eastAsia="Calibri" w:hAnsi="Calibri" w:cs="Times New Roman"/>
          <w:color w:val="365F91"/>
          <w:lang w:val="pt-PT"/>
        </w:rPr>
        <w:t>ou</w:t>
      </w:r>
      <w:proofErr w:type="spellEnd"/>
      <w:r w:rsidRPr="00106298">
        <w:rPr>
          <w:rFonts w:ascii="Calibri" w:eastAsia="Calibri" w:hAnsi="Calibri" w:cs="Times New Roman"/>
          <w:color w:val="365F91"/>
          <w:lang w:val="pt-PT"/>
        </w:rPr>
        <w:t xml:space="preserve"> li a?</w:t>
      </w:r>
    </w:p>
    <w:p w14:paraId="4DCAB516" w14:textId="0586E3DC" w:rsidR="001C02DC" w:rsidRPr="00106298" w:rsidRDefault="00106298" w:rsidP="00845B32">
      <w:pPr>
        <w:ind w:left="-720"/>
        <w:rPr>
          <w:lang w:val="pt-PT"/>
        </w:rPr>
      </w:pPr>
      <w:r w:rsidRPr="00106298">
        <w:rPr>
          <w:rFonts w:eastAsia="Aptos" w:cs="Times New Roman"/>
          <w:lang w:val="pt-PT"/>
        </w:rPr>
        <w:t xml:space="preserve">Si w </w:t>
      </w:r>
      <w:proofErr w:type="spellStart"/>
      <w:r w:rsidRPr="00106298">
        <w:rPr>
          <w:rFonts w:eastAsia="Aptos" w:cs="Times New Roman"/>
          <w:lang w:val="pt-PT"/>
        </w:rPr>
        <w:t>bay</w:t>
      </w:r>
      <w:proofErr w:type="spellEnd"/>
      <w:r w:rsidRPr="00106298">
        <w:rPr>
          <w:rFonts w:eastAsia="Aptos" w:cs="Times New Roman"/>
          <w:lang w:val="pt-PT"/>
        </w:rPr>
        <w:t xml:space="preserve"> </w:t>
      </w:r>
      <w:proofErr w:type="spellStart"/>
      <w:r w:rsidRPr="00106298">
        <w:rPr>
          <w:rFonts w:eastAsia="Aptos" w:cs="Times New Roman"/>
          <w:lang w:val="pt-PT"/>
        </w:rPr>
        <w:t>konsantman</w:t>
      </w:r>
      <w:proofErr w:type="spellEnd"/>
      <w:r w:rsidRPr="00106298">
        <w:rPr>
          <w:rFonts w:eastAsia="Aptos" w:cs="Times New Roman"/>
          <w:lang w:val="pt-PT"/>
        </w:rPr>
        <w:t xml:space="preserve"> w, ou </w:t>
      </w:r>
      <w:proofErr w:type="spellStart"/>
      <w:r w:rsidRPr="00106298">
        <w:rPr>
          <w:rFonts w:eastAsia="Aptos" w:cs="Times New Roman"/>
          <w:lang w:val="pt-PT"/>
        </w:rPr>
        <w:t>pèmèt</w:t>
      </w:r>
      <w:proofErr w:type="spellEnd"/>
      <w:r w:rsidRPr="00106298">
        <w:rPr>
          <w:rFonts w:eastAsia="Aptos" w:cs="Times New Roman"/>
          <w:lang w:val="pt-PT"/>
        </w:rPr>
        <w:t xml:space="preserve"> </w:t>
      </w:r>
      <w:proofErr w:type="spellStart"/>
      <w:r w:rsidRPr="00106298">
        <w:rPr>
          <w:rFonts w:eastAsia="Aptos" w:cs="Times New Roman"/>
          <w:lang w:val="pt-PT"/>
        </w:rPr>
        <w:t>distri</w:t>
      </w:r>
      <w:proofErr w:type="spellEnd"/>
      <w:r w:rsidRPr="00106298">
        <w:rPr>
          <w:rFonts w:eastAsia="Aptos" w:cs="Times New Roman"/>
          <w:lang w:val="pt-PT"/>
        </w:rPr>
        <w:t xml:space="preserve"> </w:t>
      </w:r>
      <w:proofErr w:type="spellStart"/>
      <w:r w:rsidRPr="00106298">
        <w:rPr>
          <w:rFonts w:eastAsia="Aptos" w:cs="Times New Roman"/>
          <w:lang w:val="pt-PT"/>
        </w:rPr>
        <w:t>lekòl</w:t>
      </w:r>
      <w:proofErr w:type="spellEnd"/>
      <w:r w:rsidRPr="00106298">
        <w:rPr>
          <w:rFonts w:eastAsia="Aptos" w:cs="Times New Roman"/>
          <w:lang w:val="pt-PT"/>
        </w:rPr>
        <w:t xml:space="preserve"> la </w:t>
      </w:r>
      <w:proofErr w:type="spellStart"/>
      <w:r w:rsidRPr="00106298">
        <w:rPr>
          <w:rFonts w:eastAsia="Aptos" w:cs="Times New Roman"/>
          <w:lang w:val="pt-PT"/>
        </w:rPr>
        <w:t>verifye</w:t>
      </w:r>
      <w:proofErr w:type="spellEnd"/>
      <w:r w:rsidRPr="00106298">
        <w:rPr>
          <w:rFonts w:eastAsia="Aptos" w:cs="Times New Roman"/>
          <w:lang w:val="pt-PT"/>
        </w:rPr>
        <w:t xml:space="preserve"> si </w:t>
      </w:r>
      <w:proofErr w:type="spellStart"/>
      <w:r w:rsidRPr="00106298">
        <w:rPr>
          <w:rFonts w:eastAsia="Aptos" w:cs="Times New Roman"/>
          <w:lang w:val="pt-PT"/>
        </w:rPr>
        <w:t>timoun</w:t>
      </w:r>
      <w:proofErr w:type="spellEnd"/>
      <w:r w:rsidRPr="00106298">
        <w:rPr>
          <w:rFonts w:eastAsia="Aptos" w:cs="Times New Roman"/>
          <w:lang w:val="pt-PT"/>
        </w:rPr>
        <w:t xml:space="preserve"> ou </w:t>
      </w:r>
      <w:proofErr w:type="spellStart"/>
      <w:r w:rsidRPr="00106298">
        <w:rPr>
          <w:rFonts w:eastAsia="Aptos" w:cs="Times New Roman"/>
          <w:lang w:val="pt-PT"/>
        </w:rPr>
        <w:t>an</w:t>
      </w:r>
      <w:proofErr w:type="spellEnd"/>
      <w:r w:rsidRPr="00106298">
        <w:rPr>
          <w:rFonts w:eastAsia="Aptos" w:cs="Times New Roman"/>
          <w:lang w:val="pt-PT"/>
        </w:rPr>
        <w:t xml:space="preserve"> </w:t>
      </w:r>
      <w:proofErr w:type="spellStart"/>
      <w:r w:rsidRPr="00106298">
        <w:rPr>
          <w:rFonts w:eastAsia="Aptos" w:cs="Times New Roman"/>
          <w:lang w:val="pt-PT"/>
        </w:rPr>
        <w:t>kalifye</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Medicaid</w:t>
      </w:r>
      <w:proofErr w:type="spellEnd"/>
      <w:r w:rsidRPr="00106298">
        <w:rPr>
          <w:rFonts w:eastAsia="Aptos" w:cs="Times New Roman"/>
          <w:lang w:val="pt-PT"/>
        </w:rPr>
        <w:t xml:space="preserve">, mande </w:t>
      </w:r>
      <w:proofErr w:type="spellStart"/>
      <w:r w:rsidRPr="00106298">
        <w:rPr>
          <w:rFonts w:eastAsia="Aptos" w:cs="Times New Roman"/>
          <w:lang w:val="pt-PT"/>
        </w:rPr>
        <w:t>ranbousman</w:t>
      </w:r>
      <w:proofErr w:type="spellEnd"/>
      <w:r w:rsidRPr="00106298">
        <w:rPr>
          <w:rFonts w:eastAsia="Aptos" w:cs="Times New Roman"/>
          <w:lang w:val="pt-PT"/>
        </w:rPr>
        <w:t xml:space="preserve"> </w:t>
      </w:r>
      <w:proofErr w:type="spellStart"/>
      <w:r w:rsidRPr="00106298">
        <w:rPr>
          <w:rFonts w:eastAsia="Aptos" w:cs="Times New Roman"/>
          <w:lang w:val="pt-PT"/>
        </w:rPr>
        <w:t>nan</w:t>
      </w:r>
      <w:proofErr w:type="spellEnd"/>
      <w:r w:rsidRPr="00106298">
        <w:rPr>
          <w:rFonts w:eastAsia="Aptos" w:cs="Times New Roman"/>
          <w:lang w:val="pt-PT"/>
        </w:rPr>
        <w:t xml:space="preserve"> </w:t>
      </w:r>
      <w:proofErr w:type="spellStart"/>
      <w:r w:rsidRPr="00106298">
        <w:rPr>
          <w:rFonts w:eastAsia="Aptos" w:cs="Times New Roman"/>
          <w:lang w:val="pt-PT"/>
        </w:rPr>
        <w:t>men</w:t>
      </w:r>
      <w:proofErr w:type="spellEnd"/>
      <w:r w:rsidRPr="00106298">
        <w:rPr>
          <w:rFonts w:eastAsia="Aptos" w:cs="Times New Roman"/>
          <w:lang w:val="pt-PT"/>
        </w:rPr>
        <w:t xml:space="preserve"> </w:t>
      </w:r>
      <w:proofErr w:type="spellStart"/>
      <w:r w:rsidRPr="00106298">
        <w:rPr>
          <w:rFonts w:eastAsia="Aptos" w:cs="Times New Roman"/>
          <w:lang w:val="pt-PT"/>
        </w:rPr>
        <w:t>Medicaid</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sèvis</w:t>
      </w:r>
      <w:proofErr w:type="spellEnd"/>
      <w:r w:rsidRPr="00106298">
        <w:rPr>
          <w:rFonts w:eastAsia="Aptos" w:cs="Times New Roman"/>
          <w:lang w:val="pt-PT"/>
        </w:rPr>
        <w:t xml:space="preserve"> </w:t>
      </w:r>
      <w:proofErr w:type="spellStart"/>
      <w:r w:rsidRPr="00106298">
        <w:rPr>
          <w:rFonts w:eastAsia="Aptos" w:cs="Times New Roman"/>
          <w:lang w:val="pt-PT"/>
        </w:rPr>
        <w:t>kalifye</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bay</w:t>
      </w:r>
      <w:proofErr w:type="spellEnd"/>
      <w:r w:rsidRPr="00106298">
        <w:rPr>
          <w:rFonts w:eastAsia="Aptos" w:cs="Times New Roman"/>
          <w:lang w:val="pt-PT"/>
        </w:rPr>
        <w:t xml:space="preserve"> </w:t>
      </w:r>
      <w:proofErr w:type="spellStart"/>
      <w:r w:rsidRPr="00106298">
        <w:rPr>
          <w:rFonts w:eastAsia="Aptos" w:cs="Times New Roman"/>
          <w:lang w:val="pt-PT"/>
        </w:rPr>
        <w:t>nan</w:t>
      </w:r>
      <w:proofErr w:type="spellEnd"/>
      <w:r w:rsidRPr="00106298">
        <w:rPr>
          <w:rFonts w:eastAsia="Aptos" w:cs="Times New Roman"/>
          <w:lang w:val="pt-PT"/>
        </w:rPr>
        <w:t xml:space="preserve"> </w:t>
      </w:r>
      <w:proofErr w:type="spellStart"/>
      <w:r w:rsidRPr="00106298">
        <w:rPr>
          <w:rFonts w:eastAsia="Aptos" w:cs="Times New Roman"/>
          <w:lang w:val="pt-PT"/>
        </w:rPr>
        <w:t>lekòl</w:t>
      </w:r>
      <w:proofErr w:type="spellEnd"/>
      <w:r w:rsidRPr="00106298">
        <w:rPr>
          <w:rFonts w:eastAsia="Aptos" w:cs="Times New Roman"/>
          <w:lang w:val="pt-PT"/>
        </w:rPr>
        <w:t xml:space="preserve"> la, </w:t>
      </w:r>
      <w:proofErr w:type="spellStart"/>
      <w:r w:rsidRPr="00106298">
        <w:rPr>
          <w:rFonts w:eastAsia="Aptos" w:cs="Times New Roman"/>
          <w:lang w:val="pt-PT"/>
        </w:rPr>
        <w:t>epi</w:t>
      </w:r>
      <w:proofErr w:type="spellEnd"/>
      <w:r w:rsidRPr="00106298">
        <w:rPr>
          <w:rFonts w:eastAsia="Aptos" w:cs="Times New Roman"/>
          <w:lang w:val="pt-PT"/>
        </w:rPr>
        <w:t xml:space="preserve"> </w:t>
      </w:r>
      <w:proofErr w:type="spellStart"/>
      <w:r w:rsidRPr="00106298">
        <w:rPr>
          <w:rFonts w:eastAsia="Aptos" w:cs="Times New Roman"/>
          <w:lang w:val="pt-PT"/>
        </w:rPr>
        <w:t>kominike</w:t>
      </w:r>
      <w:proofErr w:type="spellEnd"/>
      <w:r w:rsidRPr="00106298">
        <w:rPr>
          <w:rFonts w:eastAsia="Aptos" w:cs="Times New Roman"/>
          <w:lang w:val="pt-PT"/>
        </w:rPr>
        <w:t xml:space="preserve"> </w:t>
      </w:r>
      <w:proofErr w:type="spellStart"/>
      <w:r w:rsidRPr="00106298">
        <w:rPr>
          <w:rFonts w:eastAsia="Aptos" w:cs="Times New Roman"/>
          <w:lang w:val="pt-PT"/>
        </w:rPr>
        <w:t>enfòmasyon</w:t>
      </w:r>
      <w:proofErr w:type="spellEnd"/>
      <w:r w:rsidRPr="00106298">
        <w:rPr>
          <w:rFonts w:eastAsia="Aptos" w:cs="Times New Roman"/>
          <w:lang w:val="pt-PT"/>
        </w:rPr>
        <w:t xml:space="preserve"> limite </w:t>
      </w:r>
      <w:proofErr w:type="spellStart"/>
      <w:r w:rsidRPr="00106298">
        <w:rPr>
          <w:rFonts w:eastAsia="Aptos" w:cs="Times New Roman"/>
          <w:lang w:val="pt-PT"/>
        </w:rPr>
        <w:t>ki</w:t>
      </w:r>
      <w:proofErr w:type="spellEnd"/>
      <w:r w:rsidRPr="00106298">
        <w:rPr>
          <w:rFonts w:eastAsia="Aptos" w:cs="Times New Roman"/>
          <w:lang w:val="pt-PT"/>
        </w:rPr>
        <w:t xml:space="preserve"> </w:t>
      </w:r>
      <w:proofErr w:type="spellStart"/>
      <w:r w:rsidRPr="00106298">
        <w:rPr>
          <w:rFonts w:eastAsia="Aptos" w:cs="Times New Roman"/>
          <w:lang w:val="pt-PT"/>
        </w:rPr>
        <w:t>nesesè</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rezon</w:t>
      </w:r>
      <w:proofErr w:type="spellEnd"/>
      <w:r w:rsidRPr="00106298">
        <w:rPr>
          <w:rFonts w:eastAsia="Aptos" w:cs="Times New Roman"/>
          <w:lang w:val="pt-PT"/>
        </w:rPr>
        <w:t xml:space="preserve"> </w:t>
      </w:r>
      <w:proofErr w:type="spellStart"/>
      <w:r w:rsidRPr="00106298">
        <w:rPr>
          <w:rFonts w:eastAsia="Aptos" w:cs="Times New Roman"/>
          <w:lang w:val="pt-PT"/>
        </w:rPr>
        <w:t>ranbousman</w:t>
      </w:r>
      <w:proofErr w:type="spellEnd"/>
      <w:r w:rsidRPr="00106298">
        <w:rPr>
          <w:rFonts w:eastAsia="Aptos" w:cs="Times New Roman"/>
          <w:lang w:val="pt-PT"/>
        </w:rPr>
        <w:t xml:space="preserve">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odit</w:t>
      </w:r>
      <w:proofErr w:type="spellEnd"/>
      <w:r w:rsidRPr="00106298">
        <w:rPr>
          <w:rFonts w:eastAsia="Aptos" w:cs="Times New Roman"/>
          <w:lang w:val="pt-PT"/>
        </w:rPr>
        <w:t xml:space="preserve">. Se </w:t>
      </w:r>
      <w:proofErr w:type="spellStart"/>
      <w:r w:rsidRPr="00106298">
        <w:rPr>
          <w:rFonts w:eastAsia="Aptos" w:cs="Times New Roman"/>
          <w:lang w:val="pt-PT"/>
        </w:rPr>
        <w:t>sèlman</w:t>
      </w:r>
      <w:proofErr w:type="spellEnd"/>
      <w:r w:rsidRPr="00106298">
        <w:rPr>
          <w:rFonts w:eastAsia="Aptos" w:cs="Times New Roman"/>
          <w:lang w:val="pt-PT"/>
        </w:rPr>
        <w:t xml:space="preserve"> </w:t>
      </w:r>
      <w:proofErr w:type="spellStart"/>
      <w:r w:rsidRPr="00106298">
        <w:rPr>
          <w:rFonts w:eastAsia="Aptos" w:cs="Times New Roman"/>
          <w:lang w:val="pt-PT"/>
        </w:rPr>
        <w:t>enfòmasyon</w:t>
      </w:r>
      <w:proofErr w:type="spellEnd"/>
      <w:r w:rsidRPr="00106298">
        <w:rPr>
          <w:rFonts w:eastAsia="Aptos" w:cs="Times New Roman"/>
          <w:lang w:val="pt-PT"/>
        </w:rPr>
        <w:t xml:space="preserve"> </w:t>
      </w:r>
      <w:proofErr w:type="spellStart"/>
      <w:r w:rsidRPr="00106298">
        <w:rPr>
          <w:rFonts w:eastAsia="Aptos" w:cs="Times New Roman"/>
          <w:lang w:val="pt-PT"/>
        </w:rPr>
        <w:t>minimòm</w:t>
      </w:r>
      <w:proofErr w:type="spellEnd"/>
      <w:r w:rsidRPr="00106298">
        <w:rPr>
          <w:rFonts w:eastAsia="Aptos" w:cs="Times New Roman"/>
          <w:lang w:val="pt-PT"/>
        </w:rPr>
        <w:t xml:space="preserve"> </w:t>
      </w:r>
      <w:proofErr w:type="spellStart"/>
      <w:r w:rsidRPr="00106298">
        <w:rPr>
          <w:rFonts w:eastAsia="Aptos" w:cs="Times New Roman"/>
          <w:lang w:val="pt-PT"/>
        </w:rPr>
        <w:t>nesesè</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ki</w:t>
      </w:r>
      <w:proofErr w:type="spellEnd"/>
      <w:r w:rsidRPr="00106298">
        <w:rPr>
          <w:rFonts w:eastAsia="Aptos" w:cs="Times New Roman"/>
          <w:lang w:val="pt-PT"/>
        </w:rPr>
        <w:t xml:space="preserve"> </w:t>
      </w:r>
      <w:proofErr w:type="spellStart"/>
      <w:r w:rsidRPr="00106298">
        <w:rPr>
          <w:rFonts w:eastAsia="Aptos" w:cs="Times New Roman"/>
          <w:lang w:val="pt-PT"/>
        </w:rPr>
        <w:t>kominike</w:t>
      </w:r>
      <w:proofErr w:type="spellEnd"/>
      <w:r w:rsidRPr="00106298">
        <w:rPr>
          <w:rFonts w:eastAsia="Aptos" w:cs="Times New Roman"/>
          <w:lang w:val="pt-PT"/>
        </w:rPr>
        <w:t>.</w:t>
      </w:r>
    </w:p>
    <w:p w14:paraId="7491DDD6" w14:textId="77777777" w:rsidR="001C02DC" w:rsidRPr="00106298" w:rsidRDefault="00106298" w:rsidP="00845B32">
      <w:pPr>
        <w:pStyle w:val="Heading2"/>
        <w:ind w:left="-720"/>
        <w:rPr>
          <w:color w:val="365F91" w:themeColor="accent1" w:themeShade="BF"/>
          <w:lang w:val="pt-PT"/>
        </w:rPr>
      </w:pPr>
      <w:proofErr w:type="spellStart"/>
      <w:r w:rsidRPr="00106298">
        <w:rPr>
          <w:rFonts w:ascii="Calibri" w:eastAsia="Calibri" w:hAnsi="Calibri" w:cs="Times New Roman"/>
          <w:color w:val="365F91"/>
          <w:lang w:val="pt-PT"/>
        </w:rPr>
        <w:t>Ki</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enfòmasyon</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yo</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gendwa</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kominike</w:t>
      </w:r>
      <w:proofErr w:type="spellEnd"/>
      <w:r w:rsidRPr="00106298">
        <w:rPr>
          <w:rFonts w:ascii="Calibri" w:eastAsia="Calibri" w:hAnsi="Calibri" w:cs="Times New Roman"/>
          <w:color w:val="365F91"/>
          <w:lang w:val="pt-PT"/>
        </w:rPr>
        <w:t>?</w:t>
      </w:r>
    </w:p>
    <w:p w14:paraId="1AF85A93" w14:textId="59D9A888" w:rsidR="001C02DC" w:rsidRPr="00106298" w:rsidRDefault="00106298" w:rsidP="00845B32">
      <w:pPr>
        <w:ind w:left="-720"/>
        <w:rPr>
          <w:lang w:val="pt-PT"/>
        </w:rPr>
      </w:pPr>
      <w:proofErr w:type="spellStart"/>
      <w:r w:rsidRPr="00106298">
        <w:rPr>
          <w:rFonts w:eastAsia="Aptos" w:cs="Times New Roman"/>
          <w:lang w:val="pt-PT"/>
        </w:rPr>
        <w:t>Sa</w:t>
      </w:r>
      <w:proofErr w:type="spellEnd"/>
      <w:r w:rsidRPr="00106298">
        <w:rPr>
          <w:rFonts w:eastAsia="Aptos" w:cs="Times New Roman"/>
          <w:lang w:val="pt-PT"/>
        </w:rPr>
        <w:t xml:space="preserve"> </w:t>
      </w:r>
      <w:proofErr w:type="spellStart"/>
      <w:r w:rsidRPr="00106298">
        <w:rPr>
          <w:rFonts w:eastAsia="Aptos" w:cs="Times New Roman"/>
          <w:lang w:val="pt-PT"/>
        </w:rPr>
        <w:t>ka</w:t>
      </w:r>
      <w:proofErr w:type="spellEnd"/>
      <w:r w:rsidRPr="00106298">
        <w:rPr>
          <w:rFonts w:eastAsia="Aptos" w:cs="Times New Roman"/>
          <w:lang w:val="pt-PT"/>
        </w:rPr>
        <w:t xml:space="preserve"> </w:t>
      </w:r>
      <w:proofErr w:type="spellStart"/>
      <w:r w:rsidRPr="00106298">
        <w:rPr>
          <w:rFonts w:eastAsia="Aptos" w:cs="Times New Roman"/>
          <w:lang w:val="pt-PT"/>
        </w:rPr>
        <w:t>gen</w:t>
      </w:r>
      <w:proofErr w:type="spellEnd"/>
      <w:r w:rsidRPr="00106298">
        <w:rPr>
          <w:rFonts w:eastAsia="Aptos" w:cs="Times New Roman"/>
          <w:lang w:val="pt-PT"/>
        </w:rPr>
        <w:t xml:space="preserve"> </w:t>
      </w:r>
      <w:proofErr w:type="spellStart"/>
      <w:r w:rsidRPr="00106298">
        <w:rPr>
          <w:rFonts w:eastAsia="Aptos" w:cs="Times New Roman"/>
          <w:lang w:val="pt-PT"/>
        </w:rPr>
        <w:t>ladan</w:t>
      </w:r>
      <w:proofErr w:type="spellEnd"/>
      <w:r w:rsidRPr="00106298">
        <w:rPr>
          <w:rFonts w:eastAsia="Aptos" w:cs="Times New Roman"/>
          <w:lang w:val="pt-PT"/>
        </w:rPr>
        <w:t xml:space="preserve"> l non, </w:t>
      </w:r>
      <w:proofErr w:type="spellStart"/>
      <w:r w:rsidRPr="00106298">
        <w:rPr>
          <w:rFonts w:eastAsia="Aptos" w:cs="Times New Roman"/>
          <w:lang w:val="pt-PT"/>
        </w:rPr>
        <w:t>dat</w:t>
      </w:r>
      <w:proofErr w:type="spellEnd"/>
      <w:r w:rsidRPr="00106298">
        <w:rPr>
          <w:rFonts w:eastAsia="Aptos" w:cs="Times New Roman"/>
          <w:lang w:val="pt-PT"/>
        </w:rPr>
        <w:t xml:space="preserve"> </w:t>
      </w:r>
      <w:proofErr w:type="spellStart"/>
      <w:r w:rsidRPr="00106298">
        <w:rPr>
          <w:rFonts w:eastAsia="Aptos" w:cs="Times New Roman"/>
          <w:lang w:val="pt-PT"/>
        </w:rPr>
        <w:t>nesans</w:t>
      </w:r>
      <w:proofErr w:type="spellEnd"/>
      <w:r w:rsidRPr="00106298">
        <w:rPr>
          <w:rFonts w:eastAsia="Aptos" w:cs="Times New Roman"/>
          <w:lang w:val="pt-PT"/>
        </w:rPr>
        <w:t xml:space="preserve">,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adrès</w:t>
      </w:r>
      <w:proofErr w:type="spellEnd"/>
      <w:r w:rsidRPr="00106298">
        <w:rPr>
          <w:rFonts w:eastAsia="Aptos" w:cs="Times New Roman"/>
          <w:lang w:val="pt-PT"/>
        </w:rPr>
        <w:t xml:space="preserve"> </w:t>
      </w:r>
      <w:proofErr w:type="spellStart"/>
      <w:r w:rsidRPr="00106298">
        <w:rPr>
          <w:rFonts w:eastAsia="Aptos" w:cs="Times New Roman"/>
          <w:lang w:val="pt-PT"/>
        </w:rPr>
        <w:t>timoun</w:t>
      </w:r>
      <w:proofErr w:type="spellEnd"/>
      <w:r w:rsidRPr="00106298">
        <w:rPr>
          <w:rFonts w:eastAsia="Aptos" w:cs="Times New Roman"/>
          <w:lang w:val="pt-PT"/>
        </w:rPr>
        <w:t xml:space="preserve"> ou </w:t>
      </w:r>
      <w:proofErr w:type="spellStart"/>
      <w:r w:rsidRPr="00106298">
        <w:rPr>
          <w:rFonts w:eastAsia="Aptos" w:cs="Times New Roman"/>
          <w:lang w:val="pt-PT"/>
        </w:rPr>
        <w:t>an</w:t>
      </w:r>
      <w:proofErr w:type="spellEnd"/>
      <w:r w:rsidRPr="00106298">
        <w:rPr>
          <w:rFonts w:eastAsia="Aptos" w:cs="Times New Roman"/>
          <w:lang w:val="pt-PT"/>
        </w:rPr>
        <w:t xml:space="preserve">; </w:t>
      </w:r>
      <w:proofErr w:type="spellStart"/>
      <w:r w:rsidRPr="00106298">
        <w:rPr>
          <w:rFonts w:eastAsia="Aptos" w:cs="Times New Roman"/>
          <w:lang w:val="pt-PT"/>
        </w:rPr>
        <w:t>nimewo</w:t>
      </w:r>
      <w:proofErr w:type="spellEnd"/>
      <w:r w:rsidRPr="00106298">
        <w:rPr>
          <w:rFonts w:eastAsia="Aptos" w:cs="Times New Roman"/>
          <w:lang w:val="pt-PT"/>
        </w:rPr>
        <w:t xml:space="preserve"> </w:t>
      </w:r>
      <w:proofErr w:type="spellStart"/>
      <w:r w:rsidRPr="00106298">
        <w:rPr>
          <w:rFonts w:eastAsia="Aptos" w:cs="Times New Roman"/>
          <w:lang w:val="pt-PT"/>
        </w:rPr>
        <w:t>idantifikasyon</w:t>
      </w:r>
      <w:proofErr w:type="spellEnd"/>
      <w:r w:rsidRPr="00106298">
        <w:rPr>
          <w:rFonts w:eastAsia="Aptos" w:cs="Times New Roman"/>
          <w:lang w:val="pt-PT"/>
        </w:rPr>
        <w:t xml:space="preserve"> </w:t>
      </w:r>
      <w:proofErr w:type="spellStart"/>
      <w:r w:rsidRPr="00106298">
        <w:rPr>
          <w:rFonts w:eastAsia="Aptos" w:cs="Times New Roman"/>
          <w:lang w:val="pt-PT"/>
        </w:rPr>
        <w:t>Medicaid</w:t>
      </w:r>
      <w:proofErr w:type="spellEnd"/>
      <w:r w:rsidRPr="00106298">
        <w:rPr>
          <w:rFonts w:eastAsia="Aptos" w:cs="Times New Roman"/>
          <w:lang w:val="pt-PT"/>
        </w:rPr>
        <w:t xml:space="preserve"> la; </w:t>
      </w:r>
      <w:proofErr w:type="spellStart"/>
      <w:r w:rsidRPr="00106298">
        <w:rPr>
          <w:rFonts w:eastAsia="Aptos" w:cs="Times New Roman"/>
          <w:lang w:val="pt-PT"/>
        </w:rPr>
        <w:t>enfòmasyon</w:t>
      </w:r>
      <w:proofErr w:type="spellEnd"/>
      <w:r w:rsidRPr="00106298">
        <w:rPr>
          <w:rFonts w:eastAsia="Aptos" w:cs="Times New Roman"/>
          <w:lang w:val="pt-PT"/>
        </w:rPr>
        <w:t xml:space="preserve"> sou </w:t>
      </w:r>
      <w:proofErr w:type="spellStart"/>
      <w:r w:rsidRPr="00106298">
        <w:rPr>
          <w:rFonts w:eastAsia="Aptos" w:cs="Times New Roman"/>
          <w:lang w:val="pt-PT"/>
        </w:rPr>
        <w:t>sèvis</w:t>
      </w:r>
      <w:proofErr w:type="spellEnd"/>
      <w:r w:rsidRPr="00106298">
        <w:rPr>
          <w:rFonts w:eastAsia="Aptos" w:cs="Times New Roman"/>
          <w:lang w:val="pt-PT"/>
        </w:rPr>
        <w:t xml:space="preserve"> </w:t>
      </w:r>
      <w:proofErr w:type="spellStart"/>
      <w:r w:rsidRPr="00106298">
        <w:rPr>
          <w:rFonts w:eastAsia="Aptos" w:cs="Times New Roman"/>
          <w:lang w:val="pt-PT"/>
        </w:rPr>
        <w:t>ki</w:t>
      </w:r>
      <w:proofErr w:type="spellEnd"/>
      <w:r w:rsidRPr="00106298">
        <w:rPr>
          <w:rFonts w:eastAsia="Aptos" w:cs="Times New Roman"/>
          <w:lang w:val="pt-PT"/>
        </w:rPr>
        <w:t xml:space="preserve"> </w:t>
      </w:r>
      <w:proofErr w:type="spellStart"/>
      <w:r w:rsidRPr="00106298">
        <w:rPr>
          <w:rFonts w:eastAsia="Aptos" w:cs="Times New Roman"/>
          <w:lang w:val="pt-PT"/>
        </w:rPr>
        <w:t>bay</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kalite</w:t>
      </w:r>
      <w:proofErr w:type="spellEnd"/>
      <w:r w:rsidRPr="00106298">
        <w:rPr>
          <w:rFonts w:eastAsia="Aptos" w:cs="Times New Roman"/>
          <w:lang w:val="pt-PT"/>
        </w:rPr>
        <w:t xml:space="preserve">, </w:t>
      </w:r>
      <w:proofErr w:type="spellStart"/>
      <w:r w:rsidRPr="00106298">
        <w:rPr>
          <w:rFonts w:eastAsia="Aptos" w:cs="Times New Roman"/>
          <w:lang w:val="pt-PT"/>
        </w:rPr>
        <w:t>dat</w:t>
      </w:r>
      <w:proofErr w:type="spellEnd"/>
      <w:r w:rsidRPr="00106298">
        <w:rPr>
          <w:rFonts w:eastAsia="Aptos" w:cs="Times New Roman"/>
          <w:lang w:val="pt-PT"/>
        </w:rPr>
        <w:t xml:space="preserve">,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dire</w:t>
      </w:r>
      <w:proofErr w:type="spellEnd"/>
      <w:r w:rsidRPr="00106298">
        <w:rPr>
          <w:rFonts w:eastAsia="Aptos" w:cs="Times New Roman"/>
          <w:lang w:val="pt-PT"/>
        </w:rPr>
        <w:t xml:space="preserve">);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dosye</w:t>
      </w:r>
      <w:proofErr w:type="spellEnd"/>
      <w:r w:rsidRPr="00106298">
        <w:rPr>
          <w:rFonts w:eastAsia="Aptos" w:cs="Times New Roman"/>
          <w:lang w:val="pt-PT"/>
        </w:rPr>
        <w:t xml:space="preserve"> </w:t>
      </w:r>
      <w:proofErr w:type="spellStart"/>
      <w:r w:rsidRPr="00106298">
        <w:rPr>
          <w:rFonts w:eastAsia="Aptos" w:cs="Times New Roman"/>
          <w:lang w:val="pt-PT"/>
        </w:rPr>
        <w:t>enpòtan</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tankou</w:t>
      </w:r>
      <w:proofErr w:type="spellEnd"/>
      <w:r w:rsidRPr="00106298">
        <w:rPr>
          <w:rFonts w:eastAsia="Aptos" w:cs="Times New Roman"/>
          <w:lang w:val="pt-PT"/>
        </w:rPr>
        <w:t xml:space="preserve"> IEP </w:t>
      </w:r>
      <w:proofErr w:type="spellStart"/>
      <w:r w:rsidRPr="00106298">
        <w:rPr>
          <w:rFonts w:eastAsia="Aptos" w:cs="Times New Roman"/>
          <w:lang w:val="pt-PT"/>
        </w:rPr>
        <w:t>yo</w:t>
      </w:r>
      <w:proofErr w:type="spellEnd"/>
      <w:r w:rsidRPr="00106298">
        <w:rPr>
          <w:rFonts w:eastAsia="Aptos" w:cs="Times New Roman"/>
          <w:lang w:val="pt-PT"/>
        </w:rPr>
        <w:t xml:space="preserve"> (si </w:t>
      </w:r>
      <w:proofErr w:type="spellStart"/>
      <w:r w:rsidRPr="00106298">
        <w:rPr>
          <w:rFonts w:eastAsia="Aptos" w:cs="Times New Roman"/>
          <w:lang w:val="pt-PT"/>
        </w:rPr>
        <w:t>sa</w:t>
      </w:r>
      <w:proofErr w:type="spellEnd"/>
      <w:r w:rsidRPr="00106298">
        <w:rPr>
          <w:rFonts w:eastAsia="Aptos" w:cs="Times New Roman"/>
          <w:lang w:val="pt-PT"/>
        </w:rPr>
        <w:t xml:space="preserve"> </w:t>
      </w:r>
      <w:proofErr w:type="spellStart"/>
      <w:r w:rsidRPr="00106298">
        <w:rPr>
          <w:rFonts w:eastAsia="Aptos" w:cs="Times New Roman"/>
          <w:lang w:val="pt-PT"/>
        </w:rPr>
        <w:t>aplikab</w:t>
      </w:r>
      <w:proofErr w:type="spellEnd"/>
      <w:r w:rsidRPr="00106298">
        <w:rPr>
          <w:rFonts w:eastAsia="Aptos" w:cs="Times New Roman"/>
          <w:lang w:val="pt-PT"/>
        </w:rPr>
        <w:t xml:space="preserve">), </w:t>
      </w:r>
      <w:proofErr w:type="spellStart"/>
      <w:r w:rsidRPr="00106298">
        <w:rPr>
          <w:rFonts w:eastAsia="Aptos" w:cs="Times New Roman"/>
          <w:lang w:val="pt-PT"/>
        </w:rPr>
        <w:t>plan</w:t>
      </w:r>
      <w:proofErr w:type="spellEnd"/>
      <w:r w:rsidRPr="00106298">
        <w:rPr>
          <w:rFonts w:eastAsia="Aptos" w:cs="Times New Roman"/>
          <w:lang w:val="pt-PT"/>
        </w:rPr>
        <w:t xml:space="preserve"> </w:t>
      </w:r>
      <w:proofErr w:type="spellStart"/>
      <w:r w:rsidRPr="00106298">
        <w:rPr>
          <w:rFonts w:eastAsia="Aptos" w:cs="Times New Roman"/>
          <w:lang w:val="pt-PT"/>
        </w:rPr>
        <w:t>swen</w:t>
      </w:r>
      <w:proofErr w:type="spellEnd"/>
      <w:r w:rsidRPr="00106298">
        <w:rPr>
          <w:rFonts w:eastAsia="Aptos" w:cs="Times New Roman"/>
          <w:lang w:val="pt-PT"/>
        </w:rPr>
        <w:t xml:space="preserve"> </w:t>
      </w:r>
      <w:proofErr w:type="spellStart"/>
      <w:r w:rsidRPr="00106298">
        <w:rPr>
          <w:rFonts w:eastAsia="Aptos" w:cs="Times New Roman"/>
          <w:lang w:val="pt-PT"/>
        </w:rPr>
        <w:t>medikal</w:t>
      </w:r>
      <w:proofErr w:type="spellEnd"/>
      <w:r w:rsidRPr="00106298">
        <w:rPr>
          <w:rFonts w:eastAsia="Aptos" w:cs="Times New Roman"/>
          <w:lang w:val="pt-PT"/>
        </w:rPr>
        <w:t xml:space="preserve">, </w:t>
      </w:r>
      <w:proofErr w:type="spellStart"/>
      <w:r w:rsidRPr="00106298">
        <w:rPr>
          <w:rFonts w:eastAsia="Aptos" w:cs="Times New Roman"/>
          <w:lang w:val="pt-PT"/>
        </w:rPr>
        <w:t>evalyasyon</w:t>
      </w:r>
      <w:proofErr w:type="spellEnd"/>
      <w:r w:rsidRPr="00106298">
        <w:rPr>
          <w:rFonts w:eastAsia="Aptos" w:cs="Times New Roman"/>
          <w:lang w:val="pt-PT"/>
        </w:rPr>
        <w:t xml:space="preserve">, </w:t>
      </w:r>
      <w:proofErr w:type="spellStart"/>
      <w:r w:rsidRPr="00106298">
        <w:rPr>
          <w:rFonts w:eastAsia="Aptos" w:cs="Times New Roman"/>
          <w:lang w:val="pt-PT"/>
        </w:rPr>
        <w:t>oswa</w:t>
      </w:r>
      <w:proofErr w:type="spellEnd"/>
      <w:r w:rsidRPr="00106298">
        <w:rPr>
          <w:rFonts w:eastAsia="Aptos" w:cs="Times New Roman"/>
          <w:lang w:val="pt-PT"/>
        </w:rPr>
        <w:t xml:space="preserve"> </w:t>
      </w:r>
      <w:proofErr w:type="spellStart"/>
      <w:r w:rsidRPr="00106298">
        <w:rPr>
          <w:rFonts w:eastAsia="Aptos" w:cs="Times New Roman"/>
          <w:lang w:val="pt-PT"/>
        </w:rPr>
        <w:t>rejis</w:t>
      </w:r>
      <w:proofErr w:type="spellEnd"/>
      <w:r w:rsidRPr="00106298">
        <w:rPr>
          <w:rFonts w:eastAsia="Aptos" w:cs="Times New Roman"/>
          <w:lang w:val="pt-PT"/>
        </w:rPr>
        <w:t xml:space="preserve"> </w:t>
      </w:r>
      <w:proofErr w:type="spellStart"/>
      <w:r w:rsidRPr="00106298">
        <w:rPr>
          <w:rFonts w:eastAsia="Aptos" w:cs="Times New Roman"/>
          <w:lang w:val="pt-PT"/>
        </w:rPr>
        <w:t>sèvis</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w:t>
      </w:r>
    </w:p>
    <w:p w14:paraId="44B76862" w14:textId="77777777" w:rsidR="001C02DC" w:rsidRPr="007809AC" w:rsidRDefault="00106298" w:rsidP="00845B32">
      <w:pPr>
        <w:pStyle w:val="Heading2"/>
        <w:ind w:left="-720"/>
        <w:rPr>
          <w:color w:val="365F91" w:themeColor="accent1" w:themeShade="BF"/>
        </w:rPr>
      </w:pPr>
      <w:proofErr w:type="spellStart"/>
      <w:r>
        <w:rPr>
          <w:rFonts w:ascii="Calibri" w:eastAsia="Calibri" w:hAnsi="Calibri" w:cs="Times New Roman"/>
          <w:color w:val="365F91"/>
        </w:rPr>
        <w:t>Èske</w:t>
      </w:r>
      <w:proofErr w:type="spellEnd"/>
      <w:r>
        <w:rPr>
          <w:rFonts w:ascii="Calibri" w:eastAsia="Calibri" w:hAnsi="Calibri" w:cs="Times New Roman"/>
          <w:color w:val="365F91"/>
        </w:rPr>
        <w:t xml:space="preserve"> m </w:t>
      </w:r>
      <w:proofErr w:type="spellStart"/>
      <w:r>
        <w:rPr>
          <w:rFonts w:ascii="Calibri" w:eastAsia="Calibri" w:hAnsi="Calibri" w:cs="Times New Roman"/>
          <w:color w:val="365F91"/>
        </w:rPr>
        <w:t>oblije</w:t>
      </w:r>
      <w:proofErr w:type="spellEnd"/>
      <w:r>
        <w:rPr>
          <w:rFonts w:ascii="Calibri" w:eastAsia="Calibri" w:hAnsi="Calibri" w:cs="Times New Roman"/>
          <w:color w:val="365F91"/>
        </w:rPr>
        <w:t xml:space="preserve"> bay konsantman?</w:t>
      </w:r>
    </w:p>
    <w:p w14:paraId="4B2C4D2B" w14:textId="55EE83EC" w:rsidR="001C02DC" w:rsidRDefault="00106298" w:rsidP="00845B32">
      <w:pPr>
        <w:ind w:left="-720"/>
      </w:pPr>
      <w:r>
        <w:rPr>
          <w:rFonts w:eastAsia="Aptos" w:cs="Times New Roman"/>
        </w:rPr>
        <w:t>Non. Bay konsantman an se</w:t>
      </w:r>
      <w:r>
        <w:rPr>
          <w:rFonts w:eastAsia="Aptos" w:cs="Times New Roman"/>
        </w:rPr>
        <w:t xml:space="preserve"> volontè.</w:t>
      </w:r>
    </w:p>
    <w:p w14:paraId="7D995517" w14:textId="77777777" w:rsidR="001C02DC" w:rsidRPr="00106298" w:rsidRDefault="00106298" w:rsidP="00845B32">
      <w:pPr>
        <w:pStyle w:val="Heading2"/>
        <w:ind w:left="-720"/>
        <w:rPr>
          <w:color w:val="365F91" w:themeColor="accent1" w:themeShade="BF"/>
          <w:lang w:val="pt-PT"/>
        </w:rPr>
      </w:pPr>
      <w:proofErr w:type="spellStart"/>
      <w:r w:rsidRPr="00106298">
        <w:rPr>
          <w:rFonts w:ascii="Calibri" w:eastAsia="Calibri" w:hAnsi="Calibri" w:cs="Times New Roman"/>
          <w:color w:val="365F91"/>
          <w:lang w:val="pt-PT"/>
        </w:rPr>
        <w:t>Kisa</w:t>
      </w:r>
      <w:proofErr w:type="spellEnd"/>
      <w:r w:rsidRPr="00106298">
        <w:rPr>
          <w:rFonts w:ascii="Calibri" w:eastAsia="Calibri" w:hAnsi="Calibri" w:cs="Times New Roman"/>
          <w:color w:val="365F91"/>
          <w:lang w:val="pt-PT"/>
        </w:rPr>
        <w:t xml:space="preserve"> k </w:t>
      </w:r>
      <w:proofErr w:type="spellStart"/>
      <w:r w:rsidRPr="00106298">
        <w:rPr>
          <w:rFonts w:ascii="Calibri" w:eastAsia="Calibri" w:hAnsi="Calibri" w:cs="Times New Roman"/>
          <w:color w:val="365F91"/>
          <w:lang w:val="pt-PT"/>
        </w:rPr>
        <w:t>ap</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pase</w:t>
      </w:r>
      <w:proofErr w:type="spellEnd"/>
      <w:r w:rsidRPr="00106298">
        <w:rPr>
          <w:rFonts w:ascii="Calibri" w:eastAsia="Calibri" w:hAnsi="Calibri" w:cs="Times New Roman"/>
          <w:color w:val="365F91"/>
          <w:lang w:val="pt-PT"/>
        </w:rPr>
        <w:t xml:space="preserve"> si m </w:t>
      </w:r>
      <w:proofErr w:type="spellStart"/>
      <w:r w:rsidRPr="00106298">
        <w:rPr>
          <w:rFonts w:ascii="Calibri" w:eastAsia="Calibri" w:hAnsi="Calibri" w:cs="Times New Roman"/>
          <w:color w:val="365F91"/>
          <w:lang w:val="pt-PT"/>
        </w:rPr>
        <w:t>chwazi</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pou</w:t>
      </w:r>
      <w:proofErr w:type="spellEnd"/>
      <w:r w:rsidRPr="00106298">
        <w:rPr>
          <w:rFonts w:ascii="Calibri" w:eastAsia="Calibri" w:hAnsi="Calibri" w:cs="Times New Roman"/>
          <w:color w:val="365F91"/>
          <w:lang w:val="pt-PT"/>
        </w:rPr>
        <w:t xml:space="preserve"> m </w:t>
      </w:r>
      <w:proofErr w:type="spellStart"/>
      <w:r w:rsidRPr="00106298">
        <w:rPr>
          <w:rFonts w:ascii="Calibri" w:eastAsia="Calibri" w:hAnsi="Calibri" w:cs="Times New Roman"/>
          <w:color w:val="365F91"/>
          <w:lang w:val="pt-PT"/>
        </w:rPr>
        <w:t>pa</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bay</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konsantman</w:t>
      </w:r>
      <w:proofErr w:type="spellEnd"/>
      <w:r w:rsidRPr="00106298">
        <w:rPr>
          <w:rFonts w:ascii="Calibri" w:eastAsia="Calibri" w:hAnsi="Calibri" w:cs="Times New Roman"/>
          <w:color w:val="365F91"/>
          <w:lang w:val="pt-PT"/>
        </w:rPr>
        <w:t xml:space="preserve"> m?</w:t>
      </w:r>
    </w:p>
    <w:p w14:paraId="7E6257D3" w14:textId="3C13DC04" w:rsidR="001C02DC" w:rsidRDefault="00106298" w:rsidP="00845B32">
      <w:pPr>
        <w:ind w:left="-720"/>
      </w:pPr>
      <w:proofErr w:type="spellStart"/>
      <w:r w:rsidRPr="00106298">
        <w:rPr>
          <w:rFonts w:eastAsia="Aptos" w:cs="Times New Roman"/>
          <w:lang w:val="pt-PT"/>
        </w:rPr>
        <w:t>Anyen</w:t>
      </w:r>
      <w:proofErr w:type="spellEnd"/>
      <w:r w:rsidRPr="00106298">
        <w:rPr>
          <w:rFonts w:eastAsia="Aptos" w:cs="Times New Roman"/>
          <w:lang w:val="pt-PT"/>
        </w:rPr>
        <w:t xml:space="preserve"> </w:t>
      </w:r>
      <w:proofErr w:type="spellStart"/>
      <w:r w:rsidRPr="00106298">
        <w:rPr>
          <w:rFonts w:eastAsia="Aptos" w:cs="Times New Roman"/>
          <w:lang w:val="pt-PT"/>
        </w:rPr>
        <w:t>pa</w:t>
      </w:r>
      <w:proofErr w:type="spellEnd"/>
      <w:r w:rsidRPr="00106298">
        <w:rPr>
          <w:rFonts w:eastAsia="Aptos" w:cs="Times New Roman"/>
          <w:lang w:val="pt-PT"/>
        </w:rPr>
        <w:t xml:space="preserve"> </w:t>
      </w:r>
      <w:proofErr w:type="spellStart"/>
      <w:r w:rsidRPr="00106298">
        <w:rPr>
          <w:rFonts w:eastAsia="Aptos" w:cs="Times New Roman"/>
          <w:lang w:val="pt-PT"/>
        </w:rPr>
        <w:t>chanje</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timoun</w:t>
      </w:r>
      <w:proofErr w:type="spellEnd"/>
      <w:r w:rsidRPr="00106298">
        <w:rPr>
          <w:rFonts w:eastAsia="Aptos" w:cs="Times New Roman"/>
          <w:lang w:val="pt-PT"/>
        </w:rPr>
        <w:t xml:space="preserve"> ou </w:t>
      </w:r>
      <w:proofErr w:type="spellStart"/>
      <w:r w:rsidRPr="00106298">
        <w:rPr>
          <w:rFonts w:eastAsia="Aptos" w:cs="Times New Roman"/>
          <w:lang w:val="pt-PT"/>
        </w:rPr>
        <w:t>an</w:t>
      </w:r>
      <w:proofErr w:type="spellEnd"/>
      <w:r w:rsidRPr="00106298">
        <w:rPr>
          <w:rFonts w:eastAsia="Aptos" w:cs="Times New Roman"/>
          <w:lang w:val="pt-PT"/>
        </w:rPr>
        <w:t xml:space="preserve">. L </w:t>
      </w:r>
      <w:proofErr w:type="spellStart"/>
      <w:r w:rsidRPr="00106298">
        <w:rPr>
          <w:rFonts w:eastAsia="Aptos" w:cs="Times New Roman"/>
          <w:lang w:val="pt-PT"/>
        </w:rPr>
        <w:t>ap</w:t>
      </w:r>
      <w:proofErr w:type="spellEnd"/>
      <w:r w:rsidRPr="00106298">
        <w:rPr>
          <w:rFonts w:eastAsia="Aptos" w:cs="Times New Roman"/>
          <w:lang w:val="pt-PT"/>
        </w:rPr>
        <w:t xml:space="preserve"> </w:t>
      </w:r>
      <w:proofErr w:type="spellStart"/>
      <w:r w:rsidRPr="00106298">
        <w:rPr>
          <w:rFonts w:eastAsia="Aptos" w:cs="Times New Roman"/>
          <w:lang w:val="pt-PT"/>
        </w:rPr>
        <w:t>kontinye</w:t>
      </w:r>
      <w:proofErr w:type="spellEnd"/>
      <w:r w:rsidRPr="00106298">
        <w:rPr>
          <w:rFonts w:eastAsia="Aptos" w:cs="Times New Roman"/>
          <w:lang w:val="pt-PT"/>
        </w:rPr>
        <w:t xml:space="preserve"> </w:t>
      </w:r>
      <w:proofErr w:type="spellStart"/>
      <w:r w:rsidRPr="00106298">
        <w:rPr>
          <w:rFonts w:eastAsia="Aptos" w:cs="Times New Roman"/>
          <w:lang w:val="pt-PT"/>
        </w:rPr>
        <w:t>resevwa</w:t>
      </w:r>
      <w:proofErr w:type="spellEnd"/>
      <w:r w:rsidRPr="00106298">
        <w:rPr>
          <w:rFonts w:eastAsia="Aptos" w:cs="Times New Roman"/>
          <w:lang w:val="pt-PT"/>
        </w:rPr>
        <w:t xml:space="preserve"> </w:t>
      </w:r>
      <w:proofErr w:type="spellStart"/>
      <w:r w:rsidRPr="00106298">
        <w:rPr>
          <w:rFonts w:eastAsia="Aptos" w:cs="Times New Roman"/>
          <w:lang w:val="pt-PT"/>
        </w:rPr>
        <w:t>tout</w:t>
      </w:r>
      <w:proofErr w:type="spellEnd"/>
      <w:r w:rsidRPr="00106298">
        <w:rPr>
          <w:rFonts w:eastAsia="Aptos" w:cs="Times New Roman"/>
          <w:lang w:val="pt-PT"/>
        </w:rPr>
        <w:t xml:space="preserve"> </w:t>
      </w:r>
      <w:proofErr w:type="spellStart"/>
      <w:r w:rsidRPr="00106298">
        <w:rPr>
          <w:rFonts w:eastAsia="Aptos" w:cs="Times New Roman"/>
          <w:lang w:val="pt-PT"/>
        </w:rPr>
        <w:t>sèvis</w:t>
      </w:r>
      <w:proofErr w:type="spellEnd"/>
      <w:r w:rsidRPr="00106298">
        <w:rPr>
          <w:rFonts w:eastAsia="Aptos" w:cs="Times New Roman"/>
          <w:lang w:val="pt-PT"/>
        </w:rPr>
        <w:t xml:space="preserve"> </w:t>
      </w:r>
      <w:proofErr w:type="spellStart"/>
      <w:r w:rsidRPr="00106298">
        <w:rPr>
          <w:rFonts w:eastAsia="Aptos" w:cs="Times New Roman"/>
          <w:lang w:val="pt-PT"/>
        </w:rPr>
        <w:t>ki</w:t>
      </w:r>
      <w:proofErr w:type="spellEnd"/>
      <w:r w:rsidRPr="00106298">
        <w:rPr>
          <w:rFonts w:eastAsia="Aptos" w:cs="Times New Roman"/>
          <w:lang w:val="pt-PT"/>
        </w:rPr>
        <w:t xml:space="preserve"> </w:t>
      </w:r>
      <w:proofErr w:type="spellStart"/>
      <w:r w:rsidRPr="00106298">
        <w:rPr>
          <w:rFonts w:eastAsia="Aptos" w:cs="Times New Roman"/>
          <w:lang w:val="pt-PT"/>
        </w:rPr>
        <w:t>nesesè</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san</w:t>
      </w:r>
      <w:proofErr w:type="spellEnd"/>
      <w:r w:rsidRPr="00106298">
        <w:rPr>
          <w:rFonts w:eastAsia="Aptos" w:cs="Times New Roman"/>
          <w:lang w:val="pt-PT"/>
        </w:rPr>
        <w:t xml:space="preserve"> </w:t>
      </w:r>
      <w:proofErr w:type="spellStart"/>
      <w:r w:rsidRPr="00106298">
        <w:rPr>
          <w:rFonts w:eastAsia="Aptos" w:cs="Times New Roman"/>
          <w:lang w:val="pt-PT"/>
        </w:rPr>
        <w:t>okenn</w:t>
      </w:r>
      <w:proofErr w:type="spellEnd"/>
      <w:r w:rsidRPr="00106298">
        <w:rPr>
          <w:rFonts w:eastAsia="Aptos" w:cs="Times New Roman"/>
          <w:lang w:val="pt-PT"/>
        </w:rPr>
        <w:t xml:space="preserve"> </w:t>
      </w:r>
      <w:proofErr w:type="spellStart"/>
      <w:r w:rsidRPr="00106298">
        <w:rPr>
          <w:rFonts w:eastAsia="Aptos" w:cs="Times New Roman"/>
          <w:lang w:val="pt-PT"/>
        </w:rPr>
        <w:t>frè</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ou. </w:t>
      </w:r>
      <w:proofErr w:type="spellStart"/>
      <w:r>
        <w:rPr>
          <w:rFonts w:eastAsia="Aptos" w:cs="Times New Roman"/>
        </w:rPr>
        <w:t>Sepandan</w:t>
      </w:r>
      <w:proofErr w:type="spellEnd"/>
      <w:r>
        <w:rPr>
          <w:rFonts w:eastAsia="Aptos" w:cs="Times New Roman"/>
        </w:rPr>
        <w:t xml:space="preserve">, </w:t>
      </w:r>
      <w:proofErr w:type="spellStart"/>
      <w:r>
        <w:rPr>
          <w:rFonts w:eastAsia="Aptos" w:cs="Times New Roman"/>
        </w:rPr>
        <w:t>distri</w:t>
      </w:r>
      <w:proofErr w:type="spellEnd"/>
      <w:r>
        <w:rPr>
          <w:rFonts w:eastAsia="Aptos" w:cs="Times New Roman"/>
        </w:rPr>
        <w:t xml:space="preserve"> </w:t>
      </w:r>
      <w:proofErr w:type="spellStart"/>
      <w:r>
        <w:rPr>
          <w:rFonts w:eastAsia="Aptos" w:cs="Times New Roman"/>
        </w:rPr>
        <w:t>lekòl</w:t>
      </w:r>
      <w:proofErr w:type="spellEnd"/>
      <w:r>
        <w:rPr>
          <w:rFonts w:eastAsia="Aptos" w:cs="Times New Roman"/>
        </w:rPr>
        <w:t xml:space="preserve"> </w:t>
      </w:r>
      <w:proofErr w:type="spellStart"/>
      <w:r>
        <w:rPr>
          <w:rFonts w:eastAsia="Aptos" w:cs="Times New Roman"/>
        </w:rPr>
        <w:t>timoun</w:t>
      </w:r>
      <w:proofErr w:type="spellEnd"/>
      <w:r>
        <w:rPr>
          <w:rFonts w:eastAsia="Aptos" w:cs="Times New Roman"/>
        </w:rPr>
        <w:t xml:space="preserve"> ou an p ap kapab mande ranbousman nan men Medicaid pou sèvis ki bay yo. </w:t>
      </w:r>
    </w:p>
    <w:p w14:paraId="1DD03F40"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 xml:space="preserve">Èske mwen </w:t>
      </w:r>
      <w:r>
        <w:rPr>
          <w:rFonts w:ascii="Calibri" w:eastAsia="Calibri" w:hAnsi="Calibri" w:cs="Times New Roman"/>
          <w:color w:val="365F91"/>
        </w:rPr>
        <w:t>kapab chanje lide pita?</w:t>
      </w:r>
    </w:p>
    <w:p w14:paraId="59174EFE" w14:textId="77777777" w:rsidR="001C02DC" w:rsidRDefault="00106298" w:rsidP="00845B32">
      <w:pPr>
        <w:ind w:left="-720"/>
      </w:pPr>
      <w:r>
        <w:rPr>
          <w:rFonts w:eastAsia="Aptos" w:cs="Times New Roman"/>
        </w:rPr>
        <w:t>Wi. Ou gendwa enfòme distri a alekri nenpòt lè pou w retire konsantman w. Yon fwa li retire, yo p ap kominike okenn nouvo enfòmasyon apre dat sa a.</w:t>
      </w:r>
    </w:p>
    <w:p w14:paraId="6E3E50D2" w14:textId="77777777" w:rsidR="001C02DC" w:rsidRPr="00106298" w:rsidRDefault="00106298" w:rsidP="00845B32">
      <w:pPr>
        <w:pStyle w:val="Heading2"/>
        <w:ind w:left="-720"/>
        <w:rPr>
          <w:color w:val="365F91" w:themeColor="accent1" w:themeShade="BF"/>
          <w:lang w:val="pt-PT"/>
        </w:rPr>
      </w:pPr>
      <w:proofErr w:type="spellStart"/>
      <w:r w:rsidRPr="00106298">
        <w:rPr>
          <w:rFonts w:ascii="Calibri" w:eastAsia="Calibri" w:hAnsi="Calibri" w:cs="Times New Roman"/>
          <w:color w:val="365F91"/>
          <w:lang w:val="pt-PT"/>
        </w:rPr>
        <w:t>Kijan</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sa</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ede</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distri</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lekòl</w:t>
      </w:r>
      <w:proofErr w:type="spellEnd"/>
      <w:r w:rsidRPr="00106298">
        <w:rPr>
          <w:rFonts w:ascii="Calibri" w:eastAsia="Calibri" w:hAnsi="Calibri" w:cs="Times New Roman"/>
          <w:color w:val="365F91"/>
          <w:lang w:val="pt-PT"/>
        </w:rPr>
        <w:t xml:space="preserve"> la?</w:t>
      </w:r>
    </w:p>
    <w:p w14:paraId="67AF6D5E" w14:textId="77777777" w:rsidR="001C02DC" w:rsidRPr="00106298" w:rsidRDefault="00106298" w:rsidP="00845B32">
      <w:pPr>
        <w:ind w:left="-720"/>
        <w:rPr>
          <w:lang w:val="pt-PT"/>
        </w:rPr>
      </w:pPr>
      <w:proofErr w:type="spellStart"/>
      <w:r w:rsidRPr="00106298">
        <w:rPr>
          <w:rFonts w:eastAsia="Aptos" w:cs="Times New Roman"/>
          <w:lang w:val="pt-PT"/>
        </w:rPr>
        <w:t>Ranbousman</w:t>
      </w:r>
      <w:proofErr w:type="spellEnd"/>
      <w:r w:rsidRPr="00106298">
        <w:rPr>
          <w:rFonts w:eastAsia="Aptos" w:cs="Times New Roman"/>
          <w:lang w:val="pt-PT"/>
        </w:rPr>
        <w:t xml:space="preserve"> </w:t>
      </w:r>
      <w:proofErr w:type="spellStart"/>
      <w:r w:rsidRPr="00106298">
        <w:rPr>
          <w:rFonts w:eastAsia="Aptos" w:cs="Times New Roman"/>
          <w:lang w:val="pt-PT"/>
        </w:rPr>
        <w:t>Medicaid</w:t>
      </w:r>
      <w:proofErr w:type="spellEnd"/>
      <w:r w:rsidRPr="00106298">
        <w:rPr>
          <w:rFonts w:eastAsia="Aptos" w:cs="Times New Roman"/>
          <w:lang w:val="pt-PT"/>
        </w:rPr>
        <w:t xml:space="preserve"> </w:t>
      </w:r>
      <w:proofErr w:type="spellStart"/>
      <w:r w:rsidRPr="00106298">
        <w:rPr>
          <w:rFonts w:eastAsia="Aptos" w:cs="Times New Roman"/>
          <w:lang w:val="pt-PT"/>
        </w:rPr>
        <w:t>ede</w:t>
      </w:r>
      <w:proofErr w:type="spellEnd"/>
      <w:r w:rsidRPr="00106298">
        <w:rPr>
          <w:rFonts w:eastAsia="Aptos" w:cs="Times New Roman"/>
          <w:lang w:val="pt-PT"/>
        </w:rPr>
        <w:t xml:space="preserve"> </w:t>
      </w:r>
      <w:proofErr w:type="spellStart"/>
      <w:r w:rsidRPr="00106298">
        <w:rPr>
          <w:rFonts w:eastAsia="Aptos" w:cs="Times New Roman"/>
          <w:lang w:val="pt-PT"/>
        </w:rPr>
        <w:t>distri</w:t>
      </w:r>
      <w:proofErr w:type="spellEnd"/>
      <w:r w:rsidRPr="00106298">
        <w:rPr>
          <w:rFonts w:eastAsia="Aptos" w:cs="Times New Roman"/>
          <w:lang w:val="pt-PT"/>
        </w:rPr>
        <w:t xml:space="preserve"> a </w:t>
      </w:r>
      <w:proofErr w:type="spellStart"/>
      <w:r w:rsidRPr="00106298">
        <w:rPr>
          <w:rFonts w:eastAsia="Aptos" w:cs="Times New Roman"/>
          <w:lang w:val="pt-PT"/>
        </w:rPr>
        <w:t>konpanse</w:t>
      </w:r>
      <w:proofErr w:type="spellEnd"/>
      <w:r w:rsidRPr="00106298">
        <w:rPr>
          <w:rFonts w:eastAsia="Aptos" w:cs="Times New Roman"/>
          <w:lang w:val="pt-PT"/>
        </w:rPr>
        <w:t xml:space="preserve"> </w:t>
      </w:r>
      <w:proofErr w:type="spellStart"/>
      <w:r w:rsidRPr="00106298">
        <w:rPr>
          <w:rFonts w:eastAsia="Aptos" w:cs="Times New Roman"/>
          <w:lang w:val="pt-PT"/>
        </w:rPr>
        <w:t>frè</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bay</w:t>
      </w:r>
      <w:proofErr w:type="spellEnd"/>
      <w:r w:rsidRPr="00106298">
        <w:rPr>
          <w:rFonts w:eastAsia="Aptos" w:cs="Times New Roman"/>
          <w:lang w:val="pt-PT"/>
        </w:rPr>
        <w:t xml:space="preserve"> </w:t>
      </w:r>
      <w:proofErr w:type="spellStart"/>
      <w:r w:rsidRPr="00106298">
        <w:rPr>
          <w:rFonts w:eastAsia="Aptos" w:cs="Times New Roman"/>
          <w:lang w:val="pt-PT"/>
        </w:rPr>
        <w:t>sèvis</w:t>
      </w:r>
      <w:proofErr w:type="spellEnd"/>
      <w:r w:rsidRPr="00106298">
        <w:rPr>
          <w:rFonts w:eastAsia="Aptos" w:cs="Times New Roman"/>
          <w:lang w:val="pt-PT"/>
        </w:rPr>
        <w:t xml:space="preserve"> </w:t>
      </w:r>
      <w:proofErr w:type="spellStart"/>
      <w:r w:rsidRPr="00106298">
        <w:rPr>
          <w:rFonts w:eastAsia="Aptos" w:cs="Times New Roman"/>
          <w:lang w:val="pt-PT"/>
        </w:rPr>
        <w:t>enpòtan</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elèv</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kenbe</w:t>
      </w:r>
      <w:proofErr w:type="spellEnd"/>
      <w:r w:rsidRPr="00106298">
        <w:rPr>
          <w:rFonts w:eastAsia="Aptos" w:cs="Times New Roman"/>
          <w:lang w:val="pt-PT"/>
        </w:rPr>
        <w:t xml:space="preserve"> </w:t>
      </w:r>
      <w:proofErr w:type="spellStart"/>
      <w:r w:rsidRPr="00106298">
        <w:rPr>
          <w:rFonts w:eastAsia="Aptos" w:cs="Times New Roman"/>
          <w:lang w:val="pt-PT"/>
        </w:rPr>
        <w:t>epi</w:t>
      </w:r>
      <w:proofErr w:type="spellEnd"/>
      <w:r w:rsidRPr="00106298">
        <w:rPr>
          <w:rFonts w:eastAsia="Aptos" w:cs="Times New Roman"/>
          <w:lang w:val="pt-PT"/>
        </w:rPr>
        <w:t xml:space="preserve"> </w:t>
      </w:r>
      <w:proofErr w:type="spellStart"/>
      <w:r w:rsidRPr="00106298">
        <w:rPr>
          <w:rFonts w:eastAsia="Aptos" w:cs="Times New Roman"/>
          <w:lang w:val="pt-PT"/>
        </w:rPr>
        <w:t>elaji</w:t>
      </w:r>
      <w:proofErr w:type="spellEnd"/>
      <w:r w:rsidRPr="00106298">
        <w:rPr>
          <w:rFonts w:eastAsia="Aptos" w:cs="Times New Roman"/>
          <w:lang w:val="pt-PT"/>
        </w:rPr>
        <w:t xml:space="preserve"> </w:t>
      </w:r>
      <w:proofErr w:type="spellStart"/>
      <w:r w:rsidRPr="00106298">
        <w:rPr>
          <w:rFonts w:eastAsia="Aptos" w:cs="Times New Roman"/>
          <w:lang w:val="pt-PT"/>
        </w:rPr>
        <w:t>aksè</w:t>
      </w:r>
      <w:proofErr w:type="spellEnd"/>
      <w:r w:rsidRPr="00106298">
        <w:rPr>
          <w:rFonts w:eastAsia="Aptos" w:cs="Times New Roman"/>
          <w:lang w:val="pt-PT"/>
        </w:rPr>
        <w:t xml:space="preserve">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sipò</w:t>
      </w:r>
      <w:proofErr w:type="spellEnd"/>
      <w:r w:rsidRPr="00106298">
        <w:rPr>
          <w:rFonts w:eastAsia="Aptos" w:cs="Times New Roman"/>
          <w:lang w:val="pt-PT"/>
        </w:rPr>
        <w:t xml:space="preserve"> </w:t>
      </w:r>
      <w:proofErr w:type="spellStart"/>
      <w:r w:rsidRPr="00106298">
        <w:rPr>
          <w:rFonts w:eastAsia="Aptos" w:cs="Times New Roman"/>
          <w:lang w:val="pt-PT"/>
        </w:rPr>
        <w:t>sante</w:t>
      </w:r>
      <w:proofErr w:type="spellEnd"/>
      <w:r w:rsidRPr="00106298">
        <w:rPr>
          <w:rFonts w:eastAsia="Aptos" w:cs="Times New Roman"/>
          <w:lang w:val="pt-PT"/>
        </w:rPr>
        <w:t xml:space="preserve">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konpòtmantal</w:t>
      </w:r>
      <w:proofErr w:type="spellEnd"/>
      <w:r w:rsidRPr="00106298">
        <w:rPr>
          <w:rFonts w:eastAsia="Aptos" w:cs="Times New Roman"/>
          <w:lang w:val="pt-PT"/>
        </w:rPr>
        <w:t xml:space="preserve">, </w:t>
      </w:r>
      <w:proofErr w:type="spellStart"/>
      <w:r w:rsidRPr="00106298">
        <w:rPr>
          <w:rFonts w:eastAsia="Aptos" w:cs="Times New Roman"/>
          <w:lang w:val="pt-PT"/>
        </w:rPr>
        <w:t>epi</w:t>
      </w:r>
      <w:proofErr w:type="spellEnd"/>
      <w:r w:rsidRPr="00106298">
        <w:rPr>
          <w:rFonts w:eastAsia="Aptos" w:cs="Times New Roman"/>
          <w:lang w:val="pt-PT"/>
        </w:rPr>
        <w:t xml:space="preserve"> </w:t>
      </w:r>
      <w:proofErr w:type="spellStart"/>
      <w:r w:rsidRPr="00106298">
        <w:rPr>
          <w:rFonts w:eastAsia="Aptos" w:cs="Times New Roman"/>
          <w:lang w:val="pt-PT"/>
        </w:rPr>
        <w:t>redui</w:t>
      </w:r>
      <w:proofErr w:type="spellEnd"/>
      <w:r w:rsidRPr="00106298">
        <w:rPr>
          <w:rFonts w:eastAsia="Aptos" w:cs="Times New Roman"/>
          <w:lang w:val="pt-PT"/>
        </w:rPr>
        <w:t xml:space="preserve"> </w:t>
      </w:r>
      <w:proofErr w:type="spellStart"/>
      <w:r w:rsidRPr="00106298">
        <w:rPr>
          <w:rFonts w:eastAsia="Aptos" w:cs="Times New Roman"/>
          <w:lang w:val="pt-PT"/>
        </w:rPr>
        <w:t>depandans</w:t>
      </w:r>
      <w:proofErr w:type="spellEnd"/>
      <w:r w:rsidRPr="00106298">
        <w:rPr>
          <w:rFonts w:eastAsia="Aptos" w:cs="Times New Roman"/>
          <w:lang w:val="pt-PT"/>
        </w:rPr>
        <w:t xml:space="preserve"> sou </w:t>
      </w:r>
      <w:proofErr w:type="spellStart"/>
      <w:r w:rsidRPr="00106298">
        <w:rPr>
          <w:rFonts w:eastAsia="Aptos" w:cs="Times New Roman"/>
          <w:lang w:val="pt-PT"/>
        </w:rPr>
        <w:t>sous</w:t>
      </w:r>
      <w:proofErr w:type="spellEnd"/>
      <w:r w:rsidRPr="00106298">
        <w:rPr>
          <w:rFonts w:eastAsia="Aptos" w:cs="Times New Roman"/>
          <w:lang w:val="pt-PT"/>
        </w:rPr>
        <w:t xml:space="preserve"> </w:t>
      </w:r>
      <w:proofErr w:type="spellStart"/>
      <w:r w:rsidRPr="00106298">
        <w:rPr>
          <w:rFonts w:eastAsia="Aptos" w:cs="Times New Roman"/>
          <w:lang w:val="pt-PT"/>
        </w:rPr>
        <w:t>finansman</w:t>
      </w:r>
      <w:proofErr w:type="spellEnd"/>
      <w:r w:rsidRPr="00106298">
        <w:rPr>
          <w:rFonts w:eastAsia="Aptos" w:cs="Times New Roman"/>
          <w:lang w:val="pt-PT"/>
        </w:rPr>
        <w:t xml:space="preserve"> </w:t>
      </w:r>
      <w:proofErr w:type="spellStart"/>
      <w:r w:rsidRPr="00106298">
        <w:rPr>
          <w:rFonts w:eastAsia="Aptos" w:cs="Times New Roman"/>
          <w:lang w:val="pt-PT"/>
        </w:rPr>
        <w:t>lokal</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w:t>
      </w:r>
    </w:p>
    <w:p w14:paraId="713A74EA" w14:textId="1FBEEE4D" w:rsidR="000A732F" w:rsidRPr="00106298" w:rsidRDefault="00106298" w:rsidP="00845B32">
      <w:pPr>
        <w:pStyle w:val="Heading2"/>
        <w:ind w:left="-720"/>
        <w:rPr>
          <w:color w:val="365F91" w:themeColor="accent1" w:themeShade="BF"/>
          <w:lang w:val="pt-PT"/>
        </w:rPr>
      </w:pPr>
      <w:proofErr w:type="spellStart"/>
      <w:r w:rsidRPr="00106298">
        <w:rPr>
          <w:rFonts w:ascii="Calibri" w:eastAsia="Calibri" w:hAnsi="Calibri" w:cs="Times New Roman"/>
          <w:color w:val="365F91"/>
          <w:lang w:val="pt-PT"/>
        </w:rPr>
        <w:t>Ki</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lwa</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ki</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pèmèt</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lekòl</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yo</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voye</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bòdwo</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bay</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Medicaid</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pou</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sèvis</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nan</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lekòl</w:t>
      </w:r>
      <w:proofErr w:type="spellEnd"/>
      <w:r w:rsidRPr="00106298">
        <w:rPr>
          <w:rFonts w:ascii="Calibri" w:eastAsia="Calibri" w:hAnsi="Calibri" w:cs="Times New Roman"/>
          <w:color w:val="365F91"/>
          <w:lang w:val="pt-PT"/>
        </w:rPr>
        <w:t xml:space="preserve"> </w:t>
      </w:r>
      <w:proofErr w:type="spellStart"/>
      <w:r w:rsidRPr="00106298">
        <w:rPr>
          <w:rFonts w:ascii="Calibri" w:eastAsia="Calibri" w:hAnsi="Calibri" w:cs="Times New Roman"/>
          <w:color w:val="365F91"/>
          <w:lang w:val="pt-PT"/>
        </w:rPr>
        <w:t>yo</w:t>
      </w:r>
      <w:proofErr w:type="spellEnd"/>
      <w:r w:rsidRPr="00106298">
        <w:rPr>
          <w:rFonts w:ascii="Calibri" w:eastAsia="Calibri" w:hAnsi="Calibri" w:cs="Times New Roman"/>
          <w:color w:val="365F91"/>
          <w:lang w:val="pt-PT"/>
        </w:rPr>
        <w:t>?</w:t>
      </w:r>
    </w:p>
    <w:p w14:paraId="4ABE650B" w14:textId="39D71849" w:rsidR="00F307D2" w:rsidRPr="00106298" w:rsidRDefault="00106298" w:rsidP="00845B32">
      <w:pPr>
        <w:ind w:left="-720"/>
        <w:rPr>
          <w:lang w:val="pt-PT"/>
        </w:rPr>
      </w:pPr>
      <w:proofErr w:type="spellStart"/>
      <w:r w:rsidRPr="00106298">
        <w:rPr>
          <w:rFonts w:eastAsia="Aptos" w:cs="Times New Roman"/>
          <w:lang w:val="pt-PT"/>
        </w:rPr>
        <w:t>Plizyè</w:t>
      </w:r>
      <w:proofErr w:type="spellEnd"/>
      <w:r w:rsidRPr="00106298">
        <w:rPr>
          <w:rFonts w:eastAsia="Aptos" w:cs="Times New Roman"/>
          <w:lang w:val="pt-PT"/>
        </w:rPr>
        <w:t xml:space="preserve"> </w:t>
      </w:r>
      <w:proofErr w:type="spellStart"/>
      <w:r w:rsidRPr="00106298">
        <w:rPr>
          <w:rFonts w:eastAsia="Aptos" w:cs="Times New Roman"/>
          <w:lang w:val="pt-PT"/>
        </w:rPr>
        <w:t>lwa</w:t>
      </w:r>
      <w:proofErr w:type="spellEnd"/>
      <w:r w:rsidRPr="00106298">
        <w:rPr>
          <w:rFonts w:eastAsia="Aptos" w:cs="Times New Roman"/>
          <w:lang w:val="pt-PT"/>
        </w:rPr>
        <w:t xml:space="preserve"> federal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lwa</w:t>
      </w:r>
      <w:proofErr w:type="spellEnd"/>
      <w:r w:rsidRPr="00106298">
        <w:rPr>
          <w:rFonts w:eastAsia="Aptos" w:cs="Times New Roman"/>
          <w:lang w:val="pt-PT"/>
        </w:rPr>
        <w:t xml:space="preserve"> Eta </w:t>
      </w:r>
      <w:proofErr w:type="spellStart"/>
      <w:r w:rsidRPr="00106298">
        <w:rPr>
          <w:rFonts w:eastAsia="Aptos" w:cs="Times New Roman"/>
          <w:lang w:val="pt-PT"/>
        </w:rPr>
        <w:t>pèmèt</w:t>
      </w:r>
      <w:proofErr w:type="spellEnd"/>
      <w:r w:rsidRPr="00106298">
        <w:rPr>
          <w:rFonts w:eastAsia="Aptos" w:cs="Times New Roman"/>
          <w:lang w:val="pt-PT"/>
        </w:rPr>
        <w:t xml:space="preserve"> </w:t>
      </w:r>
      <w:proofErr w:type="spellStart"/>
      <w:r w:rsidRPr="00106298">
        <w:rPr>
          <w:rFonts w:eastAsia="Aptos" w:cs="Times New Roman"/>
          <w:lang w:val="pt-PT"/>
        </w:rPr>
        <w:t>distri</w:t>
      </w:r>
      <w:proofErr w:type="spellEnd"/>
      <w:r w:rsidRPr="00106298">
        <w:rPr>
          <w:rFonts w:eastAsia="Aptos" w:cs="Times New Roman"/>
          <w:lang w:val="pt-PT"/>
        </w:rPr>
        <w:t xml:space="preserve"> </w:t>
      </w:r>
      <w:proofErr w:type="spellStart"/>
      <w:r w:rsidRPr="00106298">
        <w:rPr>
          <w:rFonts w:eastAsia="Aptos" w:cs="Times New Roman"/>
          <w:lang w:val="pt-PT"/>
        </w:rPr>
        <w:t>lekòl</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mande </w:t>
      </w:r>
      <w:proofErr w:type="spellStart"/>
      <w:r w:rsidRPr="00106298">
        <w:rPr>
          <w:rFonts w:eastAsia="Aptos" w:cs="Times New Roman"/>
          <w:lang w:val="pt-PT"/>
        </w:rPr>
        <w:t>ranbousman</w:t>
      </w:r>
      <w:proofErr w:type="spellEnd"/>
      <w:r w:rsidRPr="00106298">
        <w:rPr>
          <w:rFonts w:eastAsia="Aptos" w:cs="Times New Roman"/>
          <w:lang w:val="pt-PT"/>
        </w:rPr>
        <w:t xml:space="preserve"> </w:t>
      </w:r>
      <w:proofErr w:type="spellStart"/>
      <w:r w:rsidRPr="00106298">
        <w:rPr>
          <w:rFonts w:eastAsia="Aptos" w:cs="Times New Roman"/>
          <w:lang w:val="pt-PT"/>
        </w:rPr>
        <w:t>Medicaid</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sèten</w:t>
      </w:r>
      <w:proofErr w:type="spellEnd"/>
      <w:r w:rsidRPr="00106298">
        <w:rPr>
          <w:rFonts w:eastAsia="Aptos" w:cs="Times New Roman"/>
          <w:lang w:val="pt-PT"/>
        </w:rPr>
        <w:t xml:space="preserve"> </w:t>
      </w:r>
      <w:proofErr w:type="spellStart"/>
      <w:r w:rsidRPr="00106298">
        <w:rPr>
          <w:rFonts w:eastAsia="Aptos" w:cs="Times New Roman"/>
          <w:lang w:val="pt-PT"/>
        </w:rPr>
        <w:t>sèvis</w:t>
      </w:r>
      <w:proofErr w:type="spellEnd"/>
      <w:r w:rsidRPr="00106298">
        <w:rPr>
          <w:rFonts w:eastAsia="Aptos" w:cs="Times New Roman"/>
          <w:lang w:val="pt-PT"/>
        </w:rPr>
        <w:t xml:space="preserve"> </w:t>
      </w:r>
      <w:proofErr w:type="spellStart"/>
      <w:r w:rsidRPr="00106298">
        <w:rPr>
          <w:rFonts w:eastAsia="Aptos" w:cs="Times New Roman"/>
          <w:lang w:val="pt-PT"/>
        </w:rPr>
        <w:t>anrapò</w:t>
      </w:r>
      <w:proofErr w:type="spellEnd"/>
      <w:r w:rsidRPr="00106298">
        <w:rPr>
          <w:rFonts w:eastAsia="Aptos" w:cs="Times New Roman"/>
          <w:lang w:val="pt-PT"/>
        </w:rPr>
        <w:t xml:space="preserve"> </w:t>
      </w:r>
      <w:proofErr w:type="spellStart"/>
      <w:r w:rsidRPr="00106298">
        <w:rPr>
          <w:rFonts w:eastAsia="Aptos" w:cs="Times New Roman"/>
          <w:lang w:val="pt-PT"/>
        </w:rPr>
        <w:t>ak</w:t>
      </w:r>
      <w:proofErr w:type="spellEnd"/>
      <w:r w:rsidRPr="00106298">
        <w:rPr>
          <w:rFonts w:eastAsia="Aptos" w:cs="Times New Roman"/>
          <w:lang w:val="pt-PT"/>
        </w:rPr>
        <w:t xml:space="preserve"> </w:t>
      </w:r>
      <w:proofErr w:type="spellStart"/>
      <w:r w:rsidRPr="00106298">
        <w:rPr>
          <w:rFonts w:eastAsia="Aptos" w:cs="Times New Roman"/>
          <w:lang w:val="pt-PT"/>
        </w:rPr>
        <w:t>sante</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bay</w:t>
      </w:r>
      <w:proofErr w:type="spellEnd"/>
      <w:r w:rsidRPr="00106298">
        <w:rPr>
          <w:rFonts w:eastAsia="Aptos" w:cs="Times New Roman"/>
          <w:lang w:val="pt-PT"/>
        </w:rPr>
        <w:t xml:space="preserve"> </w:t>
      </w:r>
      <w:proofErr w:type="spellStart"/>
      <w:r w:rsidRPr="00106298">
        <w:rPr>
          <w:rFonts w:eastAsia="Aptos" w:cs="Times New Roman"/>
          <w:lang w:val="pt-PT"/>
        </w:rPr>
        <w:t>elèv</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w:t>
      </w:r>
    </w:p>
    <w:p w14:paraId="0DF693CF" w14:textId="216141A1" w:rsidR="00F307D2" w:rsidRPr="000A732F" w:rsidRDefault="00106298" w:rsidP="008E62C6">
      <w:pPr>
        <w:pStyle w:val="ListParagraph"/>
        <w:numPr>
          <w:ilvl w:val="0"/>
          <w:numId w:val="11"/>
        </w:numPr>
      </w:pPr>
      <w:proofErr w:type="spellStart"/>
      <w:r w:rsidRPr="00106298">
        <w:rPr>
          <w:rFonts w:eastAsia="Aptos" w:cs="Times New Roman"/>
          <w:b/>
          <w:bCs/>
          <w:lang w:val="pt-PT"/>
        </w:rPr>
        <w:t>Lwa</w:t>
      </w:r>
      <w:proofErr w:type="spellEnd"/>
      <w:r w:rsidRPr="00106298">
        <w:rPr>
          <w:rFonts w:eastAsia="Aptos" w:cs="Times New Roman"/>
          <w:b/>
          <w:bCs/>
          <w:lang w:val="pt-PT"/>
        </w:rPr>
        <w:t xml:space="preserve"> federal sou </w:t>
      </w:r>
      <w:proofErr w:type="spellStart"/>
      <w:r w:rsidRPr="00106298">
        <w:rPr>
          <w:rFonts w:eastAsia="Aptos" w:cs="Times New Roman"/>
          <w:b/>
          <w:bCs/>
          <w:lang w:val="pt-PT"/>
        </w:rPr>
        <w:t>Medicaid</w:t>
      </w:r>
      <w:proofErr w:type="spellEnd"/>
      <w:r w:rsidRPr="00106298">
        <w:rPr>
          <w:rFonts w:eastAsia="Aptos" w:cs="Times New Roman"/>
          <w:b/>
          <w:bCs/>
          <w:lang w:val="pt-PT"/>
        </w:rPr>
        <w:t xml:space="preserve"> (</w:t>
      </w:r>
      <w:proofErr w:type="spellStart"/>
      <w:r w:rsidRPr="00106298">
        <w:rPr>
          <w:rFonts w:eastAsia="Aptos" w:cs="Times New Roman"/>
          <w:b/>
          <w:bCs/>
          <w:lang w:val="pt-PT"/>
        </w:rPr>
        <w:t>Tit</w:t>
      </w:r>
      <w:proofErr w:type="spellEnd"/>
      <w:r w:rsidRPr="00106298">
        <w:rPr>
          <w:rFonts w:eastAsia="Aptos" w:cs="Times New Roman"/>
          <w:b/>
          <w:bCs/>
          <w:lang w:val="pt-PT"/>
        </w:rPr>
        <w:t xml:space="preserve"> XIX </w:t>
      </w:r>
      <w:proofErr w:type="spellStart"/>
      <w:r w:rsidRPr="00106298">
        <w:rPr>
          <w:rFonts w:eastAsia="Aptos" w:cs="Times New Roman"/>
          <w:b/>
          <w:bCs/>
          <w:lang w:val="pt-PT"/>
        </w:rPr>
        <w:t>nan</w:t>
      </w:r>
      <w:proofErr w:type="spellEnd"/>
      <w:r w:rsidRPr="00106298">
        <w:rPr>
          <w:rFonts w:eastAsia="Aptos" w:cs="Times New Roman"/>
          <w:b/>
          <w:bCs/>
          <w:lang w:val="pt-PT"/>
        </w:rPr>
        <w:t xml:space="preserve"> </w:t>
      </w:r>
      <w:proofErr w:type="spellStart"/>
      <w:r w:rsidRPr="00106298">
        <w:rPr>
          <w:rFonts w:eastAsia="Aptos" w:cs="Times New Roman"/>
          <w:b/>
          <w:bCs/>
          <w:lang w:val="pt-PT"/>
        </w:rPr>
        <w:t>Lwa</w:t>
      </w:r>
      <w:proofErr w:type="spellEnd"/>
      <w:r w:rsidRPr="00106298">
        <w:rPr>
          <w:rFonts w:eastAsia="Aptos" w:cs="Times New Roman"/>
          <w:b/>
          <w:bCs/>
          <w:lang w:val="pt-PT"/>
        </w:rPr>
        <w:t xml:space="preserve"> sou </w:t>
      </w:r>
      <w:proofErr w:type="spellStart"/>
      <w:r w:rsidRPr="00106298">
        <w:rPr>
          <w:rFonts w:eastAsia="Aptos" w:cs="Times New Roman"/>
          <w:b/>
          <w:bCs/>
          <w:lang w:val="pt-PT"/>
        </w:rPr>
        <w:t>Sekirite</w:t>
      </w:r>
      <w:proofErr w:type="spellEnd"/>
      <w:r w:rsidRPr="00106298">
        <w:rPr>
          <w:rFonts w:eastAsia="Aptos" w:cs="Times New Roman"/>
          <w:b/>
          <w:bCs/>
          <w:lang w:val="pt-PT"/>
        </w:rPr>
        <w:t xml:space="preserve"> </w:t>
      </w:r>
      <w:proofErr w:type="spellStart"/>
      <w:r w:rsidRPr="00106298">
        <w:rPr>
          <w:rFonts w:eastAsia="Aptos" w:cs="Times New Roman"/>
          <w:b/>
          <w:bCs/>
          <w:lang w:val="pt-PT"/>
        </w:rPr>
        <w:t>Sosyal</w:t>
      </w:r>
      <w:proofErr w:type="spellEnd"/>
      <w:r w:rsidRPr="00106298">
        <w:rPr>
          <w:rFonts w:eastAsia="Aptos" w:cs="Times New Roman"/>
          <w:b/>
          <w:bCs/>
          <w:lang w:val="pt-PT"/>
        </w:rPr>
        <w:t xml:space="preserve"> la)</w:t>
      </w:r>
      <w:r w:rsidRPr="00106298">
        <w:rPr>
          <w:rFonts w:eastAsia="Aptos" w:cs="Times New Roman"/>
          <w:lang w:val="pt-PT"/>
        </w:rPr>
        <w:t xml:space="preserve"> </w:t>
      </w:r>
      <w:proofErr w:type="spellStart"/>
      <w:r w:rsidRPr="00106298">
        <w:rPr>
          <w:rFonts w:eastAsia="Aptos" w:cs="Times New Roman"/>
          <w:lang w:val="pt-PT"/>
        </w:rPr>
        <w:t>pèmèt</w:t>
      </w:r>
      <w:proofErr w:type="spellEnd"/>
      <w:r w:rsidRPr="00106298">
        <w:rPr>
          <w:rFonts w:eastAsia="Aptos" w:cs="Times New Roman"/>
          <w:lang w:val="pt-PT"/>
        </w:rPr>
        <w:t xml:space="preserve"> </w:t>
      </w:r>
      <w:proofErr w:type="spellStart"/>
      <w:r w:rsidRPr="00106298">
        <w:rPr>
          <w:rFonts w:eastAsia="Aptos" w:cs="Times New Roman"/>
          <w:lang w:val="pt-PT"/>
        </w:rPr>
        <w:t>Medicaid</w:t>
      </w:r>
      <w:proofErr w:type="spellEnd"/>
      <w:r w:rsidRPr="00106298">
        <w:rPr>
          <w:rFonts w:eastAsia="Aptos" w:cs="Times New Roman"/>
          <w:lang w:val="pt-PT"/>
        </w:rPr>
        <w:t xml:space="preserve"> </w:t>
      </w:r>
      <w:proofErr w:type="spellStart"/>
      <w:r w:rsidRPr="00106298">
        <w:rPr>
          <w:rFonts w:eastAsia="Aptos" w:cs="Times New Roman"/>
          <w:lang w:val="pt-PT"/>
        </w:rPr>
        <w:t>peye</w:t>
      </w:r>
      <w:proofErr w:type="spellEnd"/>
      <w:r w:rsidRPr="00106298">
        <w:rPr>
          <w:rFonts w:eastAsia="Aptos" w:cs="Times New Roman"/>
          <w:lang w:val="pt-PT"/>
        </w:rPr>
        <w:t xml:space="preserve"> </w:t>
      </w:r>
      <w:proofErr w:type="spellStart"/>
      <w:r w:rsidRPr="00106298">
        <w:rPr>
          <w:rFonts w:eastAsia="Aptos" w:cs="Times New Roman"/>
          <w:lang w:val="pt-PT"/>
        </w:rPr>
        <w:t>pou</w:t>
      </w:r>
      <w:proofErr w:type="spellEnd"/>
      <w:r w:rsidRPr="00106298">
        <w:rPr>
          <w:rFonts w:eastAsia="Aptos" w:cs="Times New Roman"/>
          <w:lang w:val="pt-PT"/>
        </w:rPr>
        <w:t xml:space="preserve"> </w:t>
      </w:r>
      <w:proofErr w:type="spellStart"/>
      <w:r w:rsidRPr="00106298">
        <w:rPr>
          <w:rFonts w:eastAsia="Aptos" w:cs="Times New Roman"/>
          <w:lang w:val="pt-PT"/>
        </w:rPr>
        <w:t>sèvis</w:t>
      </w:r>
      <w:proofErr w:type="spellEnd"/>
      <w:r w:rsidRPr="00106298">
        <w:rPr>
          <w:rFonts w:eastAsia="Aptos" w:cs="Times New Roman"/>
          <w:lang w:val="pt-PT"/>
        </w:rPr>
        <w:t xml:space="preserve"> </w:t>
      </w:r>
      <w:proofErr w:type="spellStart"/>
      <w:r w:rsidRPr="00106298">
        <w:rPr>
          <w:rFonts w:eastAsia="Aptos" w:cs="Times New Roman"/>
          <w:lang w:val="pt-PT"/>
        </w:rPr>
        <w:t>sante</w:t>
      </w:r>
      <w:proofErr w:type="spellEnd"/>
      <w:r w:rsidRPr="00106298">
        <w:rPr>
          <w:rFonts w:eastAsia="Aptos" w:cs="Times New Roman"/>
          <w:lang w:val="pt-PT"/>
        </w:rPr>
        <w:t xml:space="preserve"> </w:t>
      </w:r>
      <w:proofErr w:type="spellStart"/>
      <w:r w:rsidRPr="00106298">
        <w:rPr>
          <w:rFonts w:eastAsia="Aptos" w:cs="Times New Roman"/>
          <w:lang w:val="pt-PT"/>
        </w:rPr>
        <w:t>ki</w:t>
      </w:r>
      <w:proofErr w:type="spellEnd"/>
      <w:r w:rsidRPr="00106298">
        <w:rPr>
          <w:rFonts w:eastAsia="Aptos" w:cs="Times New Roman"/>
          <w:lang w:val="pt-PT"/>
        </w:rPr>
        <w:t xml:space="preserve"> </w:t>
      </w:r>
      <w:proofErr w:type="spellStart"/>
      <w:r w:rsidRPr="00106298">
        <w:rPr>
          <w:rFonts w:eastAsia="Aptos" w:cs="Times New Roman"/>
          <w:lang w:val="pt-PT"/>
        </w:rPr>
        <w:t>kouvri</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bay</w:t>
      </w:r>
      <w:proofErr w:type="spellEnd"/>
      <w:r w:rsidRPr="00106298">
        <w:rPr>
          <w:rFonts w:eastAsia="Aptos" w:cs="Times New Roman"/>
          <w:lang w:val="pt-PT"/>
        </w:rPr>
        <w:t xml:space="preserve"> </w:t>
      </w:r>
      <w:proofErr w:type="spellStart"/>
      <w:r w:rsidRPr="00106298">
        <w:rPr>
          <w:rFonts w:eastAsia="Aptos" w:cs="Times New Roman"/>
          <w:lang w:val="pt-PT"/>
        </w:rPr>
        <w:t>timoun</w:t>
      </w:r>
      <w:proofErr w:type="spellEnd"/>
      <w:r w:rsidRPr="00106298">
        <w:rPr>
          <w:rFonts w:eastAsia="Aptos" w:cs="Times New Roman"/>
          <w:lang w:val="pt-PT"/>
        </w:rPr>
        <w:t xml:space="preserve"> </w:t>
      </w:r>
      <w:proofErr w:type="spellStart"/>
      <w:r w:rsidRPr="00106298">
        <w:rPr>
          <w:rFonts w:eastAsia="Aptos" w:cs="Times New Roman"/>
          <w:lang w:val="pt-PT"/>
        </w:rPr>
        <w:t>ki</w:t>
      </w:r>
      <w:proofErr w:type="spellEnd"/>
      <w:r w:rsidRPr="00106298">
        <w:rPr>
          <w:rFonts w:eastAsia="Aptos" w:cs="Times New Roman"/>
          <w:lang w:val="pt-PT"/>
        </w:rPr>
        <w:t xml:space="preserve"> </w:t>
      </w:r>
      <w:proofErr w:type="spellStart"/>
      <w:r w:rsidRPr="00106298">
        <w:rPr>
          <w:rFonts w:eastAsia="Aptos" w:cs="Times New Roman"/>
          <w:lang w:val="pt-PT"/>
        </w:rPr>
        <w:t>kalifye</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sa</w:t>
      </w:r>
      <w:proofErr w:type="spellEnd"/>
      <w:r w:rsidRPr="00106298">
        <w:rPr>
          <w:rFonts w:eastAsia="Aptos" w:cs="Times New Roman"/>
          <w:lang w:val="pt-PT"/>
        </w:rPr>
        <w:t xml:space="preserve"> </w:t>
      </w:r>
      <w:proofErr w:type="spellStart"/>
      <w:r w:rsidRPr="00106298">
        <w:rPr>
          <w:rFonts w:eastAsia="Aptos" w:cs="Times New Roman"/>
          <w:lang w:val="pt-PT"/>
        </w:rPr>
        <w:t>gen</w:t>
      </w:r>
      <w:proofErr w:type="spellEnd"/>
      <w:r w:rsidRPr="00106298">
        <w:rPr>
          <w:rFonts w:eastAsia="Aptos" w:cs="Times New Roman"/>
          <w:lang w:val="pt-PT"/>
        </w:rPr>
        <w:t xml:space="preserve"> </w:t>
      </w:r>
      <w:proofErr w:type="spellStart"/>
      <w:r w:rsidRPr="00106298">
        <w:rPr>
          <w:rFonts w:eastAsia="Aptos" w:cs="Times New Roman"/>
          <w:lang w:val="pt-PT"/>
        </w:rPr>
        <w:t>ladan</w:t>
      </w:r>
      <w:proofErr w:type="spellEnd"/>
      <w:r w:rsidRPr="00106298">
        <w:rPr>
          <w:rFonts w:eastAsia="Aptos" w:cs="Times New Roman"/>
          <w:lang w:val="pt-PT"/>
        </w:rPr>
        <w:t xml:space="preserve"> l </w:t>
      </w:r>
      <w:proofErr w:type="spellStart"/>
      <w:r w:rsidRPr="00106298">
        <w:rPr>
          <w:rFonts w:eastAsia="Aptos" w:cs="Times New Roman"/>
          <w:lang w:val="pt-PT"/>
        </w:rPr>
        <w:t>sè</w:t>
      </w:r>
      <w:r w:rsidRPr="00106298">
        <w:rPr>
          <w:rFonts w:eastAsia="Aptos" w:cs="Times New Roman"/>
          <w:lang w:val="pt-PT"/>
        </w:rPr>
        <w:t>vis</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proofErr w:type="spellStart"/>
      <w:r w:rsidRPr="00106298">
        <w:rPr>
          <w:rFonts w:eastAsia="Aptos" w:cs="Times New Roman"/>
          <w:lang w:val="pt-PT"/>
        </w:rPr>
        <w:t>bay</w:t>
      </w:r>
      <w:proofErr w:type="spellEnd"/>
      <w:r w:rsidRPr="00106298">
        <w:rPr>
          <w:rFonts w:eastAsia="Aptos" w:cs="Times New Roman"/>
          <w:lang w:val="pt-PT"/>
        </w:rPr>
        <w:t xml:space="preserve"> </w:t>
      </w:r>
      <w:proofErr w:type="spellStart"/>
      <w:r w:rsidRPr="00106298">
        <w:rPr>
          <w:rFonts w:eastAsia="Aptos" w:cs="Times New Roman"/>
          <w:lang w:val="pt-PT"/>
        </w:rPr>
        <w:t>nan</w:t>
      </w:r>
      <w:proofErr w:type="spellEnd"/>
      <w:r w:rsidRPr="00106298">
        <w:rPr>
          <w:rFonts w:eastAsia="Aptos" w:cs="Times New Roman"/>
          <w:lang w:val="pt-PT"/>
        </w:rPr>
        <w:t xml:space="preserve"> </w:t>
      </w:r>
      <w:proofErr w:type="spellStart"/>
      <w:r w:rsidRPr="00106298">
        <w:rPr>
          <w:rFonts w:eastAsia="Aptos" w:cs="Times New Roman"/>
          <w:lang w:val="pt-PT"/>
        </w:rPr>
        <w:t>lekòl</w:t>
      </w:r>
      <w:proofErr w:type="spellEnd"/>
      <w:r w:rsidRPr="00106298">
        <w:rPr>
          <w:rFonts w:eastAsia="Aptos" w:cs="Times New Roman"/>
          <w:lang w:val="pt-PT"/>
        </w:rPr>
        <w:t xml:space="preserve"> </w:t>
      </w:r>
      <w:proofErr w:type="spellStart"/>
      <w:r w:rsidRPr="00106298">
        <w:rPr>
          <w:rFonts w:eastAsia="Aptos" w:cs="Times New Roman"/>
          <w:lang w:val="pt-PT"/>
        </w:rPr>
        <w:t>yo</w:t>
      </w:r>
      <w:proofErr w:type="spellEnd"/>
      <w:r w:rsidRPr="00106298">
        <w:rPr>
          <w:rFonts w:eastAsia="Aptos" w:cs="Times New Roman"/>
          <w:lang w:val="pt-PT"/>
        </w:rPr>
        <w:t xml:space="preserve">. </w:t>
      </w:r>
      <w:hyperlink r:id="rId9">
        <w:r>
          <w:rPr>
            <w:rFonts w:eastAsia="Aptos" w:cs="Times New Roman"/>
            <w:color w:val="0000FF"/>
            <w:u w:val="single"/>
          </w:rPr>
          <w:t>http</w:t>
        </w:r>
        <w:r>
          <w:rPr>
            <w:rFonts w:eastAsia="Aptos" w:cs="Times New Roman"/>
            <w:color w:val="0000FF"/>
            <w:u w:val="single"/>
          </w:rPr>
          <w:t>s://www.medicaid.gov/federal-policy-guidance/downloads/smd-medicaid-payment-for-services-provided-without-charge-free-care.pdf</w:t>
        </w:r>
      </w:hyperlink>
    </w:p>
    <w:p w14:paraId="0CB65850" w14:textId="64F8A55A" w:rsidR="00F307D2" w:rsidRPr="000A732F" w:rsidRDefault="00106298" w:rsidP="008E62C6">
      <w:pPr>
        <w:pStyle w:val="ListParagraph"/>
        <w:numPr>
          <w:ilvl w:val="0"/>
          <w:numId w:val="11"/>
        </w:numPr>
      </w:pPr>
      <w:r>
        <w:rPr>
          <w:rFonts w:eastAsia="Aptos" w:cs="Times New Roman"/>
        </w:rPr>
        <w:t xml:space="preserve">An </w:t>
      </w:r>
      <w:hyperlink r:id="rId10">
        <w:r>
          <w:rPr>
            <w:rFonts w:eastAsia="Aptos" w:cs="Times New Roman"/>
            <w:b/>
            <w:bCs/>
            <w:color w:val="0000FF"/>
            <w:u w:val="single"/>
          </w:rPr>
          <w:t>2014</w:t>
        </w:r>
      </w:hyperlink>
      <w:r>
        <w:rPr>
          <w:rFonts w:eastAsia="Aptos" w:cs="Times New Roman"/>
          <w:b/>
          <w:bCs/>
        </w:rPr>
        <w:t>, Sant pou Sèvis M</w:t>
      </w:r>
      <w:r>
        <w:rPr>
          <w:rFonts w:eastAsia="Aptos" w:cs="Times New Roman"/>
          <w:b/>
          <w:bCs/>
        </w:rPr>
        <w:t>edicare ak Medicaid (CMS)</w:t>
      </w:r>
      <w:r>
        <w:rPr>
          <w:rFonts w:eastAsia="Aptos" w:cs="Times New Roman"/>
        </w:rPr>
        <w:t xml:space="preserve"> klarifye lekòl yo gendwa voye bòdwo bay Medicaid pou sèvis ki kouvri yo bay elèv ki nan edikasyon espesyal oswa elèv ki enskri nan Medicaid nan edikasyon</w:t>
      </w:r>
      <w:r>
        <w:rPr>
          <w:rFonts w:eastAsia="Aptos" w:cs="Times New Roman"/>
        </w:rPr>
        <w:t xml:space="preserve"> jeneral. </w:t>
      </w:r>
    </w:p>
    <w:p w14:paraId="40A93A28" w14:textId="71620AF2" w:rsidR="00700FEF" w:rsidRPr="000A732F" w:rsidRDefault="00106298" w:rsidP="008E62C6">
      <w:pPr>
        <w:pStyle w:val="ListParagraph"/>
        <w:numPr>
          <w:ilvl w:val="0"/>
          <w:numId w:val="11"/>
        </w:numPr>
      </w:pPr>
      <w:r>
        <w:rPr>
          <w:rFonts w:eastAsia="Aptos" w:cs="Times New Roman"/>
          <w:b/>
          <w:bCs/>
        </w:rPr>
        <w:t>Lwa federal sou edikasyon (IDEA – 34 CFR §300.154)</w:t>
      </w:r>
      <w:r>
        <w:rPr>
          <w:rFonts w:eastAsia="Aptos" w:cs="Times New Roman"/>
        </w:rPr>
        <w:t xml:space="preserve"> egzije pou distri lekòl yo jwenn konsant</w:t>
      </w:r>
      <w:r>
        <w:rPr>
          <w:rFonts w:eastAsia="Aptos" w:cs="Times New Roman"/>
        </w:rPr>
        <w:t xml:space="preserve">man paran yo anvan yo jwenn aksè ak avantaj Medicaid yon elèv epi li asire elèv ki gen IEP yo resevwa tout sèvis ki nesesè yo gratis, kèlkeswa konsantman an. </w:t>
      </w:r>
    </w:p>
    <w:p w14:paraId="0E98BA09" w14:textId="02ED3AE7" w:rsidR="000A732F" w:rsidRPr="000A732F" w:rsidRDefault="00106298" w:rsidP="008E62C6">
      <w:pPr>
        <w:pStyle w:val="ListParagraph"/>
        <w:numPr>
          <w:ilvl w:val="0"/>
          <w:numId w:val="11"/>
        </w:numPr>
      </w:pPr>
      <w:r>
        <w:rPr>
          <w:rFonts w:eastAsia="Aptos" w:cs="Times New Roman"/>
        </w:rPr>
        <w:t xml:space="preserve">Nan </w:t>
      </w:r>
      <w:r>
        <w:rPr>
          <w:rFonts w:eastAsia="Aptos" w:cs="Times New Roman"/>
          <w:b/>
          <w:bCs/>
        </w:rPr>
        <w:t xml:space="preserve">New Jersey, </w:t>
      </w:r>
      <w:hyperlink r:id="rId11" w:history="1">
        <w:r>
          <w:rPr>
            <w:rFonts w:eastAsia="Aptos" w:cs="Times New Roman"/>
            <w:b/>
            <w:bCs/>
            <w:color w:val="0000FF"/>
            <w:u w:val="single"/>
          </w:rPr>
          <w:t>PL 2023, c.108</w:t>
        </w:r>
      </w:hyperlink>
      <w:r>
        <w:rPr>
          <w:rFonts w:eastAsia="Aptos" w:cs="Times New Roman"/>
        </w:rPr>
        <w:t xml:space="preserve"> egzije pou distri lekòl yo soumèt demann ranbousman nan Medicaid pou sèten sèvis sante konpòtmantal ki kouvri yo bay elèv ki kalifye pou Medicaid, sa gen ladan l elèv ki nan pwogram edikasyon jeneral</w:t>
      </w:r>
      <w:r>
        <w:rPr>
          <w:rFonts w:eastAsia="Aptos" w:cs="Times New Roman"/>
        </w:rPr>
        <w:t xml:space="preserve">. </w:t>
      </w:r>
    </w:p>
    <w:p w14:paraId="0403C1C8" w14:textId="0135BAD8" w:rsidR="000A732F" w:rsidRDefault="00106298" w:rsidP="00845B32">
      <w:pPr>
        <w:ind w:left="-720"/>
      </w:pPr>
      <w:r>
        <w:rPr>
          <w:rFonts w:eastAsia="Aptos" w:cs="Times New Roman"/>
        </w:rPr>
        <w:lastRenderedPageBreak/>
        <w:t>Ansanm, lwa sa yo pèmèt e, nan kèk ka, egzije pou distri lekòl yo chèche ranbousman Medicaid tout pandan y ap pwoteje fanmi yo lè yo asire pa gen okenn frè pou yo peye epi pati</w:t>
      </w:r>
      <w:r>
        <w:rPr>
          <w:rFonts w:eastAsia="Aptos" w:cs="Times New Roman"/>
        </w:rPr>
        <w:t>sipasyon an fèt volontèman.</w:t>
      </w:r>
    </w:p>
    <w:p w14:paraId="50038A56" w14:textId="77777777" w:rsidR="001C02DC" w:rsidRPr="007809AC" w:rsidRDefault="00106298" w:rsidP="00845B32">
      <w:pPr>
        <w:pStyle w:val="Heading2"/>
        <w:ind w:left="-720"/>
        <w:rPr>
          <w:color w:val="365F91" w:themeColor="accent1" w:themeShade="BF"/>
        </w:rPr>
      </w:pPr>
      <w:r>
        <w:rPr>
          <w:rFonts w:ascii="Calibri" w:eastAsia="Calibri" w:hAnsi="Calibri" w:cs="Times New Roman"/>
          <w:color w:val="365F91"/>
        </w:rPr>
        <w:t>Kiyès mwen kapab kontakte si m gen kesyon?</w:t>
      </w:r>
    </w:p>
    <w:p w14:paraId="32DEE141" w14:textId="2983673A" w:rsidR="001C02DC" w:rsidRDefault="00106298" w:rsidP="00845B32">
      <w:pPr>
        <w:ind w:left="-720"/>
      </w:pPr>
      <w:r>
        <w:rPr>
          <w:rFonts w:eastAsia="Aptos" w:cs="Times New Roman"/>
        </w:rPr>
        <w:t xml:space="preserve">Si w gen kesyon, tanpri </w:t>
      </w:r>
      <w:r>
        <w:rPr>
          <w:rFonts w:eastAsia="Aptos" w:cs="Times New Roman"/>
        </w:rPr>
        <w:t>kontakte [</w:t>
      </w:r>
      <w:r>
        <w:rPr>
          <w:rFonts w:eastAsia="Aptos" w:cs="Times New Roman"/>
          <w:i/>
          <w:iCs/>
          <w:highlight w:val="yellow"/>
        </w:rPr>
        <w:t>Insert appropriate district contact</w:t>
      </w:r>
      <w:r>
        <w:rPr>
          <w:rFonts w:eastAsia="Aptos" w:cs="Times New Roman"/>
        </w:rPr>
        <w:t>].</w:t>
      </w:r>
    </w:p>
    <w:sectPr w:rsidR="001C02D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4F753F"/>
    <w:multiLevelType w:val="hybridMultilevel"/>
    <w:tmpl w:val="AAF0692A"/>
    <w:lvl w:ilvl="0" w:tplc="E8688ED2">
      <w:start w:val="1"/>
      <w:numFmt w:val="bullet"/>
      <w:lvlText w:val=""/>
      <w:lvlJc w:val="left"/>
      <w:pPr>
        <w:ind w:left="0" w:hanging="360"/>
      </w:pPr>
      <w:rPr>
        <w:rFonts w:ascii="Symbol" w:hAnsi="Symbol" w:hint="default"/>
      </w:rPr>
    </w:lvl>
    <w:lvl w:ilvl="1" w:tplc="9EA6E1B2" w:tentative="1">
      <w:start w:val="1"/>
      <w:numFmt w:val="bullet"/>
      <w:lvlText w:val="o"/>
      <w:lvlJc w:val="left"/>
      <w:pPr>
        <w:ind w:left="720" w:hanging="360"/>
      </w:pPr>
      <w:rPr>
        <w:rFonts w:ascii="Courier New" w:hAnsi="Courier New" w:cs="Courier New" w:hint="default"/>
      </w:rPr>
    </w:lvl>
    <w:lvl w:ilvl="2" w:tplc="0BF64DE4" w:tentative="1">
      <w:start w:val="1"/>
      <w:numFmt w:val="bullet"/>
      <w:lvlText w:val=""/>
      <w:lvlJc w:val="left"/>
      <w:pPr>
        <w:ind w:left="1440" w:hanging="360"/>
      </w:pPr>
      <w:rPr>
        <w:rFonts w:ascii="Wingdings" w:hAnsi="Wingdings" w:hint="default"/>
      </w:rPr>
    </w:lvl>
    <w:lvl w:ilvl="3" w:tplc="B74EC860" w:tentative="1">
      <w:start w:val="1"/>
      <w:numFmt w:val="bullet"/>
      <w:lvlText w:val=""/>
      <w:lvlJc w:val="left"/>
      <w:pPr>
        <w:ind w:left="2160" w:hanging="360"/>
      </w:pPr>
      <w:rPr>
        <w:rFonts w:ascii="Symbol" w:hAnsi="Symbol" w:hint="default"/>
      </w:rPr>
    </w:lvl>
    <w:lvl w:ilvl="4" w:tplc="B9E2C9FA" w:tentative="1">
      <w:start w:val="1"/>
      <w:numFmt w:val="bullet"/>
      <w:lvlText w:val="o"/>
      <w:lvlJc w:val="left"/>
      <w:pPr>
        <w:ind w:left="2880" w:hanging="360"/>
      </w:pPr>
      <w:rPr>
        <w:rFonts w:ascii="Courier New" w:hAnsi="Courier New" w:cs="Courier New" w:hint="default"/>
      </w:rPr>
    </w:lvl>
    <w:lvl w:ilvl="5" w:tplc="18864D80" w:tentative="1">
      <w:start w:val="1"/>
      <w:numFmt w:val="bullet"/>
      <w:lvlText w:val=""/>
      <w:lvlJc w:val="left"/>
      <w:pPr>
        <w:ind w:left="3600" w:hanging="360"/>
      </w:pPr>
      <w:rPr>
        <w:rFonts w:ascii="Wingdings" w:hAnsi="Wingdings" w:hint="default"/>
      </w:rPr>
    </w:lvl>
    <w:lvl w:ilvl="6" w:tplc="756C18CC" w:tentative="1">
      <w:start w:val="1"/>
      <w:numFmt w:val="bullet"/>
      <w:lvlText w:val=""/>
      <w:lvlJc w:val="left"/>
      <w:pPr>
        <w:ind w:left="4320" w:hanging="360"/>
      </w:pPr>
      <w:rPr>
        <w:rFonts w:ascii="Symbol" w:hAnsi="Symbol" w:hint="default"/>
      </w:rPr>
    </w:lvl>
    <w:lvl w:ilvl="7" w:tplc="A9DCF0C6" w:tentative="1">
      <w:start w:val="1"/>
      <w:numFmt w:val="bullet"/>
      <w:lvlText w:val="o"/>
      <w:lvlJc w:val="left"/>
      <w:pPr>
        <w:ind w:left="5040" w:hanging="360"/>
      </w:pPr>
      <w:rPr>
        <w:rFonts w:ascii="Courier New" w:hAnsi="Courier New" w:cs="Courier New" w:hint="default"/>
      </w:rPr>
    </w:lvl>
    <w:lvl w:ilvl="8" w:tplc="8C9A9258" w:tentative="1">
      <w:start w:val="1"/>
      <w:numFmt w:val="bullet"/>
      <w:lvlText w:val=""/>
      <w:lvlJc w:val="left"/>
      <w:pPr>
        <w:ind w:left="5760" w:hanging="360"/>
      </w:pPr>
      <w:rPr>
        <w:rFonts w:ascii="Wingdings" w:hAnsi="Wingdings" w:hint="default"/>
      </w:rPr>
    </w:lvl>
  </w:abstractNum>
  <w:abstractNum w:abstractNumId="10" w15:restartNumberingAfterBreak="0">
    <w:nsid w:val="58143DB4"/>
    <w:multiLevelType w:val="multilevel"/>
    <w:tmpl w:val="AF0283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6"/>
  </w:num>
  <w:num w:numId="2">
    <w:abstractNumId w:val="4"/>
  </w:num>
  <w:num w:numId="3">
    <w:abstractNumId w:val="8"/>
  </w:num>
  <w:num w:numId="4">
    <w:abstractNumId w:val="10"/>
  </w:num>
  <w:num w:numId="5">
    <w:abstractNumId w:val="1"/>
  </w:num>
  <w:num w:numId="6">
    <w:abstractNumId w:val="3"/>
  </w:num>
  <w:num w:numId="7">
    <w:abstractNumId w:val="0"/>
  </w:num>
  <w:num w:numId="8">
    <w:abstractNumId w:val="5"/>
  </w:num>
  <w:num w:numId="9">
    <w:abstractNumId w:val="7"/>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00C"/>
    <w:rsid w:val="000A732F"/>
    <w:rsid w:val="000D2D2C"/>
    <w:rsid w:val="00106298"/>
    <w:rsid w:val="00116CC1"/>
    <w:rsid w:val="0015074B"/>
    <w:rsid w:val="00152167"/>
    <w:rsid w:val="0015517F"/>
    <w:rsid w:val="0015534F"/>
    <w:rsid w:val="00187C99"/>
    <w:rsid w:val="001C02DC"/>
    <w:rsid w:val="001C5A8A"/>
    <w:rsid w:val="001F3BA5"/>
    <w:rsid w:val="001F624D"/>
    <w:rsid w:val="00256421"/>
    <w:rsid w:val="0029639D"/>
    <w:rsid w:val="002C49F6"/>
    <w:rsid w:val="002D6589"/>
    <w:rsid w:val="0032679F"/>
    <w:rsid w:val="00326F90"/>
    <w:rsid w:val="0039433C"/>
    <w:rsid w:val="00413D33"/>
    <w:rsid w:val="004A3840"/>
    <w:rsid w:val="004A7FA3"/>
    <w:rsid w:val="004D0F6E"/>
    <w:rsid w:val="004F43A0"/>
    <w:rsid w:val="00501717"/>
    <w:rsid w:val="005D39D6"/>
    <w:rsid w:val="0067511F"/>
    <w:rsid w:val="00687E76"/>
    <w:rsid w:val="00690E9F"/>
    <w:rsid w:val="00700FEF"/>
    <w:rsid w:val="007324D9"/>
    <w:rsid w:val="007809AC"/>
    <w:rsid w:val="007E6FFA"/>
    <w:rsid w:val="00830A1E"/>
    <w:rsid w:val="00845B32"/>
    <w:rsid w:val="00853507"/>
    <w:rsid w:val="008E4585"/>
    <w:rsid w:val="008E62C6"/>
    <w:rsid w:val="008F34DE"/>
    <w:rsid w:val="00905EF2"/>
    <w:rsid w:val="00930C49"/>
    <w:rsid w:val="00931785"/>
    <w:rsid w:val="009570BF"/>
    <w:rsid w:val="00976011"/>
    <w:rsid w:val="00AA1D8D"/>
    <w:rsid w:val="00AA33B5"/>
    <w:rsid w:val="00AC2711"/>
    <w:rsid w:val="00B47730"/>
    <w:rsid w:val="00B819C7"/>
    <w:rsid w:val="00B958BA"/>
    <w:rsid w:val="00BB75F1"/>
    <w:rsid w:val="00C05F6A"/>
    <w:rsid w:val="00C4335E"/>
    <w:rsid w:val="00C84E8B"/>
    <w:rsid w:val="00CB0664"/>
    <w:rsid w:val="00CB439D"/>
    <w:rsid w:val="00D413C5"/>
    <w:rsid w:val="00D55FFB"/>
    <w:rsid w:val="00D635A4"/>
    <w:rsid w:val="00D721EA"/>
    <w:rsid w:val="00D95877"/>
    <w:rsid w:val="00DC3DE0"/>
    <w:rsid w:val="00E11E98"/>
    <w:rsid w:val="00EA4EB5"/>
    <w:rsid w:val="00EE7045"/>
    <w:rsid w:val="00EF0C02"/>
    <w:rsid w:val="00EF5BBE"/>
    <w:rsid w:val="00F307D2"/>
    <w:rsid w:val="00F34279"/>
    <w:rsid w:val="00F77210"/>
    <w:rsid w:val="00FA0DF6"/>
    <w:rsid w:val="00FA6816"/>
    <w:rsid w:val="00FB3A40"/>
    <w:rsid w:val="00FC693F"/>
    <w:rsid w:val="0879ECC8"/>
    <w:rsid w:val="09A35F53"/>
    <w:rsid w:val="0A905F6A"/>
    <w:rsid w:val="0CDDC8AE"/>
    <w:rsid w:val="13D050BD"/>
    <w:rsid w:val="2DA70B4A"/>
    <w:rsid w:val="3BF7DBFE"/>
    <w:rsid w:val="3D59AE79"/>
    <w:rsid w:val="43AC1B51"/>
    <w:rsid w:val="614FC1F6"/>
    <w:rsid w:val="6602A01F"/>
    <w:rsid w:val="67FEE8FE"/>
    <w:rsid w:val="6CB9BD69"/>
    <w:rsid w:val="6F0DCCCE"/>
    <w:rsid w:val="76F526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62478A"/>
  <w14:defaultImageDpi w14:val="300"/>
  <w15:docId w15:val="{CACE4F5D-5C88-474F-A002-21984E595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C49"/>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A732F"/>
    <w:rPr>
      <w:color w:val="0000FF" w:themeColor="hyperlink"/>
      <w:u w:val="single"/>
    </w:rPr>
  </w:style>
  <w:style w:type="character" w:styleId="UnresolvedMention">
    <w:name w:val="Unresolved Mention"/>
    <w:basedOn w:val="DefaultParagraphFont"/>
    <w:uiPriority w:val="99"/>
    <w:semiHidden/>
    <w:unhideWhenUsed/>
    <w:rsid w:val="000A732F"/>
    <w:rPr>
      <w:color w:val="605E5C"/>
      <w:shd w:val="clear" w:color="auto" w:fill="E1DFDD"/>
    </w:rPr>
  </w:style>
  <w:style w:type="character" w:styleId="CommentReference">
    <w:name w:val="annotation reference"/>
    <w:basedOn w:val="DefaultParagraphFont"/>
    <w:uiPriority w:val="99"/>
    <w:semiHidden/>
    <w:unhideWhenUsed/>
    <w:rsid w:val="000A732F"/>
    <w:rPr>
      <w:sz w:val="16"/>
      <w:szCs w:val="16"/>
    </w:rPr>
  </w:style>
  <w:style w:type="paragraph" w:styleId="CommentText">
    <w:name w:val="annotation text"/>
    <w:basedOn w:val="Normal"/>
    <w:link w:val="CommentTextChar"/>
    <w:uiPriority w:val="99"/>
    <w:unhideWhenUsed/>
    <w:rsid w:val="000A732F"/>
    <w:pPr>
      <w:spacing w:line="240" w:lineRule="auto"/>
    </w:pPr>
    <w:rPr>
      <w:sz w:val="20"/>
      <w:szCs w:val="20"/>
    </w:rPr>
  </w:style>
  <w:style w:type="character" w:customStyle="1" w:styleId="CommentTextChar">
    <w:name w:val="Comment Text Char"/>
    <w:basedOn w:val="DefaultParagraphFont"/>
    <w:link w:val="CommentText"/>
    <w:uiPriority w:val="99"/>
    <w:rsid w:val="000A732F"/>
    <w:rPr>
      <w:sz w:val="20"/>
      <w:szCs w:val="20"/>
    </w:rPr>
  </w:style>
  <w:style w:type="paragraph" w:styleId="CommentSubject">
    <w:name w:val="annotation subject"/>
    <w:basedOn w:val="CommentText"/>
    <w:next w:val="CommentText"/>
    <w:link w:val="CommentSubjectChar"/>
    <w:uiPriority w:val="99"/>
    <w:semiHidden/>
    <w:unhideWhenUsed/>
    <w:rsid w:val="000A732F"/>
    <w:rPr>
      <w:b/>
      <w:bCs/>
    </w:rPr>
  </w:style>
  <w:style w:type="character" w:customStyle="1" w:styleId="CommentSubjectChar">
    <w:name w:val="Comment Subject Char"/>
    <w:basedOn w:val="CommentTextChar"/>
    <w:link w:val="CommentSubject"/>
    <w:uiPriority w:val="99"/>
    <w:semiHidden/>
    <w:rsid w:val="000A732F"/>
    <w:rPr>
      <w:b/>
      <w:bCs/>
      <w:sz w:val="20"/>
      <w:szCs w:val="20"/>
    </w:rPr>
  </w:style>
  <w:style w:type="paragraph" w:styleId="Revision">
    <w:name w:val="Revision"/>
    <w:hidden/>
    <w:uiPriority w:val="99"/>
    <w:semiHidden/>
    <w:rsid w:val="007324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njleg.state.nj.us/Bills/2022/PL23/108_.PDF" TargetMode="External"/><Relationship Id="rId5" Type="http://schemas.openxmlformats.org/officeDocument/2006/relationships/numbering" Target="numbering.xml"/><Relationship Id="rId10" Type="http://schemas.openxmlformats.org/officeDocument/2006/relationships/hyperlink" Target="https://www.macpac.gov/wp-content/uploads/2024/04/School-Based-Services-for-Students-Enrolled-in-Medicaid.pdf" TargetMode="External"/><Relationship Id="rId4" Type="http://schemas.openxmlformats.org/officeDocument/2006/relationships/customXml" Target="../customXml/item4.xml"/><Relationship Id="rId9" Type="http://schemas.openxmlformats.org/officeDocument/2006/relationships/hyperlink" Target="https://www.medicaid.gov/federal-policy-guidance/downloads/smd-medicaid-payment-for-services-provided-without-charge-free-ca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E4970AC-67B6-4235-8237-7D4D92882BBB}">
  <ds:schemaRefs>
    <ds:schemaRef ds:uri="http://schemas.microsoft.com/sharepoint/v3/contenttype/forms"/>
  </ds:schemaRefs>
</ds:datastoreItem>
</file>

<file path=customXml/itemProps3.xml><?xml version="1.0" encoding="utf-8"?>
<ds:datastoreItem xmlns:ds="http://schemas.openxmlformats.org/officeDocument/2006/customXml" ds:itemID="{8A7862F7-3491-4950-BF83-212104C2AE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78A7B5-FF8B-423B-A224-C40FC7E97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861</Words>
  <Characters>4909</Characters>
  <Application>Microsoft Office Word</Application>
  <DocSecurity>0</DocSecurity>
  <Lines>40</Lines>
  <Paragraphs>11</Paragraphs>
  <ScaleCrop>false</ScaleCrop>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Pereira, Luiz</dc:creator>
  <cp:lastModifiedBy>Sonia Piscaglia</cp:lastModifiedBy>
  <cp:revision>2</cp:revision>
  <dcterms:created xsi:type="dcterms:W3CDTF">2026-08-30T23:42:00Z</dcterms:created>
  <dcterms:modified xsi:type="dcterms:W3CDTF">2026-08-30T23:42:00Z</dcterms:modified>
</cp:coreProperties>
</file>