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1DB22" w14:textId="3BAB9341" w:rsidR="00D635A4" w:rsidRPr="00B93493" w:rsidRDefault="008C4FCF" w:rsidP="00501717">
      <w:pPr>
        <w:pStyle w:val="Heading1"/>
        <w:spacing w:before="120"/>
        <w:ind w:left="-720"/>
        <w:jc w:val="center"/>
        <w:rPr>
          <w:rFonts w:ascii="Raavi" w:hAnsi="Raavi" w:cs="Raavi"/>
        </w:rPr>
      </w:pPr>
      <w:r w:rsidRPr="00B93493">
        <w:rPr>
          <w:rFonts w:ascii="Raavi" w:eastAsia="Arial" w:hAnsi="Raavi" w:cs="Raavi"/>
          <w:color w:val="365F91"/>
          <w:cs/>
          <w:lang w:val="pa-IN" w:bidi="pa-IN"/>
        </w:rPr>
        <w:t>ਸਕੂਲ-ਅਧਾਰਤ ਸਿਹਤ ਸੇਵਾਵਾਂ (</w:t>
      </w:r>
      <w:r w:rsidR="00B93493" w:rsidRPr="00B93493">
        <w:rPr>
          <w:rFonts w:ascii="Raavi" w:eastAsia="Arial" w:hAnsi="Raavi" w:cs="Raavi"/>
          <w:color w:val="365F91"/>
          <w:lang w:val="pa-IN"/>
        </w:rPr>
        <w:t>School-Based Health Services</w:t>
      </w:r>
      <w:r w:rsidR="00B93493" w:rsidRPr="00B93493">
        <w:rPr>
          <w:rFonts w:ascii="Raavi" w:eastAsia="Arial" w:hAnsi="Raavi" w:cs="Raavi"/>
          <w:color w:val="365F91"/>
          <w:lang w:val="pa-IN"/>
        </w:rPr>
        <w:t>,</w:t>
      </w:r>
      <w:r w:rsidR="00B93493">
        <w:t xml:space="preserve"> </w:t>
      </w:r>
      <w:r w:rsidRPr="00B93493">
        <w:rPr>
          <w:rFonts w:ascii="Raavi" w:eastAsia="Arial" w:hAnsi="Raavi" w:cs="Raavi"/>
          <w:color w:val="365F91"/>
          <w:lang w:val="pa-IN"/>
        </w:rPr>
        <w:t xml:space="preserve">SBHS): </w:t>
      </w:r>
    </w:p>
    <w:p w14:paraId="73D27851" w14:textId="05679D15" w:rsidR="001C02DC" w:rsidRPr="00B93493" w:rsidRDefault="008C4FCF" w:rsidP="00501717">
      <w:pPr>
        <w:pStyle w:val="Heading1"/>
        <w:spacing w:before="120"/>
        <w:ind w:left="-720"/>
        <w:jc w:val="center"/>
        <w:rPr>
          <w:rFonts w:ascii="Raavi" w:hAnsi="Raavi" w:cs="Raavi"/>
        </w:rPr>
      </w:pPr>
      <w:r w:rsidRPr="00B93493">
        <w:rPr>
          <w:rFonts w:ascii="Raavi" w:eastAsia="Arial" w:hAnsi="Raavi" w:cs="Raavi"/>
          <w:color w:val="365F91"/>
          <w:cs/>
          <w:lang w:val="pa-IN" w:bidi="pa-IN"/>
        </w:rPr>
        <w:t>ਮਾਤਾ-ਪਿਤਾ ਅਤੇ ਦੇਖਭਾਲਕਰਤਾਵਾਂ ਲਈ ਅਕਸਰ ਪੁੱਛੇ ਜਾਣ ਵਾਲੇ ਸਵਾਲ</w:t>
      </w:r>
    </w:p>
    <w:p w14:paraId="6C5EADD7"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ਸਕੂਲ-ਅਧਾਰਤ ਸਿਹਤ ਸੇਵਾਵਾਂ (</w:t>
      </w:r>
      <w:r w:rsidRPr="00B93493">
        <w:rPr>
          <w:rFonts w:ascii="Raavi" w:eastAsia="Arial" w:hAnsi="Raavi" w:cs="Raavi"/>
          <w:color w:val="365F91"/>
          <w:lang w:val="pa-IN"/>
        </w:rPr>
        <w:t xml:space="preserve">SBHS) </w:t>
      </w:r>
      <w:r w:rsidRPr="00B93493">
        <w:rPr>
          <w:rFonts w:ascii="Raavi" w:eastAsia="Arial" w:hAnsi="Raavi" w:cs="Raavi"/>
          <w:color w:val="365F91"/>
          <w:cs/>
          <w:lang w:val="pa-IN" w:bidi="pa-IN"/>
        </w:rPr>
        <w:t>ਪ੍ਰੋਗਰਾਮ ਕੀ ਹੈ</w:t>
      </w:r>
      <w:r w:rsidRPr="00B93493">
        <w:rPr>
          <w:rFonts w:ascii="Raavi" w:eastAsia="Arial" w:hAnsi="Raavi" w:cs="Raavi"/>
          <w:color w:val="365F91"/>
          <w:lang w:val="pa-IN"/>
        </w:rPr>
        <w:t>?</w:t>
      </w:r>
    </w:p>
    <w:p w14:paraId="7860763D" w14:textId="2AC23B17" w:rsidR="00116CC1" w:rsidRPr="00B93493" w:rsidRDefault="008C4FCF" w:rsidP="00845B32">
      <w:pPr>
        <w:ind w:left="-720"/>
        <w:rPr>
          <w:rFonts w:ascii="Raavi" w:hAnsi="Raavi" w:cs="Raavi"/>
        </w:rPr>
      </w:pPr>
      <w:r w:rsidRPr="00B93493">
        <w:rPr>
          <w:rFonts w:ascii="Raavi" w:eastAsia="Arial" w:hAnsi="Raavi" w:cs="Raavi"/>
          <w:cs/>
          <w:lang w:val="pa-IN" w:bidi="pa-IN"/>
        </w:rPr>
        <w:t>ਸਕੂਲ-ਅਧਾਰਤ ਸਿਹਤ ਸੇਵਾਵਾਂ (</w:t>
      </w:r>
      <w:r w:rsidRPr="00B93493">
        <w:rPr>
          <w:rFonts w:ascii="Raavi" w:eastAsia="Arial" w:hAnsi="Raavi" w:cs="Raavi"/>
          <w:lang w:val="pa-IN"/>
        </w:rPr>
        <w:t xml:space="preserve">SBHS) </w:t>
      </w:r>
      <w:r w:rsidRPr="00B93493">
        <w:rPr>
          <w:rFonts w:ascii="Raavi" w:eastAsia="Arial" w:hAnsi="Raavi" w:cs="Raavi"/>
          <w:cs/>
          <w:lang w:val="pa-IN" w:bidi="pa-IN"/>
        </w:rPr>
        <w:t>ਇੱਕ ਸੰਘੀ ਅਤੇ ਰਾਜ-ਸਮਰਥਿਤ ਪ੍ਰੋਗਰਾਮ ਹੈ ਜੋ ਸਕੂਲੀ ਜ਼ਿਲ੍ਹਿਆਂ ਨੂੰ ਸਕੂਲ ਵਿੱਚ</w:t>
      </w:r>
      <w:r w:rsidRPr="00B93493">
        <w:rPr>
          <w:rFonts w:ascii="Raavi" w:eastAsia="Arial" w:hAnsi="Raavi" w:cs="Raavi"/>
          <w:lang w:val="pa-IN"/>
        </w:rPr>
        <w:t xml:space="preserve"> Medicaid </w:t>
      </w:r>
      <w:r w:rsidRPr="00B93493">
        <w:rPr>
          <w:rFonts w:ascii="Raavi" w:eastAsia="Arial" w:hAnsi="Raavi" w:cs="Raavi"/>
          <w:cs/>
          <w:lang w:val="pa-IN" w:bidi="pa-IN"/>
        </w:rPr>
        <w:t>ਵਿੱਚ ਦਾਖਲ ਹੋਏ ਵਿਦਿਆਰਥੀਆਂ ਨੂੰ ਪ੍ਰਦਾਨ ਕੀਤੀਆਂ ਜਾਣ ਵਾਲੀਆਂ ਕੁਝ ਸਿਹਤ-ਸਬੰਧਤ ਸੇਵਾਵਾਂ ਲਈ ਅੰਸ਼ਕ</w:t>
      </w:r>
      <w:r w:rsidRPr="00B93493">
        <w:rPr>
          <w:rFonts w:ascii="Raavi" w:eastAsia="Arial" w:hAnsi="Raavi" w:cs="Raavi"/>
          <w:lang w:val="pa-IN"/>
        </w:rPr>
        <w:t xml:space="preserve"> Medicaid </w:t>
      </w:r>
      <w:r w:rsidRPr="00B93493">
        <w:rPr>
          <w:rFonts w:ascii="Raavi" w:eastAsia="Arial" w:hAnsi="Raavi" w:cs="Raavi"/>
          <w:cs/>
          <w:lang w:val="pa-IN" w:bidi="pa-IN"/>
        </w:rPr>
        <w:t>ਅਦਾਇਗੀ ਪ੍ਰਾਪਤ ਕਰਨ ਦੀ ਇਜਾਜ਼ਤ ਦਿੰਦਾ ਹੈ</w:t>
      </w:r>
      <w:r w:rsidRPr="00B93493">
        <w:rPr>
          <w:rFonts w:ascii="Raavi" w:eastAsia="Arial" w:hAnsi="Raavi" w:cs="Raavi"/>
          <w:cs/>
          <w:lang w:val="pa-IN" w:bidi="hi-IN"/>
        </w:rPr>
        <w:t>।</w:t>
      </w:r>
      <w:r w:rsidRPr="00B93493">
        <w:rPr>
          <w:rFonts w:ascii="Raavi" w:eastAsia="Arial" w:hAnsi="Raavi" w:cs="Raavi"/>
          <w:lang w:val="pa-IN"/>
        </w:rPr>
        <w:t xml:space="preserve"> SBHS </w:t>
      </w:r>
      <w:r w:rsidRPr="00B93493">
        <w:rPr>
          <w:rFonts w:ascii="Raavi" w:eastAsia="Arial" w:hAnsi="Raavi" w:cs="Raavi"/>
          <w:cs/>
          <w:lang w:val="pa-IN" w:bidi="pa-IN"/>
        </w:rPr>
        <w:t>ਦਾ ਉਦੇਸ਼ ਵਿਦਿਆਰਥੀਆਂ ਦੀ ਲੋੜੀਂਦੀ ਸਿਹਤ ਅਤੇ ਸੰਬੰਧਿਤ ਸੇਵਾਵਾਂ ਤੱਕ ਪਹੁੰਚ ਦਾ ਸਮਰਥਨ ਕਰਨਾ ਅਤੇ ਸਕੂਲੀ ਜ਼ਿਲ੍ਹਿਆਂ ਨੂੰ ਪ੍ਰਦਾਨ ਕੀਤੀਆਂ ਜਾਣ ਵਾਲੀਆਂ ਸੇਵਾਵਾਂ ਲਈ ਅਦਾਇਗੀ ਪ੍ਰਾਪਤ ਕਰਨ ਵਿੱਚ ਮਦਦ ਕਰਨਾ ਹੈ</w:t>
      </w:r>
      <w:r w:rsidRPr="00B93493">
        <w:rPr>
          <w:rFonts w:ascii="Raavi" w:eastAsia="Arial" w:hAnsi="Raavi" w:cs="Raavi"/>
          <w:cs/>
          <w:lang w:val="pa-IN" w:bidi="hi-IN"/>
        </w:rPr>
        <w:t>।</w:t>
      </w:r>
    </w:p>
    <w:p w14:paraId="3C417F59"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lang w:val="pa-IN"/>
        </w:rPr>
        <w:t xml:space="preserve">Medicaid </w:t>
      </w:r>
      <w:r w:rsidRPr="00B93493">
        <w:rPr>
          <w:rFonts w:ascii="Raavi" w:eastAsia="Arial" w:hAnsi="Raavi" w:cs="Raavi"/>
          <w:color w:val="365F91"/>
          <w:cs/>
          <w:lang w:val="pa-IN" w:bidi="pa-IN"/>
        </w:rPr>
        <w:t>ਦੀ ਅਦਾਇਗੀ ਲਈ ਕਿਸ ਤਰ੍ਹਾਂ ਦੀਆਂ ਸੇਵਾਵਾਂ ਯੋਗ ਹੋ ਸਕਦੀਆਂ ਹਨ</w:t>
      </w:r>
      <w:r w:rsidRPr="00B93493">
        <w:rPr>
          <w:rFonts w:ascii="Raavi" w:eastAsia="Arial" w:hAnsi="Raavi" w:cs="Raavi"/>
          <w:color w:val="365F91"/>
          <w:lang w:val="pa-IN"/>
        </w:rPr>
        <w:t>?</w:t>
      </w:r>
    </w:p>
    <w:p w14:paraId="34EC7DCD" w14:textId="55346DF6" w:rsidR="00116CC1" w:rsidRPr="00B93493" w:rsidRDefault="008C4FCF" w:rsidP="00845B32">
      <w:pPr>
        <w:ind w:left="-720"/>
        <w:rPr>
          <w:rFonts w:ascii="Raavi" w:hAnsi="Raavi" w:cs="Raavi"/>
        </w:rPr>
      </w:pPr>
      <w:r w:rsidRPr="00B93493">
        <w:rPr>
          <w:rFonts w:ascii="Raavi" w:eastAsia="Arial" w:hAnsi="Raavi" w:cs="Raavi"/>
          <w:lang w:val="pa-IN"/>
        </w:rPr>
        <w:t xml:space="preserve">Medicaid </w:t>
      </w:r>
      <w:r w:rsidRPr="00B93493">
        <w:rPr>
          <w:rFonts w:ascii="Raavi" w:eastAsia="Arial" w:hAnsi="Raavi" w:cs="Raavi"/>
          <w:cs/>
          <w:lang w:val="pa-IN" w:bidi="pa-IN"/>
        </w:rPr>
        <w:t>ਸਕੂਲ ਵਿੱਚ ਪ੍ਰਦਾਨ ਕੀਤੀਆਂ ਜਾਣ ਵਾਲੀਆਂ ਕੁਝ ਡਾਕਟਰੀ ਤੌਰ</w:t>
      </w:r>
      <w:r w:rsidRPr="00B93493">
        <w:rPr>
          <w:rFonts w:ascii="Raavi" w:eastAsia="Arial" w:hAnsi="Raavi" w:cs="Raavi"/>
          <w:lang w:val="pa-IN"/>
        </w:rPr>
        <w:t xml:space="preserve"> '</w:t>
      </w:r>
      <w:r w:rsidRPr="00B93493">
        <w:rPr>
          <w:rFonts w:ascii="Raavi" w:eastAsia="Arial" w:hAnsi="Raavi" w:cs="Raavi"/>
          <w:cs/>
          <w:lang w:val="pa-IN" w:bidi="pa-IN"/>
        </w:rPr>
        <w:t>ਤੇ ਜ਼ਰੂਰੀ</w:t>
      </w:r>
      <w:r w:rsidRPr="00B93493">
        <w:rPr>
          <w:rFonts w:ascii="Raavi" w:eastAsia="Arial" w:hAnsi="Raavi" w:cs="Raavi"/>
          <w:lang w:val="pa-IN"/>
        </w:rPr>
        <w:t xml:space="preserve">, </w:t>
      </w:r>
      <w:r w:rsidRPr="00B93493">
        <w:rPr>
          <w:rFonts w:ascii="Raavi" w:eastAsia="Arial" w:hAnsi="Raavi" w:cs="Raavi"/>
          <w:cs/>
          <w:lang w:val="pa-IN" w:bidi="pa-IN"/>
        </w:rPr>
        <w:t>ਸਿਹਤ-ਸਬੰਧਤ ਸੇਵਾਵਾਂ ਲਈ ਜ਼ਿਲ੍ਹੇ ਨੂੰ ਅਦਾਇਗੀ ਕਰ ਸਕਦਾ ਹੈ</w:t>
      </w:r>
      <w:r w:rsidRPr="00B93493">
        <w:rPr>
          <w:rFonts w:ascii="Raavi" w:eastAsia="Arial" w:hAnsi="Raavi" w:cs="Raavi"/>
          <w:lang w:val="pa-IN"/>
        </w:rPr>
        <w:t xml:space="preserve">, </w:t>
      </w:r>
      <w:r w:rsidRPr="00B93493">
        <w:rPr>
          <w:rFonts w:ascii="Raavi" w:eastAsia="Arial" w:hAnsi="Raavi" w:cs="Raavi"/>
          <w:cs/>
          <w:lang w:val="pa-IN" w:bidi="pa-IN"/>
        </w:rPr>
        <w:t>ਜਿਸ ਵਿੱਚ ਵਿਵਹਾਰ ਸੰਬੰਧੀ ਸਿਹਤ ਸੇਵਾਵਾਂ ਅਤੇ ਸਲਾਹ</w:t>
      </w:r>
      <w:r w:rsidRPr="00B93493">
        <w:rPr>
          <w:rFonts w:ascii="Raavi" w:eastAsia="Arial" w:hAnsi="Raavi" w:cs="Raavi"/>
          <w:lang w:val="pa-IN"/>
        </w:rPr>
        <w:t xml:space="preserve">, </w:t>
      </w:r>
      <w:r w:rsidRPr="00B93493">
        <w:rPr>
          <w:rFonts w:ascii="Raavi" w:eastAsia="Arial" w:hAnsi="Raavi" w:cs="Raavi"/>
          <w:cs/>
          <w:lang w:val="pa-IN" w:bidi="pa-IN"/>
        </w:rPr>
        <w:t>ਨਰਸਿੰਗ ਸੇਵਾਵਾਂ</w:t>
      </w:r>
      <w:r w:rsidRPr="00B93493">
        <w:rPr>
          <w:rFonts w:ascii="Raavi" w:eastAsia="Arial" w:hAnsi="Raavi" w:cs="Raavi"/>
          <w:lang w:val="pa-IN"/>
        </w:rPr>
        <w:t xml:space="preserve">, </w:t>
      </w:r>
      <w:r w:rsidRPr="00B93493">
        <w:rPr>
          <w:rFonts w:ascii="Raavi" w:eastAsia="Arial" w:hAnsi="Raavi" w:cs="Raavi"/>
          <w:cs/>
          <w:lang w:val="pa-IN" w:bidi="pa-IN"/>
        </w:rPr>
        <w:t>ਭਾਸ਼ਣ-ਭਾਸ਼ਾ ਥੈਰੇਪੀ</w:t>
      </w:r>
      <w:r w:rsidRPr="00B93493">
        <w:rPr>
          <w:rFonts w:ascii="Raavi" w:eastAsia="Arial" w:hAnsi="Raavi" w:cs="Raavi"/>
          <w:lang w:val="pa-IN"/>
        </w:rPr>
        <w:t xml:space="preserve">, </w:t>
      </w:r>
      <w:r w:rsidRPr="00B93493">
        <w:rPr>
          <w:rFonts w:ascii="Raavi" w:eastAsia="Arial" w:hAnsi="Raavi" w:cs="Raavi"/>
          <w:cs/>
          <w:lang w:val="pa-IN" w:bidi="pa-IN"/>
        </w:rPr>
        <w:t>ਕਿੱਤਾਮੁਖੀ ਥੈਰੇਪੀ</w:t>
      </w:r>
      <w:r w:rsidRPr="00B93493">
        <w:rPr>
          <w:rFonts w:ascii="Raavi" w:eastAsia="Arial" w:hAnsi="Raavi" w:cs="Raavi"/>
          <w:lang w:val="pa-IN"/>
        </w:rPr>
        <w:t xml:space="preserve">, </w:t>
      </w:r>
      <w:r w:rsidRPr="00B93493">
        <w:rPr>
          <w:rFonts w:ascii="Raavi" w:eastAsia="Arial" w:hAnsi="Raavi" w:cs="Raavi"/>
          <w:cs/>
          <w:lang w:val="pa-IN" w:bidi="pa-IN"/>
        </w:rPr>
        <w:t>ਸਰੀਰਕ ਥੈਰੇਪੀ</w:t>
      </w:r>
      <w:r w:rsidRPr="00B93493">
        <w:rPr>
          <w:rFonts w:ascii="Raavi" w:eastAsia="Arial" w:hAnsi="Raavi" w:cs="Raavi"/>
          <w:lang w:val="pa-IN"/>
        </w:rPr>
        <w:t xml:space="preserve">, </w:t>
      </w:r>
      <w:r w:rsidRPr="00B93493">
        <w:rPr>
          <w:rFonts w:ascii="Raavi" w:eastAsia="Arial" w:hAnsi="Raavi" w:cs="Raavi"/>
          <w:cs/>
          <w:lang w:val="pa-IN" w:bidi="pa-IN"/>
        </w:rPr>
        <w:t>ਮੁਲਾਂਕਣ ਅਤੇ ਜਾਂਚਾਂ</w:t>
      </w:r>
      <w:r w:rsidRPr="00B93493">
        <w:rPr>
          <w:rFonts w:ascii="Raavi" w:eastAsia="Arial" w:hAnsi="Raavi" w:cs="Raavi"/>
          <w:lang w:val="pa-IN"/>
        </w:rPr>
        <w:t xml:space="preserve">, </w:t>
      </w:r>
      <w:r w:rsidRPr="00B93493">
        <w:rPr>
          <w:rFonts w:ascii="Raavi" w:eastAsia="Arial" w:hAnsi="Raavi" w:cs="Raavi"/>
          <w:cs/>
          <w:lang w:val="pa-IN" w:bidi="pa-IN"/>
        </w:rPr>
        <w:t>ਅਤੇ ਸੇਵਾਵਾਂ ਪ੍ਰਾਪਤ ਕਰਨ ਨਾਲ ਸਬੰਧਤ ਸਹਾਇਕ ਤਕਨਾਲੋਜੀ ਸੇਵਾਵਾਂ ਸ਼ਾਮਲ ਹਨ ਪਰ ਇਹਨਾਂ ਤੱਕ ਸੀਮਿਤ ਨਹੀਂ ਹਨ</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36B34A80" w14:textId="1816A194" w:rsidR="00D55FFB" w:rsidRPr="00B93493" w:rsidRDefault="008C4FCF" w:rsidP="00D55FFB">
      <w:pPr>
        <w:ind w:left="-720"/>
        <w:rPr>
          <w:rFonts w:ascii="Raavi" w:hAnsi="Raavi" w:cs="Raavi"/>
        </w:rPr>
      </w:pPr>
      <w:r w:rsidRPr="00B93493">
        <w:rPr>
          <w:rFonts w:ascii="Raavi" w:eastAsia="Arial" w:hAnsi="Raavi" w:cs="Raavi"/>
          <w:cs/>
          <w:lang w:val="pa-IN" w:bidi="pa-IN"/>
        </w:rPr>
        <w:t>ਸਾਰੀਆਂ ਸੇਵਾਵਾਂ ਦੀ ਅਦਾਇਗੀ ਨਹੀਂ ਕੀਤੀ ਜਾਂਦੀ</w:t>
      </w:r>
      <w:r w:rsidRPr="00B93493">
        <w:rPr>
          <w:rFonts w:ascii="Raavi" w:eastAsia="Arial" w:hAnsi="Raavi" w:cs="Raavi"/>
          <w:lang w:val="pa-IN"/>
        </w:rPr>
        <w:t xml:space="preserve">, </w:t>
      </w:r>
      <w:r w:rsidRPr="00B93493">
        <w:rPr>
          <w:rFonts w:ascii="Raavi" w:eastAsia="Arial" w:hAnsi="Raavi" w:cs="Raavi"/>
          <w:cs/>
          <w:lang w:val="pa-IN" w:bidi="pa-IN"/>
        </w:rPr>
        <w:t>ਅਤੇ ਸਿਰਫ਼ ਉਹ ਸੇਵਾਵਾਂ ਜੋ</w:t>
      </w:r>
      <w:r w:rsidRPr="00B93493">
        <w:rPr>
          <w:rFonts w:ascii="Raavi" w:eastAsia="Arial" w:hAnsi="Raavi" w:cs="Raavi"/>
          <w:lang w:val="pa-IN"/>
        </w:rPr>
        <w:t xml:space="preserve"> Medicaid </w:t>
      </w:r>
      <w:r w:rsidRPr="00B93493">
        <w:rPr>
          <w:rFonts w:ascii="Raavi" w:eastAsia="Arial" w:hAnsi="Raavi" w:cs="Raavi"/>
          <w:cs/>
          <w:lang w:val="pa-IN" w:bidi="pa-IN"/>
        </w:rPr>
        <w:t>ਦੀਆਂ ਜ਼ਰੂਰਤਾਂ ਨੂੰ ਪੂਰਾ ਕਰਦੀਆਂ ਹਨ ਅਤੇ</w:t>
      </w:r>
      <w:r w:rsidRPr="00B93493">
        <w:rPr>
          <w:rFonts w:ascii="Raavi" w:eastAsia="Arial" w:hAnsi="Raavi" w:cs="Raavi"/>
          <w:lang w:val="pa-IN"/>
        </w:rPr>
        <w:t xml:space="preserve"> Medicaid-</w:t>
      </w:r>
      <w:r w:rsidRPr="00B93493">
        <w:rPr>
          <w:rFonts w:ascii="Raavi" w:eastAsia="Arial" w:hAnsi="Raavi" w:cs="Raavi"/>
          <w:cs/>
          <w:lang w:val="pa-IN" w:bidi="pa-IN"/>
        </w:rPr>
        <w:t>ਯੋਗ ਵਿਦਿਆਰਥੀਆਂ ਨੂੰ ਪ੍ਰਦਾਨ ਕੀਤੀਆਂ ਜਾਂਦੀਆਂ ਹਨ</w:t>
      </w:r>
      <w:r w:rsidRPr="00B93493">
        <w:rPr>
          <w:rFonts w:ascii="Raavi" w:eastAsia="Arial" w:hAnsi="Raavi" w:cs="Raavi"/>
          <w:lang w:val="pa-IN"/>
        </w:rPr>
        <w:t xml:space="preserve">, </w:t>
      </w:r>
      <w:r w:rsidRPr="00B93493">
        <w:rPr>
          <w:rFonts w:ascii="Raavi" w:eastAsia="Arial" w:hAnsi="Raavi" w:cs="Raavi"/>
          <w:cs/>
          <w:lang w:val="pa-IN" w:bidi="pa-IN"/>
        </w:rPr>
        <w:t>ਉਹਨਾਂ ਦੀ ਅਦਾਇਗੀ ਲਈ ਵਿਚਾਰ ਕੀਤਾ ਜਾ ਸਕਦਾ ਹੈ</w:t>
      </w:r>
      <w:r w:rsidRPr="00B93493">
        <w:rPr>
          <w:rFonts w:ascii="Raavi" w:eastAsia="Arial" w:hAnsi="Raavi" w:cs="Raavi"/>
          <w:cs/>
          <w:lang w:val="pa-IN" w:bidi="hi-IN"/>
        </w:rPr>
        <w:t>।</w:t>
      </w:r>
    </w:p>
    <w:p w14:paraId="76034EB1" w14:textId="6C5E5463" w:rsidR="00D55FFB" w:rsidRPr="00B93493" w:rsidRDefault="008C4FCF" w:rsidP="00D55FFB">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ਮੈਡੀਕਲ ਦੇਖਭਾਲ ਪਲਾਨ ਕੀ ਹੈ</w:t>
      </w:r>
      <w:r w:rsidRPr="00B93493">
        <w:rPr>
          <w:rFonts w:ascii="Raavi" w:eastAsia="Arial" w:hAnsi="Raavi" w:cs="Raavi"/>
          <w:color w:val="365F91"/>
          <w:lang w:val="pa-IN"/>
        </w:rPr>
        <w:t>?</w:t>
      </w:r>
    </w:p>
    <w:p w14:paraId="113C2C90" w14:textId="3B44D27D" w:rsidR="00D55FFB" w:rsidRPr="00B93493" w:rsidRDefault="008C4FCF" w:rsidP="00D55FFB">
      <w:pPr>
        <w:ind w:left="-720"/>
        <w:rPr>
          <w:rFonts w:ascii="Raavi" w:hAnsi="Raavi" w:cs="Raavi"/>
        </w:rPr>
      </w:pPr>
      <w:r w:rsidRPr="00B93493">
        <w:rPr>
          <w:rFonts w:ascii="Raavi" w:eastAsia="Arial" w:hAnsi="Raavi" w:cs="Raavi"/>
          <w:cs/>
          <w:lang w:val="pa-IN" w:bidi="pa-IN"/>
        </w:rPr>
        <w:t>ਮੈਡੀਕਲ ਦੇਖਭਾਲ ਪਲਾਨ ਇੱਕ ਖਾਸ ਸਿਹਤ ਸੰਭਾਲ ਪ੍ਰਦਾਤਾ ਦੁਆਰਾ ਤਿਆਰ ਕੀਤਾ ਗਿਆ ਇੱਕ ਦਸਤਾਵੇਜ਼ ਹੈ ਜੋ ਵਿਦਿਆਰਥੀ ਨੂੰ ਲੋੜੀਂਦੀਆਂ ਸੇਵਾਵਾਂ ਦਾ ਵਿਵਰਣ ਦਿੰਦਾ ਹੈ ਅਤੇ ਸਕੂਲ ਨੂੰ ਉਨ੍ਹਾਂ ਨੂੰ ਪ੍ਰਦਾਨ ਕਰਨ ਲਈ ਅਧਿਕਾਰਤ ਕਰਦਾ ਹੈ</w:t>
      </w:r>
      <w:r w:rsidRPr="00B93493">
        <w:rPr>
          <w:rFonts w:ascii="Raavi" w:eastAsia="Arial" w:hAnsi="Raavi" w:cs="Raavi"/>
          <w:cs/>
          <w:lang w:val="pa-IN" w:bidi="hi-IN"/>
        </w:rPr>
        <w:t>।</w:t>
      </w:r>
      <w:r w:rsidRPr="00B93493">
        <w:rPr>
          <w:rFonts w:ascii="Raavi" w:eastAsia="Arial" w:hAnsi="Raavi" w:cs="Raavi"/>
          <w:cs/>
          <w:lang w:val="pa-IN" w:bidi="pa-IN"/>
        </w:rPr>
        <w:t xml:space="preserve"> ਕੁਝ ਸੇਵਾਵਾਂ ਲਈ</w:t>
      </w:r>
      <w:r w:rsidRPr="00B93493">
        <w:rPr>
          <w:rFonts w:ascii="Raavi" w:eastAsia="Arial" w:hAnsi="Raavi" w:cs="Raavi"/>
          <w:lang w:val="pa-IN"/>
        </w:rPr>
        <w:t xml:space="preserve">, </w:t>
      </w:r>
      <w:r w:rsidRPr="00B93493">
        <w:rPr>
          <w:rFonts w:ascii="Raavi" w:eastAsia="Arial" w:hAnsi="Raavi" w:cs="Raavi"/>
          <w:cs/>
          <w:lang w:val="pa-IN" w:bidi="pa-IN"/>
        </w:rPr>
        <w:t>ਇਹ ਦਸਤਾਵੇਜ਼ ਸਕੂਲ ਦੇ ਬਿਲਿੰਗ ਰਿਕਾਰਡ ਦਾ ਹਿੱਸਾ ਹੋ ਸਕਦਾ ਹੈ</w:t>
      </w:r>
      <w:r w:rsidRPr="00B93493">
        <w:rPr>
          <w:rFonts w:ascii="Raavi" w:eastAsia="Arial" w:hAnsi="Raavi" w:cs="Raavi"/>
          <w:cs/>
          <w:lang w:val="pa-IN" w:bidi="hi-IN"/>
        </w:rPr>
        <w:t>।</w:t>
      </w:r>
      <w:r w:rsidRPr="00B93493">
        <w:rPr>
          <w:rFonts w:ascii="Raavi" w:eastAsia="Arial" w:hAnsi="Raavi" w:cs="Raavi"/>
          <w:cs/>
          <w:lang w:val="pa-IN" w:bidi="pa-IN"/>
        </w:rPr>
        <w:t xml:space="preserve"> ਜੇਕਰ ਤੁਹਾਡੇ ਬੱਚੇ ਦੀਆਂ ਸੇਵਾਵਾਂ</w:t>
      </w:r>
      <w:r w:rsidRPr="00B93493">
        <w:rPr>
          <w:rFonts w:ascii="Raavi" w:eastAsia="Arial" w:hAnsi="Raavi" w:cs="Raavi"/>
          <w:lang w:val="pa-IN"/>
        </w:rPr>
        <w:t xml:space="preserve"> '</w:t>
      </w:r>
      <w:r w:rsidRPr="00B93493">
        <w:rPr>
          <w:rFonts w:ascii="Raavi" w:eastAsia="Arial" w:hAnsi="Raavi" w:cs="Raavi"/>
          <w:cs/>
          <w:lang w:val="pa-IN" w:bidi="pa-IN"/>
        </w:rPr>
        <w:t>ਤੇ ਲਾਗੂ ਹੁੰਦਾ ਹੈ</w:t>
      </w:r>
      <w:r w:rsidRPr="00B93493">
        <w:rPr>
          <w:rFonts w:ascii="Raavi" w:eastAsia="Arial" w:hAnsi="Raavi" w:cs="Raavi"/>
          <w:lang w:val="pa-IN"/>
        </w:rPr>
        <w:t xml:space="preserve">, </w:t>
      </w:r>
      <w:r w:rsidRPr="00B93493">
        <w:rPr>
          <w:rFonts w:ascii="Raavi" w:eastAsia="Arial" w:hAnsi="Raavi" w:cs="Raavi"/>
          <w:cs/>
          <w:lang w:val="pa-IN" w:bidi="pa-IN"/>
        </w:rPr>
        <w:t>ਤਾਂ ਇਸਨੂੰ ਬਿਲਿੰਗ ਜਾਂ ਆਡਿਟ ਦੇ ਉਦੇਸ਼ਾਂ ਲਈ</w:t>
      </w:r>
      <w:r w:rsidRPr="00B93493">
        <w:rPr>
          <w:rFonts w:ascii="Raavi" w:eastAsia="Arial" w:hAnsi="Raavi" w:cs="Raavi"/>
          <w:lang w:val="pa-IN"/>
        </w:rPr>
        <w:t xml:space="preserve"> Medicaid </w:t>
      </w:r>
      <w:r w:rsidRPr="00B93493">
        <w:rPr>
          <w:rFonts w:ascii="Raavi" w:eastAsia="Arial" w:hAnsi="Raavi" w:cs="Raavi"/>
          <w:cs/>
          <w:lang w:val="pa-IN" w:bidi="pa-IN"/>
        </w:rPr>
        <w:t>ਨਾਲ ਸਾਂਝਾ ਕੀਤਾ ਜਾ ਸਕਦਾ ਹੈ</w:t>
      </w:r>
      <w:r w:rsidRPr="00B93493">
        <w:rPr>
          <w:rFonts w:ascii="Raavi" w:eastAsia="Arial" w:hAnsi="Raavi" w:cs="Raavi"/>
          <w:cs/>
          <w:lang w:val="pa-IN" w:bidi="hi-IN"/>
        </w:rPr>
        <w:t>।</w:t>
      </w:r>
      <w:r w:rsidRPr="00B93493">
        <w:rPr>
          <w:rFonts w:ascii="Raavi" w:eastAsia="Arial" w:hAnsi="Raavi" w:cs="Raavi"/>
          <w:cs/>
          <w:lang w:val="pa-IN" w:bidi="pa-IN"/>
        </w:rPr>
        <w:t xml:space="preserve"> ਸਿਰਫ਼ ਲੋੜੀਂਦੀ ਘੱਟੋ-ਘੱਟ ਜਾਣਕਾਰੀ ਸਾਂਝੀ</w:t>
      </w:r>
      <w:r w:rsidRPr="00B93493">
        <w:rPr>
          <w:rFonts w:ascii="Raavi" w:eastAsia="Arial" w:hAnsi="Raavi" w:cs="Raavi"/>
          <w:lang w:val="pa-IN"/>
        </w:rPr>
        <w:t xml:space="preserve">, </w:t>
      </w:r>
      <w:r w:rsidRPr="00B93493">
        <w:rPr>
          <w:rFonts w:ascii="Raavi" w:eastAsia="Arial" w:hAnsi="Raavi" w:cs="Raavi"/>
          <w:cs/>
          <w:lang w:val="pa-IN" w:bidi="pa-IN"/>
        </w:rPr>
        <w:t>ਅਤੇ ਸਿਰਫ਼ ਅਧਿਕਾਰਤ ਧਿਰਾਂ ਨਾਲ</w:t>
      </w:r>
      <w:r w:rsidRPr="00B93493">
        <w:rPr>
          <w:rFonts w:ascii="Raavi" w:eastAsia="Arial" w:hAnsi="Raavi" w:cs="Raavi"/>
          <w:lang w:val="pa-IN"/>
        </w:rPr>
        <w:t xml:space="preserve">, </w:t>
      </w:r>
      <w:r w:rsidRPr="00B93493">
        <w:rPr>
          <w:rFonts w:ascii="Raavi" w:eastAsia="Arial" w:hAnsi="Raavi" w:cs="Raavi"/>
          <w:cs/>
          <w:lang w:val="pa-IN" w:bidi="pa-IN"/>
        </w:rPr>
        <w:t>ਕੀਤੀ ਜਾਂਦੀ ਹੈ</w:t>
      </w:r>
      <w:r w:rsidRPr="00B93493">
        <w:rPr>
          <w:rFonts w:ascii="Raavi" w:eastAsia="Arial" w:hAnsi="Raavi" w:cs="Raavi"/>
          <w:cs/>
          <w:lang w:val="pa-IN" w:bidi="hi-IN"/>
        </w:rPr>
        <w:t>।</w:t>
      </w:r>
    </w:p>
    <w:p w14:paraId="41C13256"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 ਇਹ ਸਿਰਫ਼</w:t>
      </w:r>
      <w:r w:rsidRPr="00B93493">
        <w:rPr>
          <w:rFonts w:ascii="Raavi" w:eastAsia="Arial" w:hAnsi="Raavi" w:cs="Raavi"/>
          <w:color w:val="365F91"/>
          <w:lang w:val="pa-IN"/>
        </w:rPr>
        <w:t xml:space="preserve"> IEP </w:t>
      </w:r>
      <w:r w:rsidRPr="00B93493">
        <w:rPr>
          <w:rFonts w:ascii="Raavi" w:eastAsia="Arial" w:hAnsi="Raavi" w:cs="Raavi"/>
          <w:color w:val="365F91"/>
          <w:cs/>
          <w:lang w:val="pa-IN" w:bidi="pa-IN"/>
        </w:rPr>
        <w:t>ਵਿਦਿਆਰਥੀਆਂ</w:t>
      </w:r>
      <w:r w:rsidRPr="00B93493">
        <w:rPr>
          <w:rFonts w:ascii="Raavi" w:eastAsia="Arial" w:hAnsi="Raavi" w:cs="Raavi"/>
          <w:color w:val="365F91"/>
          <w:lang w:val="pa-IN"/>
        </w:rPr>
        <w:t xml:space="preserve"> '</w:t>
      </w:r>
      <w:r w:rsidRPr="00B93493">
        <w:rPr>
          <w:rFonts w:ascii="Raavi" w:eastAsia="Arial" w:hAnsi="Raavi" w:cs="Raavi"/>
          <w:color w:val="365F91"/>
          <w:cs/>
          <w:lang w:val="pa-IN" w:bidi="pa-IN"/>
        </w:rPr>
        <w:t>ਤੇ ਲਾਗੂ ਹੁੰਦਾ ਹੈ</w:t>
      </w:r>
      <w:r w:rsidRPr="00B93493">
        <w:rPr>
          <w:rFonts w:ascii="Raavi" w:eastAsia="Arial" w:hAnsi="Raavi" w:cs="Raavi"/>
          <w:color w:val="365F91"/>
          <w:lang w:val="pa-IN"/>
        </w:rPr>
        <w:t>?</w:t>
      </w:r>
    </w:p>
    <w:p w14:paraId="2BB4F5D8" w14:textId="26D9414B" w:rsidR="001C02DC" w:rsidRPr="00B93493" w:rsidRDefault="008C4FCF" w:rsidP="00845B32">
      <w:pPr>
        <w:ind w:left="-720"/>
        <w:rPr>
          <w:rFonts w:ascii="Raavi" w:hAnsi="Raavi" w:cs="Raavi"/>
        </w:rPr>
      </w:pPr>
      <w:r w:rsidRPr="00B93493">
        <w:rPr>
          <w:rFonts w:ascii="Raavi" w:eastAsia="Arial" w:hAnsi="Raavi" w:cs="Raavi"/>
          <w:cs/>
          <w:lang w:val="pa-IN" w:bidi="pa-IN"/>
        </w:rPr>
        <w:t>ਨਹੀਂ</w:t>
      </w:r>
      <w:r w:rsidRPr="00B93493">
        <w:rPr>
          <w:rFonts w:ascii="Raavi" w:eastAsia="Arial" w:hAnsi="Raavi" w:cs="Raavi"/>
          <w:cs/>
          <w:lang w:val="pa-IN" w:bidi="hi-IN"/>
        </w:rPr>
        <w:t>।</w:t>
      </w:r>
      <w:r w:rsidRPr="00B93493">
        <w:rPr>
          <w:rFonts w:ascii="Raavi" w:eastAsia="Arial" w:hAnsi="Raavi" w:cs="Raavi"/>
          <w:lang w:val="pa-IN"/>
        </w:rPr>
        <w:t xml:space="preserve"> Medicaid </w:t>
      </w:r>
      <w:r w:rsidRPr="00B93493">
        <w:rPr>
          <w:rFonts w:ascii="Raavi" w:eastAsia="Arial" w:hAnsi="Raavi" w:cs="Raavi"/>
          <w:cs/>
          <w:lang w:val="pa-IN" w:bidi="pa-IN"/>
        </w:rPr>
        <w:t>ਦੀ ਅਦਾਇਗੀ</w:t>
      </w:r>
      <w:r w:rsidRPr="00B93493">
        <w:rPr>
          <w:rFonts w:ascii="Raavi" w:eastAsia="Arial" w:hAnsi="Raavi" w:cs="Raavi"/>
          <w:lang w:val="pa-IN"/>
        </w:rPr>
        <w:t xml:space="preserve"> Medicaid-</w:t>
      </w:r>
      <w:r w:rsidRPr="00B93493">
        <w:rPr>
          <w:rFonts w:ascii="Raavi" w:eastAsia="Arial" w:hAnsi="Raavi" w:cs="Raavi"/>
          <w:cs/>
          <w:lang w:val="pa-IN" w:bidi="pa-IN"/>
        </w:rPr>
        <w:t>ਯੋਗ ਵਿਦਿਆਰਥੀਆਂ</w:t>
      </w:r>
      <w:r w:rsidRPr="00B93493">
        <w:rPr>
          <w:rFonts w:ascii="Raavi" w:eastAsia="Arial" w:hAnsi="Raavi" w:cs="Raavi"/>
          <w:lang w:val="pa-IN"/>
        </w:rPr>
        <w:t xml:space="preserve"> '</w:t>
      </w:r>
      <w:r w:rsidRPr="00B93493">
        <w:rPr>
          <w:rFonts w:ascii="Raavi" w:eastAsia="Arial" w:hAnsi="Raavi" w:cs="Raavi"/>
          <w:cs/>
          <w:lang w:val="pa-IN" w:bidi="pa-IN"/>
        </w:rPr>
        <w:t>ਤੇ ਲਾਗੂ ਹੋ ਸਕਦੀ ਹੈ ਜਿਨ੍ਹਾਂ ਕੋਲ ਵਿਅਕਤੀਗਤ ਸਿੱਖਿਆ ਪ੍ਰੋਗਰਾਮ (</w:t>
      </w:r>
      <w:r w:rsidR="00B93493" w:rsidRPr="00B93493">
        <w:rPr>
          <w:rFonts w:ascii="Raavi" w:eastAsia="Arial" w:hAnsi="Raavi" w:cs="Raavi"/>
        </w:rPr>
        <w:t>Individualized Education Programs</w:t>
      </w:r>
      <w:r w:rsidR="00B93493">
        <w:rPr>
          <w:rFonts w:ascii="Raavi" w:eastAsia="Arial" w:hAnsi="Raavi" w:cs="Raavi"/>
        </w:rPr>
        <w:t xml:space="preserve">, </w:t>
      </w:r>
      <w:r w:rsidRPr="00B93493">
        <w:rPr>
          <w:rFonts w:ascii="Raavi" w:eastAsia="Arial" w:hAnsi="Raavi" w:cs="Raavi"/>
          <w:lang w:val="pa-IN"/>
        </w:rPr>
        <w:t xml:space="preserve">IEP) </w:t>
      </w:r>
      <w:r w:rsidRPr="00B93493">
        <w:rPr>
          <w:rFonts w:ascii="Raavi" w:eastAsia="Arial" w:hAnsi="Raavi" w:cs="Raavi"/>
          <w:cs/>
          <w:lang w:val="pa-IN" w:bidi="pa-IN"/>
        </w:rPr>
        <w:t>ਹਨ ਅਤੇ ਆਮ ਸਿੱਖਿਆ ਵਿੱਚ</w:t>
      </w:r>
      <w:r w:rsidRPr="00B93493">
        <w:rPr>
          <w:rFonts w:ascii="Raavi" w:eastAsia="Arial" w:hAnsi="Raavi" w:cs="Raavi"/>
          <w:lang w:val="pa-IN"/>
        </w:rPr>
        <w:t xml:space="preserve"> Medicaid-</w:t>
      </w:r>
      <w:r w:rsidRPr="00B93493">
        <w:rPr>
          <w:rFonts w:ascii="Raavi" w:eastAsia="Arial" w:hAnsi="Raavi" w:cs="Raavi"/>
          <w:cs/>
          <w:lang w:val="pa-IN" w:bidi="pa-IN"/>
        </w:rPr>
        <w:t>ਯੋਗ ਵਿਦਿਆਰਥੀਆਂ</w:t>
      </w:r>
      <w:r w:rsidRPr="00B93493">
        <w:rPr>
          <w:rFonts w:ascii="Raavi" w:eastAsia="Arial" w:hAnsi="Raavi" w:cs="Raavi"/>
          <w:lang w:val="pa-IN"/>
        </w:rPr>
        <w:t xml:space="preserve"> '</w:t>
      </w:r>
      <w:r w:rsidRPr="00B93493">
        <w:rPr>
          <w:rFonts w:ascii="Raavi" w:eastAsia="Arial" w:hAnsi="Raavi" w:cs="Raavi"/>
          <w:cs/>
          <w:lang w:val="pa-IN" w:bidi="pa-IN"/>
        </w:rPr>
        <w:t>ਤੇ ਜੋ ਕੁਝ ਯੋਗਤਾ ਪ੍ਰਾਪਤ ਸਿਹਤ ਜਾਂ ਵਿਵਹਾਰ ਸੰਬੰਧੀ ਸੇਵਾਵਾਂ ਪ੍ਰਾਪਤ ਕਰਦੇ ਹਨ</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584828D3"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lastRenderedPageBreak/>
        <w:t>ਕੀ ਮੈਨੂੰ ਜਾਂ ਮੇਰੇ ਪਰਿਵਾਰ ਨੂੰ ਕੋਈ ਖਰਚਾ ਆਉਂਦਾ ਹੈ</w:t>
      </w:r>
      <w:r w:rsidRPr="00B93493">
        <w:rPr>
          <w:rFonts w:ascii="Raavi" w:eastAsia="Arial" w:hAnsi="Raavi" w:cs="Raavi"/>
          <w:color w:val="365F91"/>
          <w:lang w:val="pa-IN"/>
        </w:rPr>
        <w:t>?</w:t>
      </w:r>
    </w:p>
    <w:p w14:paraId="6352F9D2" w14:textId="4F4C8F8E" w:rsidR="001C02DC" w:rsidRPr="00B93493" w:rsidRDefault="008C4FCF" w:rsidP="00845B32">
      <w:pPr>
        <w:ind w:left="-720"/>
        <w:rPr>
          <w:rFonts w:ascii="Raavi" w:hAnsi="Raavi" w:cs="Raavi"/>
        </w:rPr>
      </w:pPr>
      <w:r w:rsidRPr="00B93493">
        <w:rPr>
          <w:rFonts w:ascii="Raavi" w:eastAsia="Arial" w:hAnsi="Raavi" w:cs="Raavi"/>
          <w:cs/>
          <w:lang w:val="pa-IN" w:bidi="pa-IN"/>
        </w:rPr>
        <w:t>ਨਹੀਂ</w:t>
      </w:r>
      <w:r w:rsidRPr="00B93493">
        <w:rPr>
          <w:rFonts w:ascii="Raavi" w:eastAsia="Arial" w:hAnsi="Raavi" w:cs="Raavi"/>
          <w:cs/>
          <w:lang w:val="pa-IN" w:bidi="hi-IN"/>
        </w:rPr>
        <w:t>।</w:t>
      </w:r>
      <w:r w:rsidRPr="00B93493">
        <w:rPr>
          <w:rFonts w:ascii="Raavi" w:eastAsia="Arial" w:hAnsi="Raavi" w:cs="Raavi"/>
          <w:cs/>
          <w:lang w:val="pa-IN" w:bidi="pa-IN"/>
        </w:rPr>
        <w:t xml:space="preserve"> ਤੁਹਾਡੀ ਸਹਿਮਤੀ ਜ਼ਿਲ੍ਹੇ ਨੂੰ ਯੋਗ ਸੇਵਾਵਾਂ ਲਈ</w:t>
      </w:r>
      <w:r w:rsidRPr="00B93493">
        <w:rPr>
          <w:rFonts w:ascii="Raavi" w:eastAsia="Arial" w:hAnsi="Raavi" w:cs="Raavi"/>
          <w:lang w:val="pa-IN"/>
        </w:rPr>
        <w:t xml:space="preserve"> Medicaid </w:t>
      </w:r>
      <w:r w:rsidRPr="00B93493">
        <w:rPr>
          <w:rFonts w:ascii="Raavi" w:eastAsia="Arial" w:hAnsi="Raavi" w:cs="Raavi"/>
          <w:cs/>
          <w:lang w:val="pa-IN" w:bidi="pa-IN"/>
        </w:rPr>
        <w:t>ਦੀ ਅਦਾਇਗੀ ਪ੍ਰਾਪਤ ਕਰਨ ਦੀ ਇਜਾਜ਼ਤ ਦਿੰਦੀ ਹੈ</w:t>
      </w:r>
      <w:r w:rsidRPr="00B93493">
        <w:rPr>
          <w:rFonts w:ascii="Raavi" w:eastAsia="Arial" w:hAnsi="Raavi" w:cs="Raavi"/>
          <w:cs/>
          <w:lang w:val="pa-IN" w:bidi="hi-IN"/>
        </w:rPr>
        <w:t>।</w:t>
      </w:r>
      <w:r w:rsidRPr="00B93493">
        <w:rPr>
          <w:rFonts w:ascii="Raavi" w:eastAsia="Arial" w:hAnsi="Raavi" w:cs="Raavi"/>
          <w:cs/>
          <w:lang w:val="pa-IN" w:bidi="pa-IN"/>
        </w:rPr>
        <w:t xml:space="preserve"> ਇਸ ਦੇ ਨਤੀਜੇ ਵਜੋਂ ਤੁਹਾਡੇ ਪਰਿਵਾਰ ਨੂੰ ਜੇਬ ਤੋਂ ਕੋਈ ਵੀ ਖਰਚਾ ਨਹੀਂ ਪਵੇਗਾ ਜਾਂ ਤੁਹਾਡੇ ਬੱਚੇ ਦੇ</w:t>
      </w:r>
      <w:r w:rsidRPr="00B93493">
        <w:rPr>
          <w:rFonts w:ascii="Raavi" w:eastAsia="Arial" w:hAnsi="Raavi" w:cs="Raavi"/>
          <w:lang w:val="pa-IN"/>
        </w:rPr>
        <w:t xml:space="preserve"> Medicaid </w:t>
      </w:r>
      <w:r w:rsidRPr="00B93493">
        <w:rPr>
          <w:rFonts w:ascii="Raavi" w:eastAsia="Arial" w:hAnsi="Raavi" w:cs="Raavi"/>
          <w:cs/>
          <w:lang w:val="pa-IN" w:bidi="pa-IN"/>
        </w:rPr>
        <w:t>ਕਵਰੇਜ ਜਾਂ ਲਾਭਾਂ</w:t>
      </w:r>
      <w:r w:rsidRPr="00B93493">
        <w:rPr>
          <w:rFonts w:ascii="Raavi" w:eastAsia="Arial" w:hAnsi="Raavi" w:cs="Raavi"/>
          <w:lang w:val="pa-IN"/>
        </w:rPr>
        <w:t xml:space="preserve"> '</w:t>
      </w:r>
      <w:r w:rsidRPr="00B93493">
        <w:rPr>
          <w:rFonts w:ascii="Raavi" w:eastAsia="Arial" w:hAnsi="Raavi" w:cs="Raavi"/>
          <w:cs/>
          <w:lang w:val="pa-IN" w:bidi="pa-IN"/>
        </w:rPr>
        <w:t>ਤੇ ਕੋਈ ਅਸਰ ਨਹੀਂ ਪਵੇਗਾ</w:t>
      </w:r>
      <w:r w:rsidRPr="00B93493">
        <w:rPr>
          <w:rFonts w:ascii="Raavi" w:eastAsia="Arial" w:hAnsi="Raavi" w:cs="Raavi"/>
          <w:cs/>
          <w:lang w:val="pa-IN" w:bidi="hi-IN"/>
        </w:rPr>
        <w:t>।</w:t>
      </w:r>
    </w:p>
    <w:p w14:paraId="0146DEF6"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 ਇਹ ਮੇਰੇ ਬੱਚੀ/ਬੱਚੇ ਦੀ ਸਿੱਖਿਆ ਜਾਂ ਸੇਵਾਵਾਂ ਨੂੰ ਪ੍ਰਭਾਵਿਤ ਕਰੇਗਾ</w:t>
      </w:r>
      <w:r w:rsidRPr="00B93493">
        <w:rPr>
          <w:rFonts w:ascii="Raavi" w:eastAsia="Arial" w:hAnsi="Raavi" w:cs="Raavi"/>
          <w:color w:val="365F91"/>
          <w:lang w:val="pa-IN"/>
        </w:rPr>
        <w:t>?</w:t>
      </w:r>
    </w:p>
    <w:p w14:paraId="16E4258A" w14:textId="078F648A" w:rsidR="001C02DC" w:rsidRPr="00B93493" w:rsidRDefault="008C4FCF" w:rsidP="00845B32">
      <w:pPr>
        <w:ind w:left="-720"/>
        <w:rPr>
          <w:rFonts w:ascii="Raavi" w:hAnsi="Raavi" w:cs="Raavi"/>
        </w:rPr>
      </w:pPr>
      <w:r w:rsidRPr="00B93493">
        <w:rPr>
          <w:rFonts w:ascii="Raavi" w:eastAsia="Arial" w:hAnsi="Raavi" w:cs="Raavi"/>
          <w:cs/>
          <w:lang w:val="pa-IN" w:bidi="pa-IN"/>
        </w:rPr>
        <w:t>ਨਹੀਂ</w:t>
      </w:r>
      <w:r w:rsidRPr="00B93493">
        <w:rPr>
          <w:rFonts w:ascii="Raavi" w:eastAsia="Arial" w:hAnsi="Raavi" w:cs="Raavi"/>
          <w:cs/>
          <w:lang w:val="pa-IN" w:bidi="hi-IN"/>
        </w:rPr>
        <w:t>।</w:t>
      </w:r>
      <w:r w:rsidRPr="00B93493">
        <w:rPr>
          <w:rFonts w:ascii="Raavi" w:eastAsia="Arial" w:hAnsi="Raavi" w:cs="Raavi"/>
          <w:cs/>
          <w:lang w:val="pa-IN" w:bidi="pa-IN"/>
        </w:rPr>
        <w:t xml:space="preserve"> ਤੁਹਾਡੇ ਬੱਚੀ/ਬੱਚੇ ਨੂੰ ਸਾਰੀਆਂ ਲੋੜੀਂਦੀਆਂ ਸੇਵਾਵਾਂ ਮੁਫ਼ਤ ਮਿਲਦੀਆਂ ਰਹਿਣਗੀਆਂ</w:t>
      </w:r>
      <w:r w:rsidRPr="00B93493">
        <w:rPr>
          <w:rFonts w:ascii="Raavi" w:eastAsia="Arial" w:hAnsi="Raavi" w:cs="Raavi"/>
          <w:lang w:val="pa-IN"/>
        </w:rPr>
        <w:t xml:space="preserve">, </w:t>
      </w:r>
      <w:r w:rsidRPr="00B93493">
        <w:rPr>
          <w:rFonts w:ascii="Raavi" w:eastAsia="Arial" w:hAnsi="Raavi" w:cs="Raavi"/>
          <w:cs/>
          <w:lang w:val="pa-IN" w:bidi="pa-IN"/>
        </w:rPr>
        <w:t>ਭਾਵੇਂ ਤੁਸੀਂ ਸਹਿਮਤੀ ਦਿਓ ਜਾਂ ਨਾ ਦਿਓ</w:t>
      </w:r>
      <w:r w:rsidRPr="00B93493">
        <w:rPr>
          <w:rFonts w:ascii="Raavi" w:eastAsia="Arial" w:hAnsi="Raavi" w:cs="Raavi"/>
          <w:cs/>
          <w:lang w:val="pa-IN" w:bidi="hi-IN"/>
        </w:rPr>
        <w:t>।</w:t>
      </w:r>
    </w:p>
    <w:p w14:paraId="4980CC04"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 ਇਹ ਮੇਰੇ ਬੱਚੀ/ਬੱਚੇ ਦੇ</w:t>
      </w:r>
      <w:r w:rsidRPr="00B93493">
        <w:rPr>
          <w:rFonts w:ascii="Raavi" w:eastAsia="Arial" w:hAnsi="Raavi" w:cs="Raavi"/>
          <w:color w:val="365F91"/>
          <w:lang w:val="pa-IN"/>
        </w:rPr>
        <w:t xml:space="preserve"> Medicaid </w:t>
      </w:r>
      <w:r w:rsidRPr="00B93493">
        <w:rPr>
          <w:rFonts w:ascii="Raavi" w:eastAsia="Arial" w:hAnsi="Raavi" w:cs="Raavi"/>
          <w:color w:val="365F91"/>
          <w:cs/>
          <w:lang w:val="pa-IN" w:bidi="pa-IN"/>
        </w:rPr>
        <w:t>ਲਾਭਾਂ ਨੂੰ ਪ੍ਰਭਾਵਿਤ ਕਰੇਗਾ</w:t>
      </w:r>
      <w:r w:rsidRPr="00B93493">
        <w:rPr>
          <w:rFonts w:ascii="Raavi" w:eastAsia="Arial" w:hAnsi="Raavi" w:cs="Raavi"/>
          <w:color w:val="365F91"/>
          <w:lang w:val="pa-IN"/>
        </w:rPr>
        <w:t>?</w:t>
      </w:r>
    </w:p>
    <w:p w14:paraId="6D1F9339" w14:textId="77777777" w:rsidR="001C02DC" w:rsidRPr="00B93493" w:rsidRDefault="008C4FCF" w:rsidP="00845B32">
      <w:pPr>
        <w:ind w:left="-720"/>
        <w:rPr>
          <w:rFonts w:ascii="Raavi" w:hAnsi="Raavi" w:cs="Raavi"/>
        </w:rPr>
      </w:pPr>
      <w:r w:rsidRPr="00B93493">
        <w:rPr>
          <w:rFonts w:ascii="Raavi" w:eastAsia="Arial" w:hAnsi="Raavi" w:cs="Raavi"/>
          <w:cs/>
          <w:lang w:val="pa-IN" w:bidi="pa-IN"/>
        </w:rPr>
        <w:t>ਨਹੀਂ</w:t>
      </w:r>
      <w:r w:rsidRPr="00B93493">
        <w:rPr>
          <w:rFonts w:ascii="Raavi" w:eastAsia="Arial" w:hAnsi="Raavi" w:cs="Raavi"/>
          <w:cs/>
          <w:lang w:val="pa-IN" w:bidi="hi-IN"/>
        </w:rPr>
        <w:t>।</w:t>
      </w:r>
      <w:r w:rsidRPr="00B93493">
        <w:rPr>
          <w:rFonts w:ascii="Raavi" w:eastAsia="Arial" w:hAnsi="Raavi" w:cs="Raavi"/>
          <w:cs/>
          <w:lang w:val="pa-IN" w:bidi="pa-IN"/>
        </w:rPr>
        <w:t xml:space="preserve"> ਸਕੂਲ-ਅਧਾਰਤ</w:t>
      </w:r>
      <w:r w:rsidRPr="00B93493">
        <w:rPr>
          <w:rFonts w:ascii="Raavi" w:eastAsia="Arial" w:hAnsi="Raavi" w:cs="Raavi"/>
          <w:lang w:val="pa-IN"/>
        </w:rPr>
        <w:t xml:space="preserve"> Medicaid </w:t>
      </w:r>
      <w:r w:rsidRPr="00B93493">
        <w:rPr>
          <w:rFonts w:ascii="Raavi" w:eastAsia="Arial" w:hAnsi="Raavi" w:cs="Raavi"/>
          <w:cs/>
          <w:lang w:val="pa-IN" w:bidi="pa-IN"/>
        </w:rPr>
        <w:t>ਬਿਲਿੰਗ ਤੁਹਾਡੇ ਬੱਚੀ/ਬੱਚੇ ਦੇ ਉਪਲਬਧ</w:t>
      </w:r>
      <w:r w:rsidRPr="00B93493">
        <w:rPr>
          <w:rFonts w:ascii="Raavi" w:eastAsia="Arial" w:hAnsi="Raavi" w:cs="Raavi"/>
          <w:lang w:val="pa-IN"/>
        </w:rPr>
        <w:t xml:space="preserve"> Medicaid </w:t>
      </w:r>
      <w:r w:rsidRPr="00B93493">
        <w:rPr>
          <w:rFonts w:ascii="Raavi" w:eastAsia="Arial" w:hAnsi="Raavi" w:cs="Raavi"/>
          <w:cs/>
          <w:lang w:val="pa-IN" w:bidi="pa-IN"/>
        </w:rPr>
        <w:t>ਲਾਭਾਂ ਨੂੰ ਘਟਾਉਂਦੀ ਨਹੀਂ ਹੈ</w:t>
      </w:r>
      <w:r w:rsidRPr="00B93493">
        <w:rPr>
          <w:rFonts w:ascii="Raavi" w:eastAsia="Arial" w:hAnsi="Raavi" w:cs="Raavi"/>
          <w:lang w:val="pa-IN"/>
        </w:rPr>
        <w:t xml:space="preserve">, Medicaid </w:t>
      </w:r>
      <w:r w:rsidRPr="00B93493">
        <w:rPr>
          <w:rFonts w:ascii="Raavi" w:eastAsia="Arial" w:hAnsi="Raavi" w:cs="Raavi"/>
          <w:cs/>
          <w:lang w:val="pa-IN" w:bidi="pa-IN"/>
        </w:rPr>
        <w:t>ਲਈ ਯੋਗਤਾ ਨੂੰ ਪ੍ਰਭਾਵਤ ਨਹੀਂ ਕਰਦੀ ਹੈ</w:t>
      </w:r>
      <w:r w:rsidRPr="00B93493">
        <w:rPr>
          <w:rFonts w:ascii="Raavi" w:eastAsia="Arial" w:hAnsi="Raavi" w:cs="Raavi"/>
          <w:lang w:val="pa-IN"/>
        </w:rPr>
        <w:t xml:space="preserve">, </w:t>
      </w:r>
      <w:r w:rsidRPr="00B93493">
        <w:rPr>
          <w:rFonts w:ascii="Raavi" w:eastAsia="Arial" w:hAnsi="Raavi" w:cs="Raavi"/>
          <w:cs/>
          <w:lang w:val="pa-IN" w:bidi="pa-IN"/>
        </w:rPr>
        <w:t>ਅਤੇ ਤੁਹਾਡੇ ਬੱਚੇ ਨੂੰ ਸਕੂਲ ਤੋਂ ਬਾਹਰ ਪ੍ਰਾਪਤ ਹੋਣ ਵਾਲੀਆਂ ਸੇਵਾਵਾਂ ਨੂੰ ਪ੍ਰਭਾਵਤ ਨਹੀਂ ਕਰਦੀ ਹੈ</w:t>
      </w:r>
      <w:r w:rsidRPr="00B93493">
        <w:rPr>
          <w:rFonts w:ascii="Raavi" w:eastAsia="Arial" w:hAnsi="Raavi" w:cs="Raavi"/>
          <w:cs/>
          <w:lang w:val="pa-IN" w:bidi="hi-IN"/>
        </w:rPr>
        <w:t>।</w:t>
      </w:r>
    </w:p>
    <w:p w14:paraId="6F5FEB17"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ਮੈਨੂੰ ਕਿਸ ਗੱਲ ਲਈ ਸਹਿਮਤੀ ਦੇਣ ਲਈ ਕਿਹਾ ਜਾ ਰਿਹਾ ਹੈ</w:t>
      </w:r>
      <w:r w:rsidRPr="00B93493">
        <w:rPr>
          <w:rFonts w:ascii="Raavi" w:eastAsia="Arial" w:hAnsi="Raavi" w:cs="Raavi"/>
          <w:color w:val="365F91"/>
          <w:lang w:val="pa-IN"/>
        </w:rPr>
        <w:t>?</w:t>
      </w:r>
    </w:p>
    <w:p w14:paraId="4DCAB516" w14:textId="0586E3DC" w:rsidR="001C02DC" w:rsidRPr="00B93493" w:rsidRDefault="008C4FCF" w:rsidP="00845B32">
      <w:pPr>
        <w:ind w:left="-720"/>
        <w:rPr>
          <w:rFonts w:ascii="Raavi" w:hAnsi="Raavi" w:cs="Raavi"/>
        </w:rPr>
      </w:pPr>
      <w:r w:rsidRPr="00B93493">
        <w:rPr>
          <w:rFonts w:ascii="Raavi" w:eastAsia="Arial" w:hAnsi="Raavi" w:cs="Raavi"/>
          <w:cs/>
          <w:lang w:val="pa-IN" w:bidi="pa-IN"/>
        </w:rPr>
        <w:t>ਜੇਕਰ ਤੁਸੀਂ ਸਹਿਮਤੀ ਦਿੰਦੇ ਹੋ</w:t>
      </w:r>
      <w:r w:rsidRPr="00B93493">
        <w:rPr>
          <w:rFonts w:ascii="Raavi" w:eastAsia="Arial" w:hAnsi="Raavi" w:cs="Raavi"/>
          <w:lang w:val="pa-IN"/>
        </w:rPr>
        <w:t xml:space="preserve">, </w:t>
      </w:r>
      <w:r w:rsidRPr="00B93493">
        <w:rPr>
          <w:rFonts w:ascii="Raavi" w:eastAsia="Arial" w:hAnsi="Raavi" w:cs="Raavi"/>
          <w:cs/>
          <w:lang w:val="pa-IN" w:bidi="pa-IN"/>
        </w:rPr>
        <w:t>ਤਾਂ ਤੁਸੀਂ ਸਕੂਲ ਜਿਲ੍ਹੇ ਨੂੰ ਆਪਣੀ/ਆਪਣੇ ਬੱਚੀ/ਬੱਚੇ ਦੀ</w:t>
      </w:r>
      <w:r w:rsidRPr="00B93493">
        <w:rPr>
          <w:rFonts w:ascii="Raavi" w:eastAsia="Arial" w:hAnsi="Raavi" w:cs="Raavi"/>
          <w:lang w:val="pa-IN"/>
        </w:rPr>
        <w:t xml:space="preserve"> Medicaid </w:t>
      </w:r>
      <w:r w:rsidRPr="00B93493">
        <w:rPr>
          <w:rFonts w:ascii="Raavi" w:eastAsia="Arial" w:hAnsi="Raavi" w:cs="Raavi"/>
          <w:cs/>
          <w:lang w:val="pa-IN" w:bidi="pa-IN"/>
        </w:rPr>
        <w:t>ਯੋਗਤਾ ਦੀ ਪੁਸ਼ਟੀ ਕਰਨ</w:t>
      </w:r>
      <w:r w:rsidRPr="00B93493">
        <w:rPr>
          <w:rFonts w:ascii="Raavi" w:eastAsia="Arial" w:hAnsi="Raavi" w:cs="Raavi"/>
          <w:lang w:val="pa-IN"/>
        </w:rPr>
        <w:t xml:space="preserve">, </w:t>
      </w:r>
      <w:r w:rsidRPr="00B93493">
        <w:rPr>
          <w:rFonts w:ascii="Raavi" w:eastAsia="Arial" w:hAnsi="Raavi" w:cs="Raavi"/>
          <w:cs/>
          <w:lang w:val="pa-IN" w:bidi="pa-IN"/>
        </w:rPr>
        <w:t>ਸਕੂਲ ਵਿੱਚ ਪ੍ਰਦਾਨ ਕੀਤੀਆਂ ਜਾਣ ਵਾਲੀਆਂ ਯੋਗ ਸੇਵਾਵਾਂ ਲਈ</w:t>
      </w:r>
      <w:r w:rsidRPr="00B93493">
        <w:rPr>
          <w:rFonts w:ascii="Raavi" w:eastAsia="Arial" w:hAnsi="Raavi" w:cs="Raavi"/>
          <w:lang w:val="pa-IN"/>
        </w:rPr>
        <w:t xml:space="preserve"> Medicaid </w:t>
      </w:r>
      <w:r w:rsidRPr="00B93493">
        <w:rPr>
          <w:rFonts w:ascii="Raavi" w:eastAsia="Arial" w:hAnsi="Raavi" w:cs="Raavi"/>
          <w:cs/>
          <w:lang w:val="pa-IN" w:bidi="pa-IN"/>
        </w:rPr>
        <w:t>ਤੋਂ ਅਦਾਇਗੀ ਦੀ ਮੰਗ ਕਰਨ</w:t>
      </w:r>
      <w:r w:rsidRPr="00B93493">
        <w:rPr>
          <w:rFonts w:ascii="Raavi" w:eastAsia="Arial" w:hAnsi="Raavi" w:cs="Raavi"/>
          <w:lang w:val="pa-IN"/>
        </w:rPr>
        <w:t xml:space="preserve">, </w:t>
      </w:r>
      <w:r w:rsidRPr="00B93493">
        <w:rPr>
          <w:rFonts w:ascii="Raavi" w:eastAsia="Arial" w:hAnsi="Raavi" w:cs="Raavi"/>
          <w:cs/>
          <w:lang w:val="pa-IN" w:bidi="pa-IN"/>
        </w:rPr>
        <w:t>ਅਤੇ ਅਦਾਇਗੀ ਅਤੇ ਆਡਿਟ ਦੇ ਉਦੇਸ਼ਾਂ ਲਈ ਲੋੜੀਂਦੀ ਸੀਮਤ ਜਾਣਕਾਰੀ ਸਾਂਝੀ ਕਰਨ ਦੀ ਇਜਾਜ਼ਤ ਦੇ ਰਹੇ ਹੋ</w:t>
      </w:r>
      <w:r w:rsidRPr="00B93493">
        <w:rPr>
          <w:rFonts w:ascii="Raavi" w:eastAsia="Arial" w:hAnsi="Raavi" w:cs="Raavi"/>
          <w:cs/>
          <w:lang w:val="pa-IN" w:bidi="hi-IN"/>
        </w:rPr>
        <w:t>।</w:t>
      </w:r>
      <w:r w:rsidRPr="00B93493">
        <w:rPr>
          <w:rFonts w:ascii="Raavi" w:eastAsia="Arial" w:hAnsi="Raavi" w:cs="Raavi"/>
          <w:cs/>
          <w:lang w:val="pa-IN" w:bidi="pa-IN"/>
        </w:rPr>
        <w:t xml:space="preserve"> ਸਿਰਫ਼ ਘੱਟੋ-ਘੱਟ ਜ਼ਰੂਰੀ ਜਾਣਕਾਰੀ ਹੀ ਸਾਂਝੀ ਕੀਤੀ ਜਾਂਦੀ ਹੈ</w:t>
      </w:r>
      <w:r w:rsidRPr="00B93493">
        <w:rPr>
          <w:rFonts w:ascii="Raavi" w:eastAsia="Arial" w:hAnsi="Raavi" w:cs="Raavi"/>
          <w:cs/>
          <w:lang w:val="pa-IN" w:bidi="hi-IN"/>
        </w:rPr>
        <w:t>।</w:t>
      </w:r>
    </w:p>
    <w:p w14:paraId="7491DDD6"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ਕਿਹੜੀ ਜਾਣਕਾਰੀ ਸਾਂਝੀ ਕੀਤੀ ਜਾ ਸਕਦੀ ਹੈ</w:t>
      </w:r>
      <w:r w:rsidRPr="00B93493">
        <w:rPr>
          <w:rFonts w:ascii="Raavi" w:eastAsia="Arial" w:hAnsi="Raavi" w:cs="Raavi"/>
          <w:color w:val="365F91"/>
          <w:lang w:val="pa-IN"/>
        </w:rPr>
        <w:t>?</w:t>
      </w:r>
    </w:p>
    <w:p w14:paraId="1AF85A93" w14:textId="59D9A888" w:rsidR="001C02DC" w:rsidRPr="00B93493" w:rsidRDefault="008C4FCF" w:rsidP="00845B32">
      <w:pPr>
        <w:ind w:left="-720"/>
        <w:rPr>
          <w:rFonts w:ascii="Raavi" w:hAnsi="Raavi" w:cs="Raavi"/>
        </w:rPr>
      </w:pPr>
      <w:r w:rsidRPr="00B93493">
        <w:rPr>
          <w:rFonts w:ascii="Raavi" w:eastAsia="Arial" w:hAnsi="Raavi" w:cs="Raavi"/>
          <w:cs/>
          <w:lang w:val="pa-IN" w:bidi="pa-IN"/>
        </w:rPr>
        <w:t>ਇਸ ਵਿੱਚ ਤੁਹਾਡੇ ਬੱਚੇ ਦਾ ਨਾਮ</w:t>
      </w:r>
      <w:r w:rsidRPr="00B93493">
        <w:rPr>
          <w:rFonts w:ascii="Raavi" w:eastAsia="Arial" w:hAnsi="Raavi" w:cs="Raavi"/>
          <w:lang w:val="pa-IN"/>
        </w:rPr>
        <w:t xml:space="preserve">, </w:t>
      </w:r>
      <w:r w:rsidRPr="00B93493">
        <w:rPr>
          <w:rFonts w:ascii="Raavi" w:eastAsia="Arial" w:hAnsi="Raavi" w:cs="Raavi"/>
          <w:cs/>
          <w:lang w:val="pa-IN" w:bidi="pa-IN"/>
        </w:rPr>
        <w:t>ਜਨਮ ਮਿਤੀ</w:t>
      </w:r>
      <w:r w:rsidRPr="00B93493">
        <w:rPr>
          <w:rFonts w:ascii="Raavi" w:eastAsia="Arial" w:hAnsi="Raavi" w:cs="Raavi"/>
          <w:lang w:val="pa-IN"/>
        </w:rPr>
        <w:t xml:space="preserve">, </w:t>
      </w:r>
      <w:r w:rsidRPr="00B93493">
        <w:rPr>
          <w:rFonts w:ascii="Raavi" w:eastAsia="Arial" w:hAnsi="Raavi" w:cs="Raavi"/>
          <w:cs/>
          <w:lang w:val="pa-IN" w:bidi="pa-IN"/>
        </w:rPr>
        <w:t>ਅਤੇ ਪਤਾ</w:t>
      </w:r>
      <w:r w:rsidRPr="00B93493">
        <w:rPr>
          <w:rFonts w:ascii="Raavi" w:eastAsia="Arial" w:hAnsi="Raavi" w:cs="Raavi"/>
          <w:lang w:val="pa-IN"/>
        </w:rPr>
        <w:t xml:space="preserve">; Medicaid </w:t>
      </w:r>
      <w:r w:rsidRPr="00B93493">
        <w:rPr>
          <w:rFonts w:ascii="Raavi" w:eastAsia="Arial" w:hAnsi="Raavi" w:cs="Raavi"/>
          <w:cs/>
          <w:lang w:val="pa-IN" w:bidi="pa-IN"/>
        </w:rPr>
        <w:t>ਪਛਾਣ ਨੰਬਰ</w:t>
      </w:r>
      <w:r w:rsidRPr="00B93493">
        <w:rPr>
          <w:rFonts w:ascii="Raavi" w:eastAsia="Arial" w:hAnsi="Raavi" w:cs="Raavi"/>
          <w:lang w:val="pa-IN"/>
        </w:rPr>
        <w:t xml:space="preserve">; </w:t>
      </w:r>
      <w:r w:rsidRPr="00B93493">
        <w:rPr>
          <w:rFonts w:ascii="Raavi" w:eastAsia="Arial" w:hAnsi="Raavi" w:cs="Raavi"/>
          <w:cs/>
          <w:lang w:val="pa-IN" w:bidi="pa-IN"/>
        </w:rPr>
        <w:t>ਪ੍ਰਦਾਨ ਕੀਤੀਆਂ ਗਈਆਂ ਸੇਵਾਵਾਂ ਬਾਰੇ ਜਾਣਕਾਰੀ (ਕਿਸਮ</w:t>
      </w:r>
      <w:r w:rsidRPr="00B93493">
        <w:rPr>
          <w:rFonts w:ascii="Raavi" w:eastAsia="Arial" w:hAnsi="Raavi" w:cs="Raavi"/>
          <w:lang w:val="pa-IN"/>
        </w:rPr>
        <w:t xml:space="preserve">, </w:t>
      </w:r>
      <w:r w:rsidRPr="00B93493">
        <w:rPr>
          <w:rFonts w:ascii="Raavi" w:eastAsia="Arial" w:hAnsi="Raavi" w:cs="Raavi"/>
          <w:cs/>
          <w:lang w:val="pa-IN" w:bidi="pa-IN"/>
        </w:rPr>
        <w:t>ਮਿਤੀਆਂ</w:t>
      </w:r>
      <w:r w:rsidRPr="00B93493">
        <w:rPr>
          <w:rFonts w:ascii="Raavi" w:eastAsia="Arial" w:hAnsi="Raavi" w:cs="Raavi"/>
          <w:lang w:val="pa-IN"/>
        </w:rPr>
        <w:t xml:space="preserve">, </w:t>
      </w:r>
      <w:r w:rsidRPr="00B93493">
        <w:rPr>
          <w:rFonts w:ascii="Raavi" w:eastAsia="Arial" w:hAnsi="Raavi" w:cs="Raavi"/>
          <w:cs/>
          <w:lang w:val="pa-IN" w:bidi="pa-IN"/>
        </w:rPr>
        <w:t>ਅਤੇ ਮਿਆਦ)</w:t>
      </w:r>
      <w:r w:rsidRPr="00B93493">
        <w:rPr>
          <w:rFonts w:ascii="Raavi" w:eastAsia="Arial" w:hAnsi="Raavi" w:cs="Raavi"/>
          <w:lang w:val="pa-IN"/>
        </w:rPr>
        <w:t xml:space="preserve">; </w:t>
      </w:r>
      <w:r w:rsidRPr="00B93493">
        <w:rPr>
          <w:rFonts w:ascii="Raavi" w:eastAsia="Arial" w:hAnsi="Raavi" w:cs="Raavi"/>
          <w:cs/>
          <w:lang w:val="pa-IN" w:bidi="pa-IN"/>
        </w:rPr>
        <w:t>ਅਤੇ ਸੰਬੰਧਿਤ ਰਿਕਾਰਡ ਜਿਵੇਂ ਕਿ</w:t>
      </w:r>
      <w:r w:rsidRPr="00B93493">
        <w:rPr>
          <w:rFonts w:ascii="Raavi" w:eastAsia="Arial" w:hAnsi="Raavi" w:cs="Raavi"/>
          <w:lang w:val="pa-IN"/>
        </w:rPr>
        <w:t xml:space="preserve"> IEP (</w:t>
      </w:r>
      <w:r w:rsidRPr="00B93493">
        <w:rPr>
          <w:rFonts w:ascii="Raavi" w:eastAsia="Arial" w:hAnsi="Raavi" w:cs="Raavi"/>
          <w:cs/>
          <w:lang w:val="pa-IN" w:bidi="pa-IN"/>
        </w:rPr>
        <w:t>ਜੇ ਲਾਗੂ ਹੋਵੇ)</w:t>
      </w:r>
      <w:r w:rsidRPr="00B93493">
        <w:rPr>
          <w:rFonts w:ascii="Raavi" w:eastAsia="Arial" w:hAnsi="Raavi" w:cs="Raavi"/>
          <w:lang w:val="pa-IN"/>
        </w:rPr>
        <w:t xml:space="preserve">, </w:t>
      </w:r>
      <w:r w:rsidRPr="00B93493">
        <w:rPr>
          <w:rFonts w:ascii="Raavi" w:eastAsia="Arial" w:hAnsi="Raavi" w:cs="Raavi"/>
          <w:cs/>
          <w:lang w:val="pa-IN" w:bidi="pa-IN"/>
        </w:rPr>
        <w:t>ਮੈਡੀਕਲ ਦੇਖਭਾਲ ਪਲਾਨ</w:t>
      </w:r>
      <w:r w:rsidRPr="00B93493">
        <w:rPr>
          <w:rFonts w:ascii="Raavi" w:eastAsia="Arial" w:hAnsi="Raavi" w:cs="Raavi"/>
          <w:lang w:val="pa-IN"/>
        </w:rPr>
        <w:t xml:space="preserve">, </w:t>
      </w:r>
      <w:r w:rsidRPr="00B93493">
        <w:rPr>
          <w:rFonts w:ascii="Raavi" w:eastAsia="Arial" w:hAnsi="Raavi" w:cs="Raavi"/>
          <w:cs/>
          <w:lang w:val="pa-IN" w:bidi="pa-IN"/>
        </w:rPr>
        <w:t>ਮੁਲਾਂਕਣ</w:t>
      </w:r>
      <w:r w:rsidRPr="00B93493">
        <w:rPr>
          <w:rFonts w:ascii="Raavi" w:eastAsia="Arial" w:hAnsi="Raavi" w:cs="Raavi"/>
          <w:lang w:val="pa-IN"/>
        </w:rPr>
        <w:t xml:space="preserve">, </w:t>
      </w:r>
      <w:r w:rsidRPr="00B93493">
        <w:rPr>
          <w:rFonts w:ascii="Raavi" w:eastAsia="Arial" w:hAnsi="Raavi" w:cs="Raavi"/>
          <w:cs/>
          <w:lang w:val="pa-IN" w:bidi="pa-IN"/>
        </w:rPr>
        <w:t>ਜਾਂ ਸੇਵਾ ਲੌਗ ਸ਼ਾਮਲ ਹੋ ਸਕਦੇ ਹਨ</w:t>
      </w:r>
      <w:r w:rsidRPr="00B93493">
        <w:rPr>
          <w:rFonts w:ascii="Raavi" w:eastAsia="Arial" w:hAnsi="Raavi" w:cs="Raavi"/>
          <w:cs/>
          <w:lang w:val="pa-IN" w:bidi="hi-IN"/>
        </w:rPr>
        <w:t>।</w:t>
      </w:r>
    </w:p>
    <w:p w14:paraId="44B76862"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 ਮੈਨੂੰ ਸਹਿਮਤੀ ਦੇਣੀ ਜ਼ਰੂਰੀ ਹੈ</w:t>
      </w:r>
      <w:r w:rsidRPr="00B93493">
        <w:rPr>
          <w:rFonts w:ascii="Raavi" w:eastAsia="Arial" w:hAnsi="Raavi" w:cs="Raavi"/>
          <w:color w:val="365F91"/>
          <w:lang w:val="pa-IN"/>
        </w:rPr>
        <w:t>?</w:t>
      </w:r>
    </w:p>
    <w:p w14:paraId="4B2C4D2B" w14:textId="55EE83EC" w:rsidR="001C02DC" w:rsidRPr="00B93493" w:rsidRDefault="008C4FCF" w:rsidP="00845B32">
      <w:pPr>
        <w:ind w:left="-720"/>
        <w:rPr>
          <w:rFonts w:ascii="Raavi" w:hAnsi="Raavi" w:cs="Raavi"/>
        </w:rPr>
      </w:pPr>
      <w:r w:rsidRPr="00B93493">
        <w:rPr>
          <w:rFonts w:ascii="Raavi" w:eastAsia="Arial" w:hAnsi="Raavi" w:cs="Raavi"/>
          <w:cs/>
          <w:lang w:val="pa-IN" w:bidi="pa-IN"/>
        </w:rPr>
        <w:t>ਨਹੀਂ</w:t>
      </w:r>
      <w:r w:rsidRPr="00B93493">
        <w:rPr>
          <w:rFonts w:ascii="Raavi" w:eastAsia="Arial" w:hAnsi="Raavi" w:cs="Raavi"/>
          <w:cs/>
          <w:lang w:val="pa-IN" w:bidi="hi-IN"/>
        </w:rPr>
        <w:t>।</w:t>
      </w:r>
      <w:r w:rsidRPr="00B93493">
        <w:rPr>
          <w:rFonts w:ascii="Raavi" w:eastAsia="Arial" w:hAnsi="Raavi" w:cs="Raavi"/>
          <w:cs/>
          <w:lang w:val="pa-IN" w:bidi="pa-IN"/>
        </w:rPr>
        <w:t xml:space="preserve"> ਸਹਿਮਤੀ ਦੇਣਾ ਸਵੈਇੱਛਤ ਹੈ</w:t>
      </w:r>
      <w:r w:rsidRPr="00B93493">
        <w:rPr>
          <w:rFonts w:ascii="Raavi" w:eastAsia="Arial" w:hAnsi="Raavi" w:cs="Raavi"/>
          <w:cs/>
          <w:lang w:val="pa-IN" w:bidi="hi-IN"/>
        </w:rPr>
        <w:t>।</w:t>
      </w:r>
    </w:p>
    <w:p w14:paraId="7D995517"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ਜੇਕਰ ਮੈਂ ਸਹਿਮਤੀ ਨਾ ਦੇਣ ਦੀ ਚੋਣ ਕਰਦਾ/ਕਰਦੀ ਹਾਂ ਤਾਂ ਕੀ ਹੋਵੇਗਾ</w:t>
      </w:r>
      <w:r w:rsidRPr="00B93493">
        <w:rPr>
          <w:rFonts w:ascii="Raavi" w:eastAsia="Arial" w:hAnsi="Raavi" w:cs="Raavi"/>
          <w:color w:val="365F91"/>
          <w:lang w:val="pa-IN"/>
        </w:rPr>
        <w:t>?</w:t>
      </w:r>
    </w:p>
    <w:p w14:paraId="7E6257D3" w14:textId="3C13DC04" w:rsidR="001C02DC" w:rsidRPr="00B93493" w:rsidRDefault="008C4FCF" w:rsidP="00845B32">
      <w:pPr>
        <w:ind w:left="-720"/>
        <w:rPr>
          <w:rFonts w:ascii="Raavi" w:hAnsi="Raavi" w:cs="Raavi"/>
        </w:rPr>
      </w:pPr>
      <w:r w:rsidRPr="00B93493">
        <w:rPr>
          <w:rFonts w:ascii="Raavi" w:eastAsia="Arial" w:hAnsi="Raavi" w:cs="Raavi"/>
          <w:cs/>
          <w:lang w:val="pa-IN" w:bidi="pa-IN"/>
        </w:rPr>
        <w:t>ਤੁਹਾਡੇ ਬੱਚੀ/ਬੱਚੇ ਲਈ ਕੁਝ ਨਹੀਂ ਬਦਲਦਾ</w:t>
      </w:r>
      <w:r w:rsidRPr="00B93493">
        <w:rPr>
          <w:rFonts w:ascii="Raavi" w:eastAsia="Arial" w:hAnsi="Raavi" w:cs="Raavi"/>
          <w:cs/>
          <w:lang w:val="pa-IN" w:bidi="hi-IN"/>
        </w:rPr>
        <w:t>।</w:t>
      </w:r>
      <w:r w:rsidRPr="00B93493">
        <w:rPr>
          <w:rFonts w:ascii="Raavi" w:eastAsia="Arial" w:hAnsi="Raavi" w:cs="Raavi"/>
          <w:cs/>
          <w:lang w:val="pa-IN" w:bidi="pa-IN"/>
        </w:rPr>
        <w:t xml:space="preserve"> ਉਹ ਤੁਹਾਡੇ ਲਈ ਬਿਨਾਂ ਕਿਸੇ ਖਰਚੇ ਦੇ ਸਾਰੀਆਂ ਲੋੜੀਂਦੀਆਂ ਸੇਵਾਵਾਂ ਪ੍ਰਾਪਤ ਕਰਦੇ ਰਹਿਣਗੇ</w:t>
      </w:r>
      <w:r w:rsidRPr="00B93493">
        <w:rPr>
          <w:rFonts w:ascii="Raavi" w:eastAsia="Arial" w:hAnsi="Raavi" w:cs="Raavi"/>
          <w:cs/>
          <w:lang w:val="pa-IN" w:bidi="hi-IN"/>
        </w:rPr>
        <w:t>।</w:t>
      </w:r>
      <w:r w:rsidRPr="00B93493">
        <w:rPr>
          <w:rFonts w:ascii="Raavi" w:eastAsia="Arial" w:hAnsi="Raavi" w:cs="Raavi"/>
          <w:cs/>
          <w:lang w:val="pa-IN" w:bidi="pa-IN"/>
        </w:rPr>
        <w:t xml:space="preserve"> ਹਾਲਾਂਕਿ</w:t>
      </w:r>
      <w:r w:rsidRPr="00B93493">
        <w:rPr>
          <w:rFonts w:ascii="Raavi" w:eastAsia="Arial" w:hAnsi="Raavi" w:cs="Raavi"/>
          <w:lang w:val="pa-IN"/>
        </w:rPr>
        <w:t xml:space="preserve">, </w:t>
      </w:r>
      <w:r w:rsidRPr="00B93493">
        <w:rPr>
          <w:rFonts w:ascii="Raavi" w:eastAsia="Arial" w:hAnsi="Raavi" w:cs="Raavi"/>
          <w:cs/>
          <w:lang w:val="pa-IN" w:bidi="pa-IN"/>
        </w:rPr>
        <w:t>ਤੁਹਾਡੇ ਬੱਚੀ/ਬੱਚੇ ਦਾ ਸਕੂਲ ਜਿਲ੍ਹੇ</w:t>
      </w:r>
      <w:r w:rsidRPr="00B93493">
        <w:rPr>
          <w:rFonts w:ascii="Raavi" w:eastAsia="Arial" w:hAnsi="Raavi" w:cs="Raavi"/>
          <w:lang w:val="pa-IN"/>
        </w:rPr>
        <w:t xml:space="preserve"> Medicaid </w:t>
      </w:r>
      <w:r w:rsidRPr="00B93493">
        <w:rPr>
          <w:rFonts w:ascii="Raavi" w:eastAsia="Arial" w:hAnsi="Raavi" w:cs="Raavi"/>
          <w:cs/>
          <w:lang w:val="pa-IN" w:bidi="pa-IN"/>
        </w:rPr>
        <w:t>ਤੋਂ ਪ੍ਰਦਾਨ ਕੀਤੀਆਂ ਗਈਆਂ ਸੇਵਾਵਾਂ ਲਈ ਅਦਾਇਗੀ ਦੀ ਮੰਗ ਕਰਨ ਦੇ ਯੋਗ ਨਹੀਂ ਹੋਵੇਗਾ</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1DD03F40"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lastRenderedPageBreak/>
        <w:t>ਕੀ ਮੈਂ ਬਾਅਦ ਵਿੱਚ ਆਪਣਾ ਮਨ ਬਦਲ ਸਕਦਾ/ਸਕਦੀ ਹਾਂ</w:t>
      </w:r>
      <w:r w:rsidRPr="00B93493">
        <w:rPr>
          <w:rFonts w:ascii="Raavi" w:eastAsia="Arial" w:hAnsi="Raavi" w:cs="Raavi"/>
          <w:color w:val="365F91"/>
          <w:lang w:val="pa-IN"/>
        </w:rPr>
        <w:t>?</w:t>
      </w:r>
    </w:p>
    <w:p w14:paraId="59174EFE" w14:textId="77777777" w:rsidR="001C02DC" w:rsidRPr="00B93493" w:rsidRDefault="008C4FCF" w:rsidP="00845B32">
      <w:pPr>
        <w:ind w:left="-720"/>
        <w:rPr>
          <w:rFonts w:ascii="Raavi" w:hAnsi="Raavi" w:cs="Raavi"/>
        </w:rPr>
      </w:pPr>
      <w:r w:rsidRPr="00B93493">
        <w:rPr>
          <w:rFonts w:ascii="Raavi" w:eastAsia="Arial" w:hAnsi="Raavi" w:cs="Raavi"/>
          <w:cs/>
          <w:lang w:val="pa-IN" w:bidi="pa-IN"/>
        </w:rPr>
        <w:t>ਹਾਂ</w:t>
      </w:r>
      <w:r w:rsidRPr="00B93493">
        <w:rPr>
          <w:rFonts w:ascii="Raavi" w:eastAsia="Arial" w:hAnsi="Raavi" w:cs="Raavi"/>
          <w:cs/>
          <w:lang w:val="pa-IN" w:bidi="hi-IN"/>
        </w:rPr>
        <w:t>।</w:t>
      </w:r>
      <w:r w:rsidRPr="00B93493">
        <w:rPr>
          <w:rFonts w:ascii="Raavi" w:eastAsia="Arial" w:hAnsi="Raavi" w:cs="Raavi"/>
          <w:cs/>
          <w:lang w:val="pa-IN" w:bidi="pa-IN"/>
        </w:rPr>
        <w:t xml:space="preserve"> ਤੁਸੀਂ ਕਿਸੇ ਵੀ ਸਮੇਂ ਜ਼ਿਲ੍ਹੇ ਨੂੰ ਲਿਖਤੀ ਰੂਪ ਵਿੱਚ ਸੂਚਿਤ ਕਰਕੇ ਆਪਣੀ ਸਹਿਮਤੀ ਵਾਪਸ ਲੈ ਸਕਦੇ ਹੋ</w:t>
      </w:r>
      <w:r w:rsidRPr="00B93493">
        <w:rPr>
          <w:rFonts w:ascii="Raavi" w:eastAsia="Arial" w:hAnsi="Raavi" w:cs="Raavi"/>
          <w:cs/>
          <w:lang w:val="pa-IN" w:bidi="hi-IN"/>
        </w:rPr>
        <w:t>।</w:t>
      </w:r>
      <w:r w:rsidRPr="00B93493">
        <w:rPr>
          <w:rFonts w:ascii="Raavi" w:eastAsia="Arial" w:hAnsi="Raavi" w:cs="Raavi"/>
          <w:cs/>
          <w:lang w:val="pa-IN" w:bidi="pa-IN"/>
        </w:rPr>
        <w:t xml:space="preserve"> ਇੱਕ ਵਾਰ ਵਾਪਸ ਲੈਣ ਤੋਂ ਬਾਅਦ</w:t>
      </w:r>
      <w:r w:rsidRPr="00B93493">
        <w:rPr>
          <w:rFonts w:ascii="Raavi" w:eastAsia="Arial" w:hAnsi="Raavi" w:cs="Raavi"/>
          <w:lang w:val="pa-IN"/>
        </w:rPr>
        <w:t>,</w:t>
      </w:r>
      <w:r w:rsidRPr="00B93493">
        <w:rPr>
          <w:rFonts w:ascii="Raavi" w:eastAsia="Arial" w:hAnsi="Raavi" w:cs="Raavi"/>
          <w:cs/>
          <w:lang w:val="pa-IN" w:bidi="pa-IN"/>
        </w:rPr>
        <w:t xml:space="preserve"> ਉਸ ਮਿਤੀ ਤੋਂ ਬਾਅਦ ਕੋਈ ਨਵੀਂ ਜਾਣਕਾਰੀ ਸਾਂਝੀ ਨਹੀਂ ਕੀਤੀ ਜਾਵੇਗੀ</w:t>
      </w:r>
      <w:r w:rsidRPr="00B93493">
        <w:rPr>
          <w:rFonts w:ascii="Raavi" w:eastAsia="Arial" w:hAnsi="Raavi" w:cs="Raavi"/>
          <w:cs/>
          <w:lang w:val="pa-IN" w:bidi="hi-IN"/>
        </w:rPr>
        <w:t>।</w:t>
      </w:r>
    </w:p>
    <w:p w14:paraId="6E3E50D2"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ਇਹ ਸਕੂਲ ਜ਼ਿਲ੍ਹੇ ਦੀ ਕਿਵੇਂ ਮਦਦ ਕਰਦਾ ਹੈ</w:t>
      </w:r>
      <w:r w:rsidRPr="00B93493">
        <w:rPr>
          <w:rFonts w:ascii="Raavi" w:eastAsia="Arial" w:hAnsi="Raavi" w:cs="Raavi"/>
          <w:color w:val="365F91"/>
          <w:lang w:val="pa-IN"/>
        </w:rPr>
        <w:t>?</w:t>
      </w:r>
    </w:p>
    <w:p w14:paraId="67AF6D5E" w14:textId="77777777" w:rsidR="001C02DC" w:rsidRPr="00B93493" w:rsidRDefault="008C4FCF" w:rsidP="00845B32">
      <w:pPr>
        <w:ind w:left="-720"/>
        <w:rPr>
          <w:rFonts w:ascii="Raavi" w:hAnsi="Raavi" w:cs="Raavi"/>
        </w:rPr>
      </w:pPr>
      <w:r w:rsidRPr="00B93493">
        <w:rPr>
          <w:rFonts w:ascii="Raavi" w:eastAsia="Arial" w:hAnsi="Raavi" w:cs="Raavi"/>
          <w:lang w:val="pa-IN"/>
        </w:rPr>
        <w:t xml:space="preserve">Medicaid </w:t>
      </w:r>
      <w:r w:rsidRPr="00B93493">
        <w:rPr>
          <w:rFonts w:ascii="Raavi" w:eastAsia="Arial" w:hAnsi="Raavi" w:cs="Raavi"/>
          <w:cs/>
          <w:lang w:val="pa-IN" w:bidi="pa-IN"/>
        </w:rPr>
        <w:t>ਦੀ ਅਦਾਇਗੀ ਜ਼ਿਲ੍ਹੇ ਨੂੰ ਮਹੱਤਵਪੂਰਨ ਵਿਦਿਆਰਥੀ ਸੇਵਾਵਾਂ ਪ੍ਰਦਾਨ ਕਰਨ</w:t>
      </w:r>
      <w:r w:rsidRPr="00B93493">
        <w:rPr>
          <w:rFonts w:ascii="Raavi" w:eastAsia="Arial" w:hAnsi="Raavi" w:cs="Raavi"/>
          <w:lang w:val="pa-IN"/>
        </w:rPr>
        <w:t xml:space="preserve">, </w:t>
      </w:r>
      <w:r w:rsidRPr="00B93493">
        <w:rPr>
          <w:rFonts w:ascii="Raavi" w:eastAsia="Arial" w:hAnsi="Raavi" w:cs="Raavi"/>
          <w:cs/>
          <w:lang w:val="pa-IN" w:bidi="pa-IN"/>
        </w:rPr>
        <w:t>ਸਿਹਤ ਅਤੇ ਵਿਵਹਾਰ ਸੰਬੰਧੀ ਸਹਾਇਤਾ ਤੱਕ ਪਹੁੰਚ ਨੂੰ ਬਣਾਈ ਰੱਖਣ ਅਤੇ ਵਧਾਉਣ</w:t>
      </w:r>
      <w:r w:rsidRPr="00B93493">
        <w:rPr>
          <w:rFonts w:ascii="Raavi" w:eastAsia="Arial" w:hAnsi="Raavi" w:cs="Raavi"/>
          <w:lang w:val="pa-IN"/>
        </w:rPr>
        <w:t xml:space="preserve">, </w:t>
      </w:r>
      <w:r w:rsidRPr="00B93493">
        <w:rPr>
          <w:rFonts w:ascii="Raavi" w:eastAsia="Arial" w:hAnsi="Raavi" w:cs="Raavi"/>
          <w:cs/>
          <w:lang w:val="pa-IN" w:bidi="pa-IN"/>
        </w:rPr>
        <w:t>ਅਤੇ ਸਥਾਨਕ ਵਿੱਤੀ ਸਰੋਤਾਂ</w:t>
      </w:r>
      <w:r w:rsidRPr="00B93493">
        <w:rPr>
          <w:rFonts w:ascii="Raavi" w:eastAsia="Arial" w:hAnsi="Raavi" w:cs="Raavi"/>
          <w:lang w:val="pa-IN"/>
        </w:rPr>
        <w:t xml:space="preserve"> '</w:t>
      </w:r>
      <w:r w:rsidRPr="00B93493">
        <w:rPr>
          <w:rFonts w:ascii="Raavi" w:eastAsia="Arial" w:hAnsi="Raavi" w:cs="Raavi"/>
          <w:cs/>
          <w:lang w:val="pa-IN" w:bidi="pa-IN"/>
        </w:rPr>
        <w:t>ਤੇ ਨਿਰਭਰਤਾ ਘਟਾਉਣ ਵਿੱਚ ਮਦਦ ਕਰਦੀ ਹੈ</w:t>
      </w:r>
      <w:r w:rsidRPr="00B93493">
        <w:rPr>
          <w:rFonts w:ascii="Raavi" w:eastAsia="Arial" w:hAnsi="Raavi" w:cs="Raavi"/>
          <w:cs/>
          <w:lang w:val="pa-IN" w:bidi="hi-IN"/>
        </w:rPr>
        <w:t>।</w:t>
      </w:r>
    </w:p>
    <w:p w14:paraId="713A74EA" w14:textId="1FBEEE4D" w:rsidR="000A732F"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ਕਿਹੜੇ ਕਾਨੂੰਨਾਂ ਤਹਿਤ ਸਕੂਲਾਂ ਨੂੰ ਸਕੂਲਾਂ ਵਿੱਚ ਸੇਵਾਵਾਂ ਲਈ</w:t>
      </w:r>
      <w:r w:rsidRPr="00B93493">
        <w:rPr>
          <w:rFonts w:ascii="Raavi" w:eastAsia="Arial" w:hAnsi="Raavi" w:cs="Raavi"/>
          <w:color w:val="365F91"/>
          <w:lang w:val="pa-IN"/>
        </w:rPr>
        <w:t xml:space="preserve"> Medicaid </w:t>
      </w:r>
      <w:r w:rsidRPr="00B93493">
        <w:rPr>
          <w:rFonts w:ascii="Raavi" w:eastAsia="Arial" w:hAnsi="Raavi" w:cs="Raavi"/>
          <w:color w:val="365F91"/>
          <w:cs/>
          <w:lang w:val="pa-IN" w:bidi="pa-IN"/>
        </w:rPr>
        <w:t>ਨੂੰ ਬਿੱਲ ਦੇਣ ਦੀ ਇਜਾਜ਼ਤ ਹੈ</w:t>
      </w:r>
      <w:r w:rsidRPr="00B93493">
        <w:rPr>
          <w:rFonts w:ascii="Raavi" w:eastAsia="Arial" w:hAnsi="Raavi" w:cs="Raavi"/>
          <w:color w:val="365F91"/>
          <w:lang w:val="pa-IN"/>
        </w:rPr>
        <w:t>?</w:t>
      </w:r>
    </w:p>
    <w:p w14:paraId="4ABE650B" w14:textId="39D71849" w:rsidR="00F307D2" w:rsidRPr="00B93493" w:rsidRDefault="008C4FCF" w:rsidP="00845B32">
      <w:pPr>
        <w:ind w:left="-720"/>
        <w:rPr>
          <w:rFonts w:ascii="Raavi" w:hAnsi="Raavi" w:cs="Raavi"/>
        </w:rPr>
      </w:pPr>
      <w:r w:rsidRPr="00B93493">
        <w:rPr>
          <w:rFonts w:ascii="Raavi" w:eastAsia="Arial" w:hAnsi="Raavi" w:cs="Raavi"/>
          <w:cs/>
          <w:lang w:val="pa-IN" w:bidi="pa-IN"/>
        </w:rPr>
        <w:t>ਕਈ ਸੰਘੀ ਅਤੇ ਰਾਜ ਕਾਨੂੰਨ ਸਕੂਲ ਜ਼ਿਲ੍ਹਿਆਂ ਨੂੰ ਵਿਦਿਆਰਥੀਆਂ ਨੂੰ ਪ੍ਰਦਾਨ ਕੀਤੀਆਂ ਜਾਣ ਵਾਲੀਆਂ ਕੁਝ ਸਿਹਤ-ਸਬੰਧਤ ਸੇਵਾਵਾਂ ਲਈ</w:t>
      </w:r>
      <w:r w:rsidRPr="00B93493">
        <w:rPr>
          <w:rFonts w:ascii="Raavi" w:eastAsia="Arial" w:hAnsi="Raavi" w:cs="Raavi"/>
          <w:lang w:val="pa-IN"/>
        </w:rPr>
        <w:t xml:space="preserve"> Medicaid </w:t>
      </w:r>
      <w:r w:rsidRPr="00B93493">
        <w:rPr>
          <w:rFonts w:ascii="Raavi" w:eastAsia="Arial" w:hAnsi="Raavi" w:cs="Raavi"/>
          <w:cs/>
          <w:lang w:val="pa-IN" w:bidi="pa-IN"/>
        </w:rPr>
        <w:t>ਦੀ ਅਦਾਇਗੀ ਦੀ ਮੰਗ ਕਰਨ ਦੀ ਇਜਾਜ਼ਤ ਦਿੰਦੇ ਹਨ:</w:t>
      </w:r>
    </w:p>
    <w:p w14:paraId="0DF693CF" w14:textId="216141A1" w:rsidR="00F307D2" w:rsidRPr="00B93493" w:rsidRDefault="008C4FCF" w:rsidP="008E62C6">
      <w:pPr>
        <w:pStyle w:val="ListParagraph"/>
        <w:numPr>
          <w:ilvl w:val="0"/>
          <w:numId w:val="11"/>
        </w:numPr>
        <w:rPr>
          <w:rFonts w:ascii="Raavi" w:hAnsi="Raavi" w:cs="Raavi"/>
        </w:rPr>
      </w:pPr>
      <w:r w:rsidRPr="00B93493">
        <w:rPr>
          <w:rFonts w:ascii="Raavi" w:eastAsia="Arial" w:hAnsi="Raavi" w:cs="Raavi"/>
          <w:b/>
          <w:bCs/>
          <w:cs/>
          <w:lang w:val="pa-IN" w:bidi="pa-IN"/>
        </w:rPr>
        <w:t>ਸੰਘੀ</w:t>
      </w:r>
      <w:r w:rsidRPr="00B93493">
        <w:rPr>
          <w:rFonts w:ascii="Raavi" w:eastAsia="Arial" w:hAnsi="Raavi" w:cs="Raavi"/>
          <w:b/>
          <w:bCs/>
          <w:lang w:val="pa-IN"/>
        </w:rPr>
        <w:t xml:space="preserve"> Medicaid </w:t>
      </w:r>
      <w:r w:rsidRPr="00B93493">
        <w:rPr>
          <w:rFonts w:ascii="Raavi" w:eastAsia="Arial" w:hAnsi="Raavi" w:cs="Raavi"/>
          <w:b/>
          <w:bCs/>
          <w:cs/>
          <w:lang w:val="pa-IN" w:bidi="pa-IN"/>
        </w:rPr>
        <w:t>ਕਾਨੂੰਨ (ਸਮਾਜਿਕ ਸੁਰੱਖਿਆ ਐਕਟ ਦਾ ਸਿਰਲੇਖ</w:t>
      </w:r>
      <w:r w:rsidRPr="00B93493">
        <w:rPr>
          <w:rFonts w:ascii="Raavi" w:eastAsia="Arial" w:hAnsi="Raavi" w:cs="Raavi"/>
          <w:b/>
          <w:bCs/>
          <w:lang w:val="pa-IN"/>
        </w:rPr>
        <w:t xml:space="preserve"> XIX)</w:t>
      </w:r>
      <w:r w:rsidRPr="00B93493">
        <w:rPr>
          <w:rFonts w:ascii="Raavi" w:eastAsia="Arial" w:hAnsi="Raavi" w:cs="Raavi"/>
          <w:lang w:val="pa-IN"/>
        </w:rPr>
        <w:t xml:space="preserve"> Medicaid </w:t>
      </w:r>
      <w:r w:rsidRPr="00B93493">
        <w:rPr>
          <w:rFonts w:ascii="Raavi" w:eastAsia="Arial" w:hAnsi="Raavi" w:cs="Raavi"/>
          <w:cs/>
          <w:lang w:val="pa-IN" w:bidi="pa-IN"/>
        </w:rPr>
        <w:t>ਨੂੰ ਯੋਗ ਬੱਚਿਆਂ ਨੂੰ ਪ੍ਰਦਾਨ ਕੀਤੀਆਂ ਜਾਣ ਵਾਲੀਆਂ ਕਵਰ ਕੀਤੀਆਂ ਸਿਹਤ ਸੇਵਾਵਾਂ ਲਈ ਭੁਗਤਾਨ ਕਰਨ ਦੀ ਇਜਾਜ਼ਤ ਦਿੰਦਾ ਹੈ</w:t>
      </w:r>
      <w:r w:rsidRPr="00B93493">
        <w:rPr>
          <w:rFonts w:ascii="Raavi" w:eastAsia="Arial" w:hAnsi="Raavi" w:cs="Raavi"/>
          <w:lang w:val="pa-IN"/>
        </w:rPr>
        <w:t xml:space="preserve">, </w:t>
      </w:r>
      <w:r w:rsidRPr="00B93493">
        <w:rPr>
          <w:rFonts w:ascii="Raavi" w:eastAsia="Arial" w:hAnsi="Raavi" w:cs="Raavi"/>
          <w:cs/>
          <w:lang w:val="pa-IN" w:bidi="pa-IN"/>
        </w:rPr>
        <w:t>ਜਿਸ ਵਿੱਚ ਸਕੂਲਾਂ ਵਿੱਚ ਪ੍ਰਦਾਨ ਕੀਤੀਆਂ ਜਾਣ ਵਾਲੀਆਂ ਸੇਵਾਵਾਂ ਵੀ ਸ਼ਾਮਲ ਹਨ</w:t>
      </w:r>
      <w:r w:rsidRPr="00B93493">
        <w:rPr>
          <w:rFonts w:ascii="Raavi" w:eastAsia="Arial" w:hAnsi="Raavi" w:cs="Raavi"/>
          <w:cs/>
          <w:lang w:val="pa-IN" w:bidi="hi-IN"/>
        </w:rPr>
        <w:t>।</w:t>
      </w:r>
      <w:r w:rsidRPr="00B93493">
        <w:rPr>
          <w:rFonts w:ascii="Raavi" w:eastAsia="Arial" w:hAnsi="Raavi" w:cs="Raavi"/>
          <w:cs/>
          <w:lang w:val="pa-IN" w:bidi="pa-IN"/>
        </w:rPr>
        <w:t xml:space="preserve"> </w:t>
      </w:r>
      <w:hyperlink r:id="rId9">
        <w:r w:rsidRPr="00B93493">
          <w:rPr>
            <w:rFonts w:ascii="Raavi" w:eastAsia="Arial" w:hAnsi="Raavi" w:cs="Raavi"/>
            <w:color w:val="0000FF"/>
            <w:u w:val="single"/>
            <w:lang w:val="pa-IN"/>
          </w:rPr>
          <w:t>https://www.medicaid.gov/federal-policy-guidance/downloads/smd-medicaid-payment-for-services-provided-without-charge-free-care.pdf</w:t>
        </w:r>
      </w:hyperlink>
    </w:p>
    <w:p w14:paraId="0CB65850" w14:textId="64F8A55A" w:rsidR="00F307D2" w:rsidRPr="00B93493" w:rsidRDefault="008C4FCF" w:rsidP="008E62C6">
      <w:pPr>
        <w:pStyle w:val="ListParagraph"/>
        <w:numPr>
          <w:ilvl w:val="0"/>
          <w:numId w:val="11"/>
        </w:numPr>
        <w:rPr>
          <w:rFonts w:ascii="Raavi" w:hAnsi="Raavi" w:cs="Raavi"/>
        </w:rPr>
      </w:pPr>
      <w:hyperlink r:id="rId10">
        <w:r w:rsidRPr="00B93493">
          <w:rPr>
            <w:rFonts w:ascii="Raavi" w:eastAsia="Arial" w:hAnsi="Raavi" w:cs="Raavi"/>
            <w:b/>
            <w:bCs/>
            <w:color w:val="0000FF"/>
            <w:u w:val="single"/>
            <w:cs/>
            <w:lang w:val="pa-IN" w:bidi="pa-IN"/>
          </w:rPr>
          <w:t>2014 ਵਿੱਚ</w:t>
        </w:r>
      </w:hyperlink>
      <w:r w:rsidRPr="00B93493">
        <w:rPr>
          <w:rFonts w:ascii="Raavi" w:eastAsia="Arial" w:hAnsi="Raavi" w:cs="Raavi"/>
          <w:b/>
          <w:bCs/>
          <w:lang w:val="pa-IN"/>
        </w:rPr>
        <w:t xml:space="preserve">, Medicare </w:t>
      </w:r>
      <w:r w:rsidRPr="00B93493">
        <w:rPr>
          <w:rFonts w:ascii="Raavi" w:eastAsia="Arial" w:hAnsi="Raavi" w:cs="Raavi"/>
          <w:b/>
          <w:bCs/>
          <w:cs/>
          <w:lang w:val="pa-IN" w:bidi="pa-IN"/>
        </w:rPr>
        <w:t>ਅਤੇ</w:t>
      </w:r>
      <w:r w:rsidRPr="00B93493">
        <w:rPr>
          <w:rFonts w:ascii="Raavi" w:eastAsia="Arial" w:hAnsi="Raavi" w:cs="Raavi"/>
          <w:b/>
          <w:bCs/>
          <w:lang w:val="pa-IN"/>
        </w:rPr>
        <w:t xml:space="preserve"> Medicaid </w:t>
      </w:r>
      <w:r w:rsidRPr="00B93493">
        <w:rPr>
          <w:rFonts w:ascii="Raavi" w:eastAsia="Arial" w:hAnsi="Raavi" w:cs="Raavi"/>
          <w:b/>
          <w:bCs/>
          <w:cs/>
          <w:lang w:val="pa-IN" w:bidi="pa-IN"/>
        </w:rPr>
        <w:t>ਸੇਵਾਵਾਂ ਲਈ ਕੇਂਦਰ (</w:t>
      </w:r>
      <w:r w:rsidRPr="00B93493">
        <w:rPr>
          <w:rFonts w:ascii="Raavi" w:eastAsia="Arial" w:hAnsi="Raavi" w:cs="Raavi"/>
          <w:b/>
          <w:bCs/>
          <w:lang w:val="pa-IN"/>
        </w:rPr>
        <w:t>CMS)</w:t>
      </w:r>
      <w:r w:rsidRPr="00B93493">
        <w:rPr>
          <w:rFonts w:ascii="Raavi" w:eastAsia="Arial" w:hAnsi="Raavi" w:cs="Raavi"/>
          <w:cs/>
          <w:lang w:val="pa-IN" w:bidi="pa-IN"/>
        </w:rPr>
        <w:t xml:space="preserve"> ਨੇ ਸਪੱਸ਼ਟ ਕੀਤਾ ਕਿ ਸਕੂਲ ਵਿਸ਼ੇਸ਼ ਸਿੱਖਿਆ ਜਾਂ ਜਨਰਲ ਸਿੱਖਿਆ</w:t>
      </w:r>
      <w:r w:rsidRPr="00B93493">
        <w:rPr>
          <w:rFonts w:ascii="Raavi" w:eastAsia="Arial" w:hAnsi="Raavi" w:cs="Raavi"/>
          <w:lang w:val="pa-IN"/>
        </w:rPr>
        <w:t xml:space="preserve"> Medicaid-</w:t>
      </w:r>
      <w:r w:rsidRPr="00B93493">
        <w:rPr>
          <w:rFonts w:ascii="Raavi" w:eastAsia="Arial" w:hAnsi="Raavi" w:cs="Raavi"/>
          <w:cs/>
          <w:lang w:val="pa-IN" w:bidi="pa-IN"/>
        </w:rPr>
        <w:t>ਨਾਮਜ਼ਦ ਵਿਦਿਆਰਥੀਆਂ ਨੂੰ ਪ੍ਰਦਾਨ ਕੀਤੀਆਂ ਜਾਣ ਵਾਲੀਆਂ ਕਵਰ ਕੀਤੀਆਂ ਸੇਵਾਵਾਂ ਲਈ</w:t>
      </w:r>
      <w:r w:rsidRPr="00B93493">
        <w:rPr>
          <w:rFonts w:ascii="Raavi" w:eastAsia="Arial" w:hAnsi="Raavi" w:cs="Raavi"/>
          <w:lang w:val="pa-IN"/>
        </w:rPr>
        <w:t xml:space="preserve"> Medicaid </w:t>
      </w:r>
      <w:r w:rsidRPr="00B93493">
        <w:rPr>
          <w:rFonts w:ascii="Raavi" w:eastAsia="Arial" w:hAnsi="Raavi" w:cs="Raavi"/>
          <w:cs/>
          <w:lang w:val="pa-IN" w:bidi="pa-IN"/>
        </w:rPr>
        <w:t>ਨੂੰ ਬਿੱਲ ਦੇ ਸਕਦੇ ਹਨ</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40A93A28" w14:textId="71620AF2" w:rsidR="00700FEF" w:rsidRPr="00B93493" w:rsidRDefault="008C4FCF" w:rsidP="008E62C6">
      <w:pPr>
        <w:pStyle w:val="ListParagraph"/>
        <w:numPr>
          <w:ilvl w:val="0"/>
          <w:numId w:val="11"/>
        </w:numPr>
        <w:rPr>
          <w:rFonts w:ascii="Raavi" w:hAnsi="Raavi" w:cs="Raavi"/>
        </w:rPr>
      </w:pPr>
      <w:r w:rsidRPr="00B93493">
        <w:rPr>
          <w:rFonts w:ascii="Raavi" w:eastAsia="Arial" w:hAnsi="Raavi" w:cs="Raavi"/>
          <w:b/>
          <w:bCs/>
          <w:cs/>
          <w:lang w:val="pa-IN" w:bidi="pa-IN"/>
        </w:rPr>
        <w:t>ਸੰਘੀ ਸਿੱਖਿਆ ਕਾਨੂੰਨ (</w:t>
      </w:r>
      <w:r w:rsidRPr="00B93493">
        <w:rPr>
          <w:rFonts w:ascii="Raavi" w:eastAsia="Arial" w:hAnsi="Raavi" w:cs="Raavi"/>
          <w:b/>
          <w:bCs/>
          <w:lang w:val="pa-IN"/>
        </w:rPr>
        <w:t xml:space="preserve">IDEA – </w:t>
      </w:r>
      <w:r w:rsidRPr="00B93493">
        <w:rPr>
          <w:rFonts w:ascii="Raavi" w:eastAsia="Arial" w:hAnsi="Raavi" w:cs="Raavi"/>
          <w:b/>
          <w:bCs/>
          <w:cs/>
          <w:lang w:val="pa-IN" w:bidi="pa-IN"/>
        </w:rPr>
        <w:t xml:space="preserve">34 </w:t>
      </w:r>
      <w:r w:rsidRPr="00B93493">
        <w:rPr>
          <w:rFonts w:ascii="Raavi" w:eastAsia="Arial" w:hAnsi="Raavi" w:cs="Raavi"/>
          <w:b/>
          <w:bCs/>
          <w:lang w:val="pa-IN"/>
        </w:rPr>
        <w:t>CFR §</w:t>
      </w:r>
      <w:r w:rsidRPr="00B93493">
        <w:rPr>
          <w:rFonts w:ascii="Raavi" w:eastAsia="Arial" w:hAnsi="Raavi" w:cs="Raavi"/>
          <w:b/>
          <w:bCs/>
          <w:cs/>
          <w:lang w:val="pa-IN" w:bidi="pa-IN"/>
        </w:rPr>
        <w:t>300.154)</w:t>
      </w:r>
      <w:r w:rsidRPr="00B93493">
        <w:rPr>
          <w:rFonts w:ascii="Raavi" w:eastAsia="Arial" w:hAnsi="Raavi" w:cs="Raavi"/>
          <w:cs/>
          <w:lang w:val="pa-IN" w:bidi="pa-IN"/>
        </w:rPr>
        <w:t xml:space="preserve"> ਸਕੂਲ ਜ਼ਿਲ੍ਹਿਆਂ ਨੂੰ ਵਿਦਿਆਰਥੀ ਦੇ</w:t>
      </w:r>
      <w:r w:rsidRPr="00B93493">
        <w:rPr>
          <w:rFonts w:ascii="Raavi" w:eastAsia="Arial" w:hAnsi="Raavi" w:cs="Raavi"/>
          <w:lang w:val="pa-IN"/>
        </w:rPr>
        <w:t xml:space="preserve"> Medicaid </w:t>
      </w:r>
      <w:r w:rsidRPr="00B93493">
        <w:rPr>
          <w:rFonts w:ascii="Raavi" w:eastAsia="Arial" w:hAnsi="Raavi" w:cs="Raavi"/>
          <w:cs/>
          <w:lang w:val="pa-IN" w:bidi="pa-IN"/>
        </w:rPr>
        <w:t>ਲਾਭਾਂ ਤੱਕ ਪਹੁੰਚ ਕਰਨ ਤੋਂ ਪਹਿਲਾਂ ਮਾਤਾ-ਪਿਤਾ ਦੀ ਸਹਿਮਤੀ ਲੈਣਾ ਲਾਜ਼ਮੀ ਕਰਦਾ ਹੈ ਅਤੇ ਇਹ ਯਕੀਨੀ ਬਣਾਉਂਦਾ ਹੈ ਕਿ</w:t>
      </w:r>
      <w:r w:rsidRPr="00B93493">
        <w:rPr>
          <w:rFonts w:ascii="Raavi" w:eastAsia="Arial" w:hAnsi="Raavi" w:cs="Raavi"/>
          <w:lang w:val="pa-IN"/>
        </w:rPr>
        <w:t xml:space="preserve"> IEP </w:t>
      </w:r>
      <w:r w:rsidRPr="00B93493">
        <w:rPr>
          <w:rFonts w:ascii="Raavi" w:eastAsia="Arial" w:hAnsi="Raavi" w:cs="Raavi"/>
          <w:cs/>
          <w:lang w:val="pa-IN" w:bidi="pa-IN"/>
        </w:rPr>
        <w:t>ਵਾਲੇ ਵਿਦਿਆਰਥੀਆਂ ਨੂੰ ਸਹਿਮਤੀ ਦੀ ਪਰਵਾਹ ਕੀਤੇ ਬਿਨਾਂ</w:t>
      </w:r>
      <w:r w:rsidRPr="00B93493">
        <w:rPr>
          <w:rFonts w:ascii="Raavi" w:eastAsia="Arial" w:hAnsi="Raavi" w:cs="Raavi"/>
          <w:lang w:val="pa-IN"/>
        </w:rPr>
        <w:t xml:space="preserve">, </w:t>
      </w:r>
      <w:r w:rsidRPr="00B93493">
        <w:rPr>
          <w:rFonts w:ascii="Raavi" w:eastAsia="Arial" w:hAnsi="Raavi" w:cs="Raavi"/>
          <w:cs/>
          <w:lang w:val="pa-IN" w:bidi="pa-IN"/>
        </w:rPr>
        <w:t>ਸਾਰੀਆਂ ਲੋੜੀਂਦੀਆਂ ਸੇਵਾਵਾਂ ਬਿਨਾਂ ਕਿਸੇ ਕੀਮਤ ਦੇ ਪ੍ਰਾਪਤ ਹੋਣ</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0E98BA09" w14:textId="02ED3AE7" w:rsidR="000A732F" w:rsidRPr="00B93493" w:rsidRDefault="008C4FCF" w:rsidP="008E62C6">
      <w:pPr>
        <w:pStyle w:val="ListParagraph"/>
        <w:numPr>
          <w:ilvl w:val="0"/>
          <w:numId w:val="11"/>
        </w:numPr>
        <w:rPr>
          <w:rFonts w:ascii="Raavi" w:hAnsi="Raavi" w:cs="Raavi"/>
        </w:rPr>
      </w:pPr>
      <w:r w:rsidRPr="00B93493">
        <w:rPr>
          <w:rFonts w:ascii="Raavi" w:eastAsia="Arial" w:hAnsi="Raavi" w:cs="Raavi"/>
          <w:b/>
          <w:bCs/>
          <w:cs/>
          <w:lang w:val="pa-IN" w:bidi="pa-IN"/>
        </w:rPr>
        <w:t>ਨਿਊ ਜਰਸੀ ਵਿੱਚ</w:t>
      </w:r>
      <w:r w:rsidRPr="00B93493">
        <w:rPr>
          <w:rFonts w:ascii="Raavi" w:eastAsia="Arial" w:hAnsi="Raavi" w:cs="Raavi"/>
          <w:b/>
          <w:bCs/>
          <w:lang w:val="pa-IN"/>
        </w:rPr>
        <w:t xml:space="preserve">, </w:t>
      </w:r>
      <w:hyperlink r:id="rId11" w:history="1">
        <w:r w:rsidRPr="00B93493">
          <w:rPr>
            <w:rFonts w:ascii="Raavi" w:eastAsia="Arial" w:hAnsi="Raavi" w:cs="Raavi"/>
            <w:b/>
            <w:bCs/>
            <w:color w:val="0000FF"/>
            <w:u w:val="single"/>
            <w:lang w:val="pa-IN"/>
          </w:rPr>
          <w:t xml:space="preserve">P.L. </w:t>
        </w:r>
        <w:r w:rsidRPr="00B93493">
          <w:rPr>
            <w:rFonts w:ascii="Raavi" w:eastAsia="Arial" w:hAnsi="Raavi" w:cs="Raavi"/>
            <w:b/>
            <w:bCs/>
            <w:color w:val="0000FF"/>
            <w:u w:val="single"/>
            <w:cs/>
            <w:lang w:val="pa-IN" w:bidi="pa-IN"/>
          </w:rPr>
          <w:t>2023</w:t>
        </w:r>
        <w:r w:rsidRPr="00B93493">
          <w:rPr>
            <w:rFonts w:ascii="Raavi" w:eastAsia="Arial" w:hAnsi="Raavi" w:cs="Raavi"/>
            <w:b/>
            <w:bCs/>
            <w:color w:val="0000FF"/>
            <w:u w:val="single"/>
            <w:lang w:val="pa-IN"/>
          </w:rPr>
          <w:t>, c.</w:t>
        </w:r>
        <w:r w:rsidRPr="00B93493">
          <w:rPr>
            <w:rFonts w:ascii="Raavi" w:eastAsia="Arial" w:hAnsi="Raavi" w:cs="Raavi"/>
            <w:b/>
            <w:bCs/>
            <w:color w:val="0000FF"/>
            <w:u w:val="single"/>
            <w:cs/>
            <w:lang w:val="pa-IN" w:bidi="pa-IN"/>
          </w:rPr>
          <w:t>108</w:t>
        </w:r>
      </w:hyperlink>
      <w:r w:rsidRPr="00B93493">
        <w:rPr>
          <w:rFonts w:ascii="Raavi" w:eastAsia="Arial" w:hAnsi="Raavi" w:cs="Raavi"/>
          <w:cs/>
          <w:lang w:val="pa-IN" w:bidi="pa-IN"/>
        </w:rPr>
        <w:t xml:space="preserve"> ਸਕੂਲ ਜ਼ਿਲ੍ਹਿਆਂ ਨੂੰ</w:t>
      </w:r>
      <w:r w:rsidRPr="00B93493">
        <w:rPr>
          <w:rFonts w:ascii="Raavi" w:eastAsia="Arial" w:hAnsi="Raavi" w:cs="Raavi"/>
          <w:lang w:val="pa-IN"/>
        </w:rPr>
        <w:t xml:space="preserve"> Medicaid </w:t>
      </w:r>
      <w:r w:rsidRPr="00B93493">
        <w:rPr>
          <w:rFonts w:ascii="Raavi" w:eastAsia="Arial" w:hAnsi="Raavi" w:cs="Raavi"/>
          <w:cs/>
          <w:lang w:val="pa-IN" w:bidi="pa-IN"/>
        </w:rPr>
        <w:t>ਤੋਂ</w:t>
      </w:r>
      <w:r w:rsidRPr="00B93493">
        <w:rPr>
          <w:rFonts w:ascii="Raavi" w:eastAsia="Arial" w:hAnsi="Raavi" w:cs="Raavi"/>
          <w:lang w:val="pa-IN"/>
        </w:rPr>
        <w:t xml:space="preserve"> Medicaid-</w:t>
      </w:r>
      <w:r w:rsidRPr="00B93493">
        <w:rPr>
          <w:rFonts w:ascii="Raavi" w:eastAsia="Arial" w:hAnsi="Raavi" w:cs="Raavi"/>
          <w:cs/>
          <w:lang w:val="pa-IN" w:bidi="pa-IN"/>
        </w:rPr>
        <w:t>ਯੋਗ ਵਿਦਿਆਰਥੀਆਂ</w:t>
      </w:r>
      <w:r w:rsidRPr="00B93493">
        <w:rPr>
          <w:rFonts w:ascii="Raavi" w:eastAsia="Arial" w:hAnsi="Raavi" w:cs="Raavi"/>
          <w:lang w:val="pa-IN"/>
        </w:rPr>
        <w:t xml:space="preserve">, </w:t>
      </w:r>
      <w:r w:rsidRPr="00B93493">
        <w:rPr>
          <w:rFonts w:ascii="Raavi" w:eastAsia="Arial" w:hAnsi="Raavi" w:cs="Raavi"/>
          <w:cs/>
          <w:lang w:val="pa-IN" w:bidi="pa-IN"/>
        </w:rPr>
        <w:t>ਜਿਨ੍ਹਾਂ ਵਿੱਚ ਆਮ ਸਿੱਖਿਆ ਪ੍ਰੋਗਰਾਮਾਂ ਦੇ ਵਿਦਿਆਰਥੀ ਵੀ ਸ਼ਾਮਲ ਹਨ</w:t>
      </w:r>
      <w:r w:rsidRPr="00B93493">
        <w:rPr>
          <w:rFonts w:ascii="Raavi" w:eastAsia="Arial" w:hAnsi="Raavi" w:cs="Raavi"/>
          <w:lang w:val="pa-IN"/>
        </w:rPr>
        <w:t xml:space="preserve">, </w:t>
      </w:r>
      <w:r w:rsidRPr="00B93493">
        <w:rPr>
          <w:rFonts w:ascii="Raavi" w:eastAsia="Arial" w:hAnsi="Raavi" w:cs="Raavi"/>
          <w:cs/>
          <w:lang w:val="pa-IN" w:bidi="pa-IN"/>
        </w:rPr>
        <w:t>ਨੂੰ ਪ੍ਰਦਾਨ ਕੀਤੀਆਂ ਜਾਣ ਵਾਲੀਆਂ ਕੁਝ ਕਵਰ ਕੀਤੀਆਂ ਵਿਵਹਾਰਕ ਸਿਹਤ ਸੇਵਾਵਾਂ ਲਈ ਅਦਾਇਗੀ ਜਮ੍ਹਾਂ ਕਰਾਉਣ ਦੀ ਲੋੜ ਹੁੰਦੀ ਹੈ</w:t>
      </w:r>
      <w:r w:rsidRPr="00B93493">
        <w:rPr>
          <w:rFonts w:ascii="Raavi" w:eastAsia="Arial" w:hAnsi="Raavi" w:cs="Raavi"/>
          <w:cs/>
          <w:lang w:val="pa-IN" w:bidi="hi-IN"/>
        </w:rPr>
        <w:t>।</w:t>
      </w:r>
      <w:r w:rsidRPr="00B93493">
        <w:rPr>
          <w:rFonts w:ascii="Raavi" w:eastAsia="Arial" w:hAnsi="Raavi" w:cs="Raavi"/>
          <w:cs/>
          <w:lang w:val="pa-IN" w:bidi="pa-IN"/>
        </w:rPr>
        <w:t xml:space="preserve"> </w:t>
      </w:r>
    </w:p>
    <w:p w14:paraId="0403C1C8" w14:textId="0135BAD8" w:rsidR="000A732F" w:rsidRPr="00B93493" w:rsidRDefault="008C4FCF" w:rsidP="00845B32">
      <w:pPr>
        <w:ind w:left="-720"/>
        <w:rPr>
          <w:rFonts w:ascii="Raavi" w:hAnsi="Raavi" w:cs="Raavi"/>
        </w:rPr>
      </w:pPr>
      <w:r w:rsidRPr="00B93493">
        <w:rPr>
          <w:rFonts w:ascii="Raavi" w:eastAsia="Arial" w:hAnsi="Raavi" w:cs="Raavi"/>
          <w:cs/>
          <w:lang w:val="pa-IN" w:bidi="pa-IN"/>
        </w:rPr>
        <w:lastRenderedPageBreak/>
        <w:t>ਇਕੱਠੇ ਮਿਲ ਕੇ</w:t>
      </w:r>
      <w:r w:rsidRPr="00B93493">
        <w:rPr>
          <w:rFonts w:ascii="Raavi" w:eastAsia="Arial" w:hAnsi="Raavi" w:cs="Raavi"/>
          <w:lang w:val="pa-IN"/>
        </w:rPr>
        <w:t xml:space="preserve">, </w:t>
      </w:r>
      <w:r w:rsidRPr="00B93493">
        <w:rPr>
          <w:rFonts w:ascii="Raavi" w:eastAsia="Arial" w:hAnsi="Raavi" w:cs="Raavi"/>
          <w:cs/>
          <w:lang w:val="pa-IN" w:bidi="pa-IN"/>
        </w:rPr>
        <w:t>ਇਹ ਕਾਨੂੰਨ ਸਕੂਲ ਜ਼ਿਲ੍ਹਿਆਂ ਨੂੰ</w:t>
      </w:r>
      <w:r w:rsidRPr="00B93493">
        <w:rPr>
          <w:rFonts w:ascii="Raavi" w:eastAsia="Arial" w:hAnsi="Raavi" w:cs="Raavi"/>
          <w:lang w:val="pa-IN"/>
        </w:rPr>
        <w:t xml:space="preserve"> Medicaid </w:t>
      </w:r>
      <w:r w:rsidRPr="00B93493">
        <w:rPr>
          <w:rFonts w:ascii="Raavi" w:eastAsia="Arial" w:hAnsi="Raavi" w:cs="Raavi"/>
          <w:cs/>
          <w:lang w:val="pa-IN" w:bidi="pa-IN"/>
        </w:rPr>
        <w:t>ਦੀ ਅਦਾਇਗੀ ਦੀ ਇਜਾਜ਼ਤ ਦਿੰਦੇ ਹਨ ਅਤੇ ਕੁਝ ਸਥਿਤੀਆਂ ਵਿੱਚ</w:t>
      </w:r>
      <w:r w:rsidRPr="00B93493">
        <w:rPr>
          <w:rFonts w:ascii="Raavi" w:eastAsia="Arial" w:hAnsi="Raavi" w:cs="Raavi"/>
          <w:lang w:val="pa-IN"/>
        </w:rPr>
        <w:t xml:space="preserve">, </w:t>
      </w:r>
      <w:r w:rsidRPr="00B93493">
        <w:rPr>
          <w:rFonts w:ascii="Raavi" w:eastAsia="Arial" w:hAnsi="Raavi" w:cs="Raavi"/>
          <w:cs/>
          <w:lang w:val="pa-IN" w:bidi="pa-IN"/>
        </w:rPr>
        <w:t>ਅਜਿਹਾ ਕਰਨਾ ਲਾਜ਼ਮੀ ਬਣਾਉਂਦੇ ਹਨ</w:t>
      </w:r>
      <w:r w:rsidRPr="00B93493">
        <w:rPr>
          <w:rFonts w:ascii="Raavi" w:eastAsia="Arial" w:hAnsi="Raavi" w:cs="Raavi"/>
          <w:lang w:val="pa-IN"/>
        </w:rPr>
        <w:t xml:space="preserve">, </w:t>
      </w:r>
      <w:r w:rsidRPr="00B93493">
        <w:rPr>
          <w:rFonts w:ascii="Raavi" w:eastAsia="Arial" w:hAnsi="Raavi" w:cs="Raavi"/>
          <w:cs/>
          <w:lang w:val="pa-IN" w:bidi="pa-IN"/>
        </w:rPr>
        <w:t>ਜਦਕਿ ਪਰਿਵਾਰਾਂ ਦੀ ਸੁਰੱਖਿਆ ਇਹ ਯਕੀਨੀ ਬਣਾ ਕੇ ਕਰਦੇ ਹਨ ਕਿ ਉਨ੍ਹਾਂ</w:t>
      </w:r>
      <w:r w:rsidRPr="00B93493">
        <w:rPr>
          <w:rFonts w:ascii="Raavi" w:eastAsia="Arial" w:hAnsi="Raavi" w:cs="Raavi"/>
          <w:lang w:val="pa-IN"/>
        </w:rPr>
        <w:t xml:space="preserve"> '</w:t>
      </w:r>
      <w:r w:rsidRPr="00B93493">
        <w:rPr>
          <w:rFonts w:ascii="Raavi" w:eastAsia="Arial" w:hAnsi="Raavi" w:cs="Raavi"/>
          <w:cs/>
          <w:lang w:val="pa-IN" w:bidi="pa-IN"/>
        </w:rPr>
        <w:t>ਤੇ ਕੋਈ ਖਰਚਾ ਨਾ ਆਵੇ ਅਤੇ ਇਸ ਵਿੱਚ ਭਾਗ ਲੈਣਾ ਸਵੈ-ਇੱਛਤ ਹੋਵੇ</w:t>
      </w:r>
      <w:r w:rsidRPr="00B93493">
        <w:rPr>
          <w:rFonts w:ascii="Raavi" w:eastAsia="Arial" w:hAnsi="Raavi" w:cs="Raavi"/>
          <w:cs/>
          <w:lang w:val="pa-IN" w:bidi="hi-IN"/>
        </w:rPr>
        <w:t>।</w:t>
      </w:r>
    </w:p>
    <w:p w14:paraId="50038A56" w14:textId="77777777" w:rsidR="001C02DC" w:rsidRPr="00B93493" w:rsidRDefault="008C4FCF" w:rsidP="00845B32">
      <w:pPr>
        <w:pStyle w:val="Heading2"/>
        <w:ind w:left="-720"/>
        <w:rPr>
          <w:rFonts w:ascii="Raavi" w:hAnsi="Raavi" w:cs="Raavi"/>
          <w:color w:val="365F91" w:themeColor="accent1" w:themeShade="BF"/>
        </w:rPr>
      </w:pPr>
      <w:r w:rsidRPr="00B93493">
        <w:rPr>
          <w:rFonts w:ascii="Raavi" w:eastAsia="Arial" w:hAnsi="Raavi" w:cs="Raavi"/>
          <w:color w:val="365F91"/>
          <w:cs/>
          <w:lang w:val="pa-IN" w:bidi="pa-IN"/>
        </w:rPr>
        <w:t>ਜੇਕਰ ਮੇਰੇ ਕੋਈ ਸਵਾਲ ਹੋਣ ਤਾਂ ਮੈਂ ਕਿਸ ਨਾਲ ਸੰਪਰਕ ਕਰ ਸਕਦਾ/ਸਕਦੀ ਹਾਂ</w:t>
      </w:r>
      <w:r w:rsidRPr="00B93493">
        <w:rPr>
          <w:rFonts w:ascii="Raavi" w:eastAsia="Arial" w:hAnsi="Raavi" w:cs="Raavi"/>
          <w:color w:val="365F91"/>
          <w:lang w:val="pa-IN"/>
        </w:rPr>
        <w:t>?</w:t>
      </w:r>
    </w:p>
    <w:p w14:paraId="32DEE141" w14:textId="2983673A" w:rsidR="001C02DC" w:rsidRPr="00B93493" w:rsidRDefault="008C4FCF" w:rsidP="00845B32">
      <w:pPr>
        <w:ind w:left="-720"/>
        <w:rPr>
          <w:rFonts w:ascii="Raavi" w:hAnsi="Raavi" w:cs="Raavi"/>
        </w:rPr>
      </w:pPr>
      <w:r w:rsidRPr="00B93493">
        <w:rPr>
          <w:rFonts w:ascii="Raavi" w:eastAsia="Arial" w:hAnsi="Raavi" w:cs="Raavi"/>
          <w:cs/>
          <w:lang w:val="pa-IN" w:bidi="pa-IN"/>
        </w:rPr>
        <w:t>ਜੇਕਰ ਤੁਹਾਡੇ ਕੋਈ ਸਵਾਲ ਹਨ</w:t>
      </w:r>
      <w:r w:rsidRPr="00B93493">
        <w:rPr>
          <w:rFonts w:ascii="Raavi" w:eastAsia="Arial" w:hAnsi="Raavi" w:cs="Raavi"/>
          <w:lang w:val="pa-IN"/>
        </w:rPr>
        <w:t xml:space="preserve">, </w:t>
      </w:r>
      <w:r w:rsidRPr="00B93493">
        <w:rPr>
          <w:rFonts w:ascii="Raavi" w:eastAsia="Arial" w:hAnsi="Raavi" w:cs="Raavi"/>
          <w:cs/>
          <w:lang w:val="pa-IN" w:bidi="pa-IN"/>
        </w:rPr>
        <w:t>ਤਾਂ ਕਿਰਪਾ ਕਰਕੇ [</w:t>
      </w:r>
      <w:r w:rsidRPr="00B93493">
        <w:rPr>
          <w:rFonts w:ascii="Raavi" w:eastAsia="Arial" w:hAnsi="Raavi" w:cs="Raavi"/>
          <w:i/>
          <w:iCs/>
          <w:highlight w:val="yellow"/>
          <w:cs/>
          <w:lang w:val="pa-IN" w:bidi="pa-IN"/>
        </w:rPr>
        <w:t>ਢੁਕਵੇਂ ਜ਼ਿਲ੍ਹਾ ਸੰਪਰਕ ਨੰਬਰ ਦਰਜ ਕਰੋ</w:t>
      </w:r>
      <w:r w:rsidRPr="00B93493">
        <w:rPr>
          <w:rFonts w:ascii="Raavi" w:eastAsia="Arial" w:hAnsi="Raavi" w:cs="Raavi"/>
          <w:cs/>
          <w:lang w:val="pa-IN" w:bidi="pa-IN"/>
        </w:rPr>
        <w:t>] ਨਾਲ ਸੰਪਰਕ ਕਰੋ</w:t>
      </w:r>
      <w:r w:rsidRPr="00B93493">
        <w:rPr>
          <w:rFonts w:ascii="Raavi" w:eastAsia="Arial" w:hAnsi="Raavi" w:cs="Raavi"/>
          <w:cs/>
          <w:lang w:val="pa-IN" w:bidi="hi-IN"/>
        </w:rPr>
        <w:t>।</w:t>
      </w:r>
    </w:p>
    <w:sectPr w:rsidR="001C02DC" w:rsidRPr="00B9349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4F753F"/>
    <w:multiLevelType w:val="hybridMultilevel"/>
    <w:tmpl w:val="AAF0692A"/>
    <w:lvl w:ilvl="0" w:tplc="698CABFA">
      <w:start w:val="1"/>
      <w:numFmt w:val="bullet"/>
      <w:lvlText w:val=""/>
      <w:lvlJc w:val="left"/>
      <w:pPr>
        <w:ind w:left="0" w:hanging="360"/>
      </w:pPr>
      <w:rPr>
        <w:rFonts w:ascii="Symbol" w:hAnsi="Symbol" w:hint="default"/>
      </w:rPr>
    </w:lvl>
    <w:lvl w:ilvl="1" w:tplc="2BBC4E0A" w:tentative="1">
      <w:start w:val="1"/>
      <w:numFmt w:val="bullet"/>
      <w:lvlText w:val="o"/>
      <w:lvlJc w:val="left"/>
      <w:pPr>
        <w:ind w:left="720" w:hanging="360"/>
      </w:pPr>
      <w:rPr>
        <w:rFonts w:ascii="Courier New" w:hAnsi="Courier New" w:cs="Courier New" w:hint="default"/>
      </w:rPr>
    </w:lvl>
    <w:lvl w:ilvl="2" w:tplc="3E26B7E8" w:tentative="1">
      <w:start w:val="1"/>
      <w:numFmt w:val="bullet"/>
      <w:lvlText w:val=""/>
      <w:lvlJc w:val="left"/>
      <w:pPr>
        <w:ind w:left="1440" w:hanging="360"/>
      </w:pPr>
      <w:rPr>
        <w:rFonts w:ascii="Wingdings" w:hAnsi="Wingdings" w:hint="default"/>
      </w:rPr>
    </w:lvl>
    <w:lvl w:ilvl="3" w:tplc="D362E2AA" w:tentative="1">
      <w:start w:val="1"/>
      <w:numFmt w:val="bullet"/>
      <w:lvlText w:val=""/>
      <w:lvlJc w:val="left"/>
      <w:pPr>
        <w:ind w:left="2160" w:hanging="360"/>
      </w:pPr>
      <w:rPr>
        <w:rFonts w:ascii="Symbol" w:hAnsi="Symbol" w:hint="default"/>
      </w:rPr>
    </w:lvl>
    <w:lvl w:ilvl="4" w:tplc="339A2604" w:tentative="1">
      <w:start w:val="1"/>
      <w:numFmt w:val="bullet"/>
      <w:lvlText w:val="o"/>
      <w:lvlJc w:val="left"/>
      <w:pPr>
        <w:ind w:left="2880" w:hanging="360"/>
      </w:pPr>
      <w:rPr>
        <w:rFonts w:ascii="Courier New" w:hAnsi="Courier New" w:cs="Courier New" w:hint="default"/>
      </w:rPr>
    </w:lvl>
    <w:lvl w:ilvl="5" w:tplc="E8C20358" w:tentative="1">
      <w:start w:val="1"/>
      <w:numFmt w:val="bullet"/>
      <w:lvlText w:val=""/>
      <w:lvlJc w:val="left"/>
      <w:pPr>
        <w:ind w:left="3600" w:hanging="360"/>
      </w:pPr>
      <w:rPr>
        <w:rFonts w:ascii="Wingdings" w:hAnsi="Wingdings" w:hint="default"/>
      </w:rPr>
    </w:lvl>
    <w:lvl w:ilvl="6" w:tplc="B4B4CC4A" w:tentative="1">
      <w:start w:val="1"/>
      <w:numFmt w:val="bullet"/>
      <w:lvlText w:val=""/>
      <w:lvlJc w:val="left"/>
      <w:pPr>
        <w:ind w:left="4320" w:hanging="360"/>
      </w:pPr>
      <w:rPr>
        <w:rFonts w:ascii="Symbol" w:hAnsi="Symbol" w:hint="default"/>
      </w:rPr>
    </w:lvl>
    <w:lvl w:ilvl="7" w:tplc="CA9AF0C2" w:tentative="1">
      <w:start w:val="1"/>
      <w:numFmt w:val="bullet"/>
      <w:lvlText w:val="o"/>
      <w:lvlJc w:val="left"/>
      <w:pPr>
        <w:ind w:left="5040" w:hanging="360"/>
      </w:pPr>
      <w:rPr>
        <w:rFonts w:ascii="Courier New" w:hAnsi="Courier New" w:cs="Courier New" w:hint="default"/>
      </w:rPr>
    </w:lvl>
    <w:lvl w:ilvl="8" w:tplc="08DAEEC4" w:tentative="1">
      <w:start w:val="1"/>
      <w:numFmt w:val="bullet"/>
      <w:lvlText w:val=""/>
      <w:lvlJc w:val="left"/>
      <w:pPr>
        <w:ind w:left="5760" w:hanging="360"/>
      </w:pPr>
      <w:rPr>
        <w:rFonts w:ascii="Wingdings" w:hAnsi="Wingdings" w:hint="default"/>
      </w:rPr>
    </w:lvl>
  </w:abstractNum>
  <w:abstractNum w:abstractNumId="10" w15:restartNumberingAfterBreak="0">
    <w:nsid w:val="58143DB4"/>
    <w:multiLevelType w:val="multilevel"/>
    <w:tmpl w:val="AF0283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6"/>
  </w:num>
  <w:num w:numId="2">
    <w:abstractNumId w:val="4"/>
  </w:num>
  <w:num w:numId="3">
    <w:abstractNumId w:val="8"/>
  </w:num>
  <w:num w:numId="4">
    <w:abstractNumId w:val="10"/>
  </w:num>
  <w:num w:numId="5">
    <w:abstractNumId w:val="1"/>
  </w:num>
  <w:num w:numId="6">
    <w:abstractNumId w:val="3"/>
  </w:num>
  <w:num w:numId="7">
    <w:abstractNumId w:val="0"/>
  </w:num>
  <w:num w:numId="8">
    <w:abstractNumId w:val="5"/>
  </w:num>
  <w:num w:numId="9">
    <w:abstractNumId w:val="7"/>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00C"/>
    <w:rsid w:val="000A732F"/>
    <w:rsid w:val="000D2D2C"/>
    <w:rsid w:val="00116CC1"/>
    <w:rsid w:val="0015074B"/>
    <w:rsid w:val="00152167"/>
    <w:rsid w:val="0015517F"/>
    <w:rsid w:val="0015534F"/>
    <w:rsid w:val="00187C99"/>
    <w:rsid w:val="001C02DC"/>
    <w:rsid w:val="001C5A8A"/>
    <w:rsid w:val="001F3BA5"/>
    <w:rsid w:val="001F624D"/>
    <w:rsid w:val="00256421"/>
    <w:rsid w:val="0029639D"/>
    <w:rsid w:val="002C49F6"/>
    <w:rsid w:val="002D6589"/>
    <w:rsid w:val="0032679F"/>
    <w:rsid w:val="00326F90"/>
    <w:rsid w:val="0039433C"/>
    <w:rsid w:val="00413D33"/>
    <w:rsid w:val="004A3840"/>
    <w:rsid w:val="004A7FA3"/>
    <w:rsid w:val="004D0F6E"/>
    <w:rsid w:val="004F43A0"/>
    <w:rsid w:val="00501717"/>
    <w:rsid w:val="005D39D6"/>
    <w:rsid w:val="0067511F"/>
    <w:rsid w:val="00687E76"/>
    <w:rsid w:val="00690E9F"/>
    <w:rsid w:val="00700FEF"/>
    <w:rsid w:val="007324D9"/>
    <w:rsid w:val="00763022"/>
    <w:rsid w:val="007809AC"/>
    <w:rsid w:val="007E6FFA"/>
    <w:rsid w:val="00830A1E"/>
    <w:rsid w:val="008427AE"/>
    <w:rsid w:val="00845B32"/>
    <w:rsid w:val="00853507"/>
    <w:rsid w:val="008C4FCF"/>
    <w:rsid w:val="008E4585"/>
    <w:rsid w:val="008E62C6"/>
    <w:rsid w:val="008F34DE"/>
    <w:rsid w:val="00905EF2"/>
    <w:rsid w:val="00930C49"/>
    <w:rsid w:val="00931785"/>
    <w:rsid w:val="009570BF"/>
    <w:rsid w:val="00976011"/>
    <w:rsid w:val="00AA1D8D"/>
    <w:rsid w:val="00AA33B5"/>
    <w:rsid w:val="00AC2711"/>
    <w:rsid w:val="00B47730"/>
    <w:rsid w:val="00B819C7"/>
    <w:rsid w:val="00B93493"/>
    <w:rsid w:val="00B958BA"/>
    <w:rsid w:val="00BB75F1"/>
    <w:rsid w:val="00C05F6A"/>
    <w:rsid w:val="00C4335E"/>
    <w:rsid w:val="00C84E8B"/>
    <w:rsid w:val="00CB0664"/>
    <w:rsid w:val="00CB439D"/>
    <w:rsid w:val="00CD0E5C"/>
    <w:rsid w:val="00D413C5"/>
    <w:rsid w:val="00D55FFB"/>
    <w:rsid w:val="00D635A4"/>
    <w:rsid w:val="00D721EA"/>
    <w:rsid w:val="00D95877"/>
    <w:rsid w:val="00DC3DE0"/>
    <w:rsid w:val="00E11E98"/>
    <w:rsid w:val="00EA4EB5"/>
    <w:rsid w:val="00EE7045"/>
    <w:rsid w:val="00EF0C02"/>
    <w:rsid w:val="00EF5BBE"/>
    <w:rsid w:val="00F307D2"/>
    <w:rsid w:val="00F34279"/>
    <w:rsid w:val="00F77210"/>
    <w:rsid w:val="00FA0DF6"/>
    <w:rsid w:val="00FA6816"/>
    <w:rsid w:val="00FB3A40"/>
    <w:rsid w:val="00FC693F"/>
    <w:rsid w:val="0879ECC8"/>
    <w:rsid w:val="09A35F53"/>
    <w:rsid w:val="0A905F6A"/>
    <w:rsid w:val="0CDDC8AE"/>
    <w:rsid w:val="13D050BD"/>
    <w:rsid w:val="2DA70B4A"/>
    <w:rsid w:val="3BF7DBFE"/>
    <w:rsid w:val="3D59AE79"/>
    <w:rsid w:val="43AC1B51"/>
    <w:rsid w:val="614FC1F6"/>
    <w:rsid w:val="6602A01F"/>
    <w:rsid w:val="67FEE8FE"/>
    <w:rsid w:val="6CB9BD69"/>
    <w:rsid w:val="6F0DCCCE"/>
    <w:rsid w:val="76F526E3"/>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2478A"/>
  <w14:defaultImageDpi w14:val="300"/>
  <w15:docId w15:val="{CACE4F5D-5C88-474F-A002-21984E59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C49"/>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A732F"/>
    <w:rPr>
      <w:color w:val="0000FF" w:themeColor="hyperlink"/>
      <w:u w:val="single"/>
    </w:rPr>
  </w:style>
  <w:style w:type="character" w:styleId="UnresolvedMention">
    <w:name w:val="Unresolved Mention"/>
    <w:basedOn w:val="DefaultParagraphFont"/>
    <w:uiPriority w:val="99"/>
    <w:semiHidden/>
    <w:unhideWhenUsed/>
    <w:rsid w:val="000A732F"/>
    <w:rPr>
      <w:color w:val="605E5C"/>
      <w:shd w:val="clear" w:color="auto" w:fill="E1DFDD"/>
    </w:rPr>
  </w:style>
  <w:style w:type="character" w:styleId="CommentReference">
    <w:name w:val="annotation reference"/>
    <w:basedOn w:val="DefaultParagraphFont"/>
    <w:uiPriority w:val="99"/>
    <w:semiHidden/>
    <w:unhideWhenUsed/>
    <w:rsid w:val="000A732F"/>
    <w:rPr>
      <w:sz w:val="16"/>
      <w:szCs w:val="16"/>
    </w:rPr>
  </w:style>
  <w:style w:type="paragraph" w:styleId="CommentText">
    <w:name w:val="annotation text"/>
    <w:basedOn w:val="Normal"/>
    <w:link w:val="CommentTextChar"/>
    <w:uiPriority w:val="99"/>
    <w:unhideWhenUsed/>
    <w:rsid w:val="000A732F"/>
    <w:pPr>
      <w:spacing w:line="240" w:lineRule="auto"/>
    </w:pPr>
    <w:rPr>
      <w:sz w:val="20"/>
      <w:szCs w:val="20"/>
    </w:rPr>
  </w:style>
  <w:style w:type="character" w:customStyle="1" w:styleId="CommentTextChar">
    <w:name w:val="Comment Text Char"/>
    <w:basedOn w:val="DefaultParagraphFont"/>
    <w:link w:val="CommentText"/>
    <w:uiPriority w:val="99"/>
    <w:rsid w:val="000A732F"/>
    <w:rPr>
      <w:sz w:val="20"/>
      <w:szCs w:val="20"/>
    </w:rPr>
  </w:style>
  <w:style w:type="paragraph" w:styleId="CommentSubject">
    <w:name w:val="annotation subject"/>
    <w:basedOn w:val="CommentText"/>
    <w:next w:val="CommentText"/>
    <w:link w:val="CommentSubjectChar"/>
    <w:uiPriority w:val="99"/>
    <w:semiHidden/>
    <w:unhideWhenUsed/>
    <w:rsid w:val="000A732F"/>
    <w:rPr>
      <w:b/>
      <w:bCs/>
    </w:rPr>
  </w:style>
  <w:style w:type="character" w:customStyle="1" w:styleId="CommentSubjectChar">
    <w:name w:val="Comment Subject Char"/>
    <w:basedOn w:val="CommentTextChar"/>
    <w:link w:val="CommentSubject"/>
    <w:uiPriority w:val="99"/>
    <w:semiHidden/>
    <w:rsid w:val="000A732F"/>
    <w:rPr>
      <w:b/>
      <w:bCs/>
      <w:sz w:val="20"/>
      <w:szCs w:val="20"/>
    </w:rPr>
  </w:style>
  <w:style w:type="paragraph" w:styleId="Revision">
    <w:name w:val="Revision"/>
    <w:hidden/>
    <w:uiPriority w:val="99"/>
    <w:semiHidden/>
    <w:rsid w:val="007324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njleg.state.nj.us/Bills/2022/PL23/108_.PDF" TargetMode="External"/><Relationship Id="rId5" Type="http://schemas.openxmlformats.org/officeDocument/2006/relationships/numbering" Target="numbering.xml"/><Relationship Id="rId10" Type="http://schemas.openxmlformats.org/officeDocument/2006/relationships/hyperlink" Target="https://www.macpac.gov/wp-content/uploads/2024/04/School-Based-Services-for-Students-Enrolled-in-Medicaid.pdf" TargetMode="External"/><Relationship Id="rId4" Type="http://schemas.openxmlformats.org/officeDocument/2006/relationships/customXml" Target="../customXml/item4.xml"/><Relationship Id="rId9" Type="http://schemas.openxmlformats.org/officeDocument/2006/relationships/hyperlink" Target="https://www.medicaid.gov/federal-policy-guidance/downloads/smd-medicaid-payment-for-services-provided-without-charge-free-c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970AC-67B6-4235-8237-7D4D92882BBB}">
  <ds:schemaRefs>
    <ds:schemaRef ds:uri="http://schemas.microsoft.com/sharepoint/v3/contenttype/forms"/>
  </ds:schemaRefs>
</ds:datastoreItem>
</file>

<file path=customXml/itemProps2.xml><?xml version="1.0" encoding="utf-8"?>
<ds:datastoreItem xmlns:ds="http://schemas.openxmlformats.org/officeDocument/2006/customXml" ds:itemID="{8A7862F7-3491-4950-BF83-212104C2AE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78A7B5-FF8B-423B-A224-C40FC7E97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946</Words>
  <Characters>5398</Characters>
  <Application>Microsoft Office Word</Application>
  <DocSecurity>0</DocSecurity>
  <Lines>44</Lines>
  <Paragraphs>12</Paragraphs>
  <ScaleCrop>false</ScaleCrop>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Pereira, Luiz</dc:creator>
  <cp:lastModifiedBy>Sonia Piscaglia</cp:lastModifiedBy>
  <cp:revision>2</cp:revision>
  <dcterms:created xsi:type="dcterms:W3CDTF">2026-08-30T23:49:00Z</dcterms:created>
  <dcterms:modified xsi:type="dcterms:W3CDTF">2026-08-30T23:49:00Z</dcterms:modified>
</cp:coreProperties>
</file>